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42C9384" w14:textId="77777777" w:rsidR="00FA7597" w:rsidRPr="009658F0" w:rsidRDefault="00FA7597"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t>VICTOR PAGE 1</w:t>
      </w:r>
    </w:p>
    <w:p w14:paraId="2DCBE10C" w14:textId="72898C3C" w:rsidR="00BE11A8" w:rsidRPr="009658F0" w:rsidRDefault="00E229A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t>Festivals</w:t>
      </w:r>
      <w:r w:rsidRPr="009658F0">
        <w:rPr>
          <w:rFonts w:ascii="Times New Roman" w:hAnsi="Times New Roman" w:cs="Times New Roman"/>
          <w:sz w:val="24"/>
          <w:szCs w:val="24"/>
        </w:rPr>
        <w:br/>
        <w:t>1983</w:t>
      </w:r>
      <w:r w:rsidRPr="009658F0">
        <w:rPr>
          <w:rFonts w:ascii="Times New Roman" w:hAnsi="Times New Roman" w:cs="Times New Roman"/>
          <w:sz w:val="24"/>
          <w:szCs w:val="24"/>
        </w:rPr>
        <w:br/>
      </w:r>
      <w:r w:rsidRPr="009658F0">
        <w:rPr>
          <w:rFonts w:ascii="Times New Roman" w:hAnsi="Times New Roman" w:cs="Times New Roman"/>
          <w:sz w:val="24"/>
          <w:szCs w:val="24"/>
        </w:rPr>
        <w:br/>
      </w:r>
      <w:commentRangeStart w:id="0"/>
      <w:r w:rsidRPr="009658F0">
        <w:rPr>
          <w:rFonts w:ascii="Times New Roman" w:hAnsi="Times New Roman" w:cs="Times New Roman"/>
          <w:sz w:val="24"/>
          <w:szCs w:val="24"/>
        </w:rPr>
        <w:t xml:space="preserve">Pesach </w:t>
      </w:r>
      <w:commentRangeEnd w:id="0"/>
      <w:r w:rsidR="00C77D56" w:rsidRPr="009658F0">
        <w:rPr>
          <w:rStyle w:val="CommentReference"/>
          <w:rFonts w:ascii="Times New Roman" w:hAnsi="Times New Roman" w:cs="Times New Roman"/>
        </w:rPr>
        <w:commentReference w:id="0"/>
      </w:r>
      <w:r w:rsidRPr="009658F0">
        <w:rPr>
          <w:rFonts w:ascii="Times New Roman" w:hAnsi="Times New Roman" w:cs="Times New Roman"/>
          <w:sz w:val="24"/>
          <w:szCs w:val="24"/>
        </w:rPr>
        <w:t>- March 29</w:t>
      </w:r>
      <w:r w:rsidRPr="009658F0">
        <w:rPr>
          <w:rFonts w:ascii="Times New Roman" w:hAnsi="Times New Roman" w:cs="Times New Roman"/>
          <w:sz w:val="24"/>
          <w:szCs w:val="24"/>
        </w:rPr>
        <w:br/>
      </w:r>
      <w:proofErr w:type="spellStart"/>
      <w:r w:rsidRPr="009658F0">
        <w:rPr>
          <w:rFonts w:ascii="Times New Roman" w:hAnsi="Times New Roman" w:cs="Times New Roman"/>
          <w:sz w:val="24"/>
          <w:szCs w:val="24"/>
        </w:rPr>
        <w:t>Shovuos</w:t>
      </w:r>
      <w:proofErr w:type="spellEnd"/>
      <w:r w:rsidRPr="009658F0">
        <w:rPr>
          <w:rFonts w:ascii="Times New Roman" w:hAnsi="Times New Roman" w:cs="Times New Roman"/>
          <w:sz w:val="24"/>
          <w:szCs w:val="24"/>
        </w:rPr>
        <w:t xml:space="preserve"> - May 18 (Feast of Weeks)</w:t>
      </w:r>
      <w:r w:rsidRPr="009658F0">
        <w:rPr>
          <w:rFonts w:ascii="Times New Roman" w:hAnsi="Times New Roman" w:cs="Times New Roman"/>
          <w:sz w:val="24"/>
          <w:szCs w:val="24"/>
        </w:rPr>
        <w:br/>
        <w:t>Purim - Feb. 27 (Feast of Lots)</w:t>
      </w:r>
      <w:r w:rsidRPr="009658F0">
        <w:rPr>
          <w:rFonts w:ascii="Times New Roman" w:hAnsi="Times New Roman" w:cs="Times New Roman"/>
          <w:sz w:val="24"/>
          <w:szCs w:val="24"/>
        </w:rPr>
        <w:br/>
      </w:r>
      <w:r w:rsidRPr="009658F0">
        <w:rPr>
          <w:rFonts w:ascii="Times New Roman" w:hAnsi="Times New Roman" w:cs="Times New Roman"/>
          <w:sz w:val="24"/>
          <w:szCs w:val="24"/>
        </w:rPr>
        <w:br/>
        <w:t>Others in 1983</w:t>
      </w:r>
      <w:r w:rsidRPr="009658F0">
        <w:rPr>
          <w:rFonts w:ascii="Times New Roman" w:hAnsi="Times New Roman" w:cs="Times New Roman"/>
          <w:sz w:val="24"/>
          <w:szCs w:val="24"/>
        </w:rPr>
        <w:br/>
        <w:t xml:space="preserve">Rosh </w:t>
      </w:r>
      <w:proofErr w:type="spellStart"/>
      <w:r w:rsidRPr="009658F0">
        <w:rPr>
          <w:rFonts w:ascii="Times New Roman" w:hAnsi="Times New Roman" w:cs="Times New Roman"/>
          <w:sz w:val="24"/>
          <w:szCs w:val="24"/>
        </w:rPr>
        <w:t>Hashonoh</w:t>
      </w:r>
      <w:proofErr w:type="spellEnd"/>
      <w:r w:rsidRPr="009658F0">
        <w:rPr>
          <w:rFonts w:ascii="Times New Roman" w:hAnsi="Times New Roman" w:cs="Times New Roman"/>
          <w:sz w:val="24"/>
          <w:szCs w:val="24"/>
        </w:rPr>
        <w:t xml:space="preserve"> - Sep. 8</w:t>
      </w:r>
      <w:r w:rsidRPr="009658F0">
        <w:rPr>
          <w:rFonts w:ascii="Times New Roman" w:hAnsi="Times New Roman" w:cs="Times New Roman"/>
          <w:sz w:val="24"/>
          <w:szCs w:val="24"/>
        </w:rPr>
        <w:br/>
        <w:t>Yom Kippur - Sep. 17</w:t>
      </w:r>
      <w:r w:rsidRPr="009658F0">
        <w:rPr>
          <w:rFonts w:ascii="Times New Roman" w:hAnsi="Times New Roman" w:cs="Times New Roman"/>
          <w:sz w:val="24"/>
          <w:szCs w:val="24"/>
        </w:rPr>
        <w:br/>
      </w:r>
      <w:proofErr w:type="spellStart"/>
      <w:r w:rsidRPr="009658F0">
        <w:rPr>
          <w:rFonts w:ascii="Times New Roman" w:hAnsi="Times New Roman" w:cs="Times New Roman"/>
          <w:sz w:val="24"/>
          <w:szCs w:val="24"/>
        </w:rPr>
        <w:t>Sukkos</w:t>
      </w:r>
      <w:proofErr w:type="spellEnd"/>
      <w:r w:rsidRPr="009658F0">
        <w:rPr>
          <w:rFonts w:ascii="Times New Roman" w:hAnsi="Times New Roman" w:cs="Times New Roman"/>
          <w:sz w:val="24"/>
          <w:szCs w:val="24"/>
        </w:rPr>
        <w:t xml:space="preserve"> (Booths) - Sep. 22</w:t>
      </w:r>
      <w:r w:rsidRPr="009658F0">
        <w:rPr>
          <w:rFonts w:ascii="Times New Roman" w:hAnsi="Times New Roman" w:cs="Times New Roman"/>
          <w:sz w:val="24"/>
          <w:szCs w:val="24"/>
        </w:rPr>
        <w:br/>
      </w:r>
      <w:proofErr w:type="spellStart"/>
      <w:r w:rsidRPr="009658F0">
        <w:rPr>
          <w:rFonts w:ascii="Times New Roman" w:hAnsi="Times New Roman" w:cs="Times New Roman"/>
          <w:sz w:val="24"/>
          <w:szCs w:val="24"/>
        </w:rPr>
        <w:t>Chanukkoh</w:t>
      </w:r>
      <w:proofErr w:type="spellEnd"/>
      <w:r w:rsidRPr="009658F0">
        <w:rPr>
          <w:rFonts w:ascii="Times New Roman" w:hAnsi="Times New Roman" w:cs="Times New Roman"/>
          <w:sz w:val="24"/>
          <w:szCs w:val="24"/>
        </w:rPr>
        <w:t xml:space="preserve"> - Dec. 1</w:t>
      </w:r>
      <w:r w:rsidRPr="009658F0">
        <w:rPr>
          <w:rFonts w:ascii="Times New Roman" w:hAnsi="Times New Roman" w:cs="Times New Roman"/>
          <w:sz w:val="24"/>
          <w:szCs w:val="24"/>
        </w:rPr>
        <w:br/>
      </w:r>
      <w:r w:rsidRPr="009658F0">
        <w:rPr>
          <w:rFonts w:ascii="Times New Roman" w:hAnsi="Times New Roman" w:cs="Times New Roman"/>
          <w:sz w:val="24"/>
          <w:szCs w:val="24"/>
        </w:rPr>
        <w:br/>
        <w:t xml:space="preserve">Independence Day - April 17 </w:t>
      </w:r>
      <w:r w:rsidR="00BE11A8" w:rsidRPr="009658F0">
        <w:rPr>
          <w:rFonts w:ascii="Times New Roman" w:hAnsi="Times New Roman" w:cs="Times New Roman"/>
          <w:sz w:val="24"/>
          <w:szCs w:val="24"/>
        </w:rPr>
        <w:t>–</w:t>
      </w:r>
      <w:r w:rsidRPr="009658F0">
        <w:rPr>
          <w:rFonts w:ascii="Times New Roman" w:hAnsi="Times New Roman" w:cs="Times New Roman"/>
          <w:sz w:val="24"/>
          <w:szCs w:val="24"/>
        </w:rPr>
        <w:t xml:space="preserve"> 18</w:t>
      </w:r>
    </w:p>
    <w:p w14:paraId="54E93960" w14:textId="77777777" w:rsidR="00BE11A8" w:rsidRPr="009658F0" w:rsidRDefault="00BE11A8" w:rsidP="006C1960">
      <w:pPr>
        <w:spacing w:after="120" w:line="360" w:lineRule="auto"/>
        <w:rPr>
          <w:rFonts w:ascii="Times New Roman" w:hAnsi="Times New Roman" w:cs="Times New Roman"/>
          <w:sz w:val="24"/>
          <w:szCs w:val="24"/>
        </w:rPr>
      </w:pPr>
    </w:p>
    <w:p w14:paraId="60054CB4" w14:textId="77777777" w:rsidR="00BE11A8" w:rsidRPr="009658F0" w:rsidRDefault="00BE11A8" w:rsidP="006C1960">
      <w:pPr>
        <w:spacing w:after="120" w:line="360" w:lineRule="auto"/>
        <w:rPr>
          <w:rFonts w:ascii="Times New Roman" w:hAnsi="Times New Roman" w:cs="Times New Roman"/>
          <w:sz w:val="24"/>
          <w:szCs w:val="24"/>
        </w:rPr>
      </w:pPr>
    </w:p>
    <w:p w14:paraId="64BC29BD" w14:textId="77777777" w:rsidR="00BE11A8" w:rsidRPr="009658F0" w:rsidRDefault="00BE11A8" w:rsidP="006C1960">
      <w:pPr>
        <w:spacing w:after="120" w:line="360" w:lineRule="auto"/>
        <w:rPr>
          <w:rFonts w:ascii="Times New Roman" w:hAnsi="Times New Roman" w:cs="Times New Roman"/>
          <w:sz w:val="24"/>
          <w:szCs w:val="24"/>
        </w:rPr>
      </w:pPr>
    </w:p>
    <w:p w14:paraId="439A731C" w14:textId="77777777" w:rsidR="00A533E0" w:rsidRPr="009658F0" w:rsidRDefault="00A533E0" w:rsidP="006C1960">
      <w:pPr>
        <w:spacing w:line="360" w:lineRule="auto"/>
        <w:rPr>
          <w:rFonts w:ascii="Times New Roman" w:hAnsi="Times New Roman" w:cs="Times New Roman"/>
          <w:sz w:val="24"/>
          <w:szCs w:val="24"/>
          <w:highlight w:val="yellow"/>
        </w:rPr>
      </w:pPr>
      <w:r w:rsidRPr="009658F0">
        <w:rPr>
          <w:rFonts w:ascii="Times New Roman" w:hAnsi="Times New Roman" w:cs="Times New Roman"/>
          <w:sz w:val="24"/>
          <w:szCs w:val="24"/>
          <w:highlight w:val="yellow"/>
        </w:rPr>
        <w:br w:type="page"/>
      </w:r>
    </w:p>
    <w:p w14:paraId="219A2DAD" w14:textId="1F24C0B5" w:rsidR="00BE11A8" w:rsidRPr="009658F0" w:rsidRDefault="00B34F36" w:rsidP="006C1960">
      <w:pPr>
        <w:spacing w:after="120" w:line="360" w:lineRule="auto"/>
        <w:rPr>
          <w:rFonts w:ascii="Times New Roman" w:hAnsi="Times New Roman" w:cs="Times New Roman"/>
          <w:sz w:val="24"/>
          <w:szCs w:val="24"/>
          <w:highlight w:val="yellow"/>
        </w:rPr>
      </w:pPr>
      <w:r w:rsidRPr="009658F0">
        <w:rPr>
          <w:rFonts w:ascii="Times New Roman" w:hAnsi="Times New Roman" w:cs="Times New Roman"/>
          <w:sz w:val="24"/>
          <w:szCs w:val="24"/>
          <w:highlight w:val="yellow"/>
        </w:rPr>
        <w:lastRenderedPageBreak/>
        <w:t>V</w:t>
      </w:r>
      <w:r w:rsidR="00BE11A8" w:rsidRPr="009658F0">
        <w:rPr>
          <w:rFonts w:ascii="Times New Roman" w:hAnsi="Times New Roman" w:cs="Times New Roman"/>
          <w:sz w:val="24"/>
          <w:szCs w:val="24"/>
          <w:highlight w:val="yellow"/>
        </w:rPr>
        <w:t>ICTOR PAGE 2</w:t>
      </w:r>
    </w:p>
    <w:p w14:paraId="32D6FC8C" w14:textId="18A9E266" w:rsidR="00BE11A8" w:rsidRPr="009658F0" w:rsidRDefault="00BE11A8"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r>
      <w:r w:rsidR="000E53CE" w:rsidRPr="009658F0">
        <w:rPr>
          <w:rFonts w:ascii="Times New Roman" w:hAnsi="Times New Roman" w:cs="Times New Roman"/>
          <w:sz w:val="24"/>
          <w:szCs w:val="24"/>
        </w:rPr>
        <w:t>FROM HAYYIM SCHAUSS</w:t>
      </w:r>
      <w:r w:rsidRPr="009658F0">
        <w:rPr>
          <w:rFonts w:ascii="Times New Roman" w:hAnsi="Times New Roman" w:cs="Times New Roman"/>
          <w:sz w:val="24"/>
          <w:szCs w:val="24"/>
        </w:rPr>
        <w:br/>
      </w:r>
      <w:r w:rsidR="000E53CE" w:rsidRPr="009658F0">
        <w:rPr>
          <w:rFonts w:ascii="Times New Roman" w:hAnsi="Times New Roman" w:cs="Times New Roman"/>
          <w:sz w:val="24"/>
          <w:szCs w:val="24"/>
          <w:u w:val="single"/>
        </w:rPr>
        <w:t>THE JEWISH FESTIVALS: HISTORY AND OBSERVANCE</w:t>
      </w:r>
      <w:r w:rsidR="000E53CE" w:rsidRPr="009658F0">
        <w:rPr>
          <w:rFonts w:ascii="Times New Roman" w:hAnsi="Times New Roman" w:cs="Times New Roman"/>
          <w:sz w:val="24"/>
          <w:szCs w:val="24"/>
        </w:rPr>
        <w:t xml:space="preserve"> N.Y. SCHOCKEN (1ST Ed. 1938) PAPERBACK 8TH ED. 1973.</w:t>
      </w:r>
      <w:r w:rsidR="000E53CE" w:rsidRPr="009658F0">
        <w:rPr>
          <w:rFonts w:ascii="Times New Roman" w:hAnsi="Times New Roman" w:cs="Times New Roman"/>
          <w:sz w:val="24"/>
          <w:szCs w:val="24"/>
        </w:rPr>
        <w:br/>
      </w:r>
      <w:r w:rsidRPr="009658F0">
        <w:rPr>
          <w:rFonts w:ascii="Times New Roman" w:hAnsi="Times New Roman" w:cs="Times New Roman"/>
          <w:sz w:val="24"/>
          <w:szCs w:val="24"/>
        </w:rPr>
        <w:br/>
        <w:t>1</w:t>
      </w:r>
      <w:r w:rsidRPr="009658F0">
        <w:rPr>
          <w:rFonts w:ascii="Times New Roman" w:hAnsi="Times New Roman" w:cs="Times New Roman"/>
          <w:sz w:val="24"/>
          <w:szCs w:val="24"/>
          <w:u w:val="single"/>
        </w:rPr>
        <w:t>) The Sabbath</w:t>
      </w:r>
      <w:r w:rsidRPr="009658F0">
        <w:rPr>
          <w:rFonts w:ascii="Times New Roman" w:hAnsi="Times New Roman" w:cs="Times New Roman"/>
          <w:sz w:val="24"/>
          <w:szCs w:val="24"/>
        </w:rPr>
        <w:br/>
        <w:t xml:space="preserve">p.6 </w:t>
      </w:r>
      <w:r w:rsidRPr="009658F0">
        <w:rPr>
          <w:rFonts w:ascii="Times New Roman" w:hAnsi="Times New Roman" w:cs="Times New Roman"/>
          <w:sz w:val="24"/>
          <w:szCs w:val="24"/>
          <w:u w:val="single"/>
        </w:rPr>
        <w:t>In the days of the First Temple,</w:t>
      </w:r>
      <w:r w:rsidRPr="009658F0">
        <w:rPr>
          <w:rFonts w:ascii="Times New Roman" w:hAnsi="Times New Roman" w:cs="Times New Roman"/>
          <w:sz w:val="24"/>
          <w:szCs w:val="24"/>
          <w:u w:val="single"/>
        </w:rPr>
        <w:br/>
      </w:r>
      <w:r w:rsidRPr="009658F0">
        <w:rPr>
          <w:rFonts w:ascii="Times New Roman" w:hAnsi="Times New Roman" w:cs="Times New Roman"/>
          <w:sz w:val="24"/>
          <w:szCs w:val="24"/>
        </w:rPr>
        <w:t>... It was a festival on which there was a cessation of daily work, and people assembled in the sanctuary to celebrate the day. The strictness of later days was not yet a</w:t>
      </w:r>
      <w:r w:rsidR="000E53CE" w:rsidRPr="009658F0">
        <w:rPr>
          <w:rFonts w:ascii="Times New Roman" w:hAnsi="Times New Roman" w:cs="Times New Roman"/>
          <w:sz w:val="24"/>
          <w:szCs w:val="24"/>
        </w:rPr>
        <w:t xml:space="preserve"> </w:t>
      </w:r>
      <w:r w:rsidRPr="009658F0">
        <w:rPr>
          <w:rFonts w:ascii="Times New Roman" w:hAnsi="Times New Roman" w:cs="Times New Roman"/>
          <w:sz w:val="24"/>
          <w:szCs w:val="24"/>
        </w:rPr>
        <w:t xml:space="preserve">part of the Sabbath; it was a day when people took trips throughout the land, a day on which the pious chief priest in Jerusalem executed </w:t>
      </w:r>
      <w:r w:rsidRPr="009658F0">
        <w:rPr>
          <w:rFonts w:ascii="Times New Roman" w:hAnsi="Times New Roman" w:cs="Times New Roman"/>
          <w:sz w:val="24"/>
          <w:szCs w:val="24"/>
          <w:u w:val="single"/>
        </w:rPr>
        <w:t>a coup d'ét</w:t>
      </w:r>
      <w:r w:rsidRPr="009658F0">
        <w:rPr>
          <w:rFonts w:ascii="Times New Roman" w:hAnsi="Times New Roman" w:cs="Times New Roman"/>
          <w:sz w:val="24"/>
          <w:szCs w:val="24"/>
        </w:rPr>
        <w:t xml:space="preserve">at - Jehoiada against Athalia - to put Jehoash on the throne (II </w:t>
      </w:r>
      <w:r w:rsidR="000E53CE" w:rsidRPr="009658F0">
        <w:rPr>
          <w:rFonts w:ascii="Times New Roman" w:hAnsi="Times New Roman" w:cs="Times New Roman"/>
          <w:sz w:val="24"/>
          <w:szCs w:val="24"/>
        </w:rPr>
        <w:t xml:space="preserve">KINGS </w:t>
      </w:r>
      <w:r w:rsidRPr="009658F0">
        <w:rPr>
          <w:rFonts w:ascii="Times New Roman" w:hAnsi="Times New Roman" w:cs="Times New Roman"/>
          <w:sz w:val="24"/>
          <w:szCs w:val="24"/>
        </w:rPr>
        <w:t>11).</w:t>
      </w:r>
      <w:r w:rsidRPr="009658F0">
        <w:rPr>
          <w:rFonts w:ascii="Times New Roman" w:hAnsi="Times New Roman" w:cs="Times New Roman"/>
          <w:sz w:val="24"/>
          <w:szCs w:val="24"/>
        </w:rPr>
        <w:br/>
      </w:r>
      <w:r w:rsidRPr="009658F0">
        <w:rPr>
          <w:rFonts w:ascii="Times New Roman" w:hAnsi="Times New Roman" w:cs="Times New Roman"/>
          <w:sz w:val="24"/>
          <w:szCs w:val="24"/>
        </w:rPr>
        <w:br/>
        <w:t xml:space="preserve">p.8 </w:t>
      </w:r>
      <w:r w:rsidRPr="009658F0">
        <w:rPr>
          <w:rFonts w:ascii="Times New Roman" w:hAnsi="Times New Roman" w:cs="Times New Roman"/>
          <w:sz w:val="24"/>
          <w:szCs w:val="24"/>
          <w:u w:val="single"/>
        </w:rPr>
        <w:t>In the Babylonian Exile</w:t>
      </w:r>
      <w:r w:rsidR="000E53CE" w:rsidRPr="009658F0">
        <w:rPr>
          <w:rFonts w:ascii="Times New Roman" w:hAnsi="Times New Roman" w:cs="Times New Roman"/>
          <w:sz w:val="24"/>
          <w:szCs w:val="24"/>
        </w:rPr>
        <w:t>…</w:t>
      </w:r>
      <w:r w:rsidRPr="009658F0">
        <w:rPr>
          <w:rFonts w:ascii="Times New Roman" w:hAnsi="Times New Roman" w:cs="Times New Roman"/>
          <w:sz w:val="24"/>
          <w:szCs w:val="24"/>
        </w:rPr>
        <w:br/>
        <w:t xml:space="preserve">Babylonian Jews practiced strict Sabbath </w:t>
      </w:r>
      <w:r w:rsidR="00E61570" w:rsidRPr="009658F0">
        <w:rPr>
          <w:rFonts w:ascii="Times New Roman" w:hAnsi="Times New Roman" w:cs="Times New Roman"/>
          <w:sz w:val="24"/>
          <w:szCs w:val="24"/>
        </w:rPr>
        <w:t>–</w:t>
      </w:r>
      <w:r w:rsidRPr="009658F0">
        <w:rPr>
          <w:rFonts w:ascii="Times New Roman" w:hAnsi="Times New Roman" w:cs="Times New Roman"/>
          <w:sz w:val="24"/>
          <w:szCs w:val="24"/>
        </w:rPr>
        <w:t xml:space="preserve"> not so the Jews of Palestine. Nehemiah (B.C.E. 444) came to rebuild walls of Jerusalem </w:t>
      </w:r>
      <w:r w:rsidR="00E61570" w:rsidRPr="009658F0">
        <w:rPr>
          <w:rFonts w:ascii="Times New Roman" w:hAnsi="Times New Roman" w:cs="Times New Roman"/>
          <w:sz w:val="24"/>
          <w:szCs w:val="24"/>
        </w:rPr>
        <w:t>–</w:t>
      </w:r>
      <w:r w:rsidRPr="009658F0">
        <w:rPr>
          <w:rFonts w:ascii="Times New Roman" w:hAnsi="Times New Roman" w:cs="Times New Roman"/>
          <w:sz w:val="24"/>
          <w:szCs w:val="24"/>
        </w:rPr>
        <w:t xml:space="preserve"> told Jews there that destruction of Jer. came </w:t>
      </w:r>
      <w:proofErr w:type="spellStart"/>
      <w:r w:rsidRPr="009658F0">
        <w:rPr>
          <w:rFonts w:ascii="Times New Roman" w:hAnsi="Times New Roman" w:cs="Times New Roman"/>
          <w:sz w:val="24"/>
          <w:szCs w:val="24"/>
        </w:rPr>
        <w:t>bec</w:t>
      </w:r>
      <w:proofErr w:type="spellEnd"/>
      <w:r w:rsidR="000E53CE" w:rsidRPr="009658F0">
        <w:rPr>
          <w:rFonts w:ascii="Times New Roman" w:hAnsi="Times New Roman" w:cs="Times New Roman"/>
          <w:sz w:val="24"/>
          <w:szCs w:val="24"/>
        </w:rPr>
        <w:t>.</w:t>
      </w:r>
      <w:r w:rsidRPr="009658F0">
        <w:rPr>
          <w:rFonts w:ascii="Times New Roman" w:hAnsi="Times New Roman" w:cs="Times New Roman"/>
          <w:sz w:val="24"/>
          <w:szCs w:val="24"/>
        </w:rPr>
        <w:t xml:space="preserve"> Jews of former times did not observe the Sabbath. Gave strict orders that gates of the city were to be shut tightly at twilight on Friday, and not opened till end of Sabbath.</w:t>
      </w:r>
      <w:r w:rsidRPr="009658F0">
        <w:rPr>
          <w:rFonts w:ascii="Times New Roman" w:hAnsi="Times New Roman" w:cs="Times New Roman"/>
          <w:sz w:val="24"/>
          <w:szCs w:val="24"/>
        </w:rPr>
        <w:br/>
      </w:r>
    </w:p>
    <w:p w14:paraId="30894AAF" w14:textId="77777777" w:rsidR="00A533E0" w:rsidRPr="009658F0" w:rsidRDefault="00A533E0" w:rsidP="006C1960">
      <w:pPr>
        <w:spacing w:line="360" w:lineRule="auto"/>
        <w:rPr>
          <w:rFonts w:ascii="Times New Roman" w:hAnsi="Times New Roman" w:cs="Times New Roman"/>
          <w:sz w:val="24"/>
          <w:szCs w:val="24"/>
          <w:highlight w:val="yellow"/>
        </w:rPr>
      </w:pPr>
      <w:bookmarkStart w:id="1" w:name="_Hlk172615694"/>
      <w:r w:rsidRPr="009658F0">
        <w:rPr>
          <w:rFonts w:ascii="Times New Roman" w:hAnsi="Times New Roman" w:cs="Times New Roman"/>
          <w:sz w:val="24"/>
          <w:szCs w:val="24"/>
          <w:highlight w:val="yellow"/>
        </w:rPr>
        <w:br w:type="page"/>
      </w:r>
    </w:p>
    <w:p w14:paraId="13673D8C" w14:textId="64872AFE" w:rsidR="00BE11A8" w:rsidRPr="009658F0" w:rsidRDefault="00BE11A8"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lastRenderedPageBreak/>
        <w:t>VICTOR PAGE 3</w:t>
      </w:r>
    </w:p>
    <w:p w14:paraId="7AB0D5E9" w14:textId="01D7061F" w:rsidR="00BE11A8" w:rsidRPr="009658F0" w:rsidRDefault="00BE11A8"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t>p.9</w:t>
      </w:r>
      <w:r w:rsidRPr="009658F0">
        <w:rPr>
          <w:rFonts w:ascii="Times New Roman" w:hAnsi="Times New Roman" w:cs="Times New Roman"/>
          <w:sz w:val="24"/>
          <w:szCs w:val="24"/>
        </w:rPr>
        <w:br/>
        <w:t xml:space="preserve">The strict Sabbath rest </w:t>
      </w:r>
      <w:proofErr w:type="spellStart"/>
      <w:r w:rsidRPr="009658F0">
        <w:rPr>
          <w:rFonts w:ascii="Times New Roman" w:hAnsi="Times New Roman" w:cs="Times New Roman"/>
          <w:sz w:val="24"/>
          <w:szCs w:val="24"/>
        </w:rPr>
        <w:t>be</w:t>
      </w:r>
      <w:r w:rsidR="00EB0B98" w:rsidRPr="009658F0">
        <w:rPr>
          <w:rFonts w:ascii="Times New Roman" w:hAnsi="Times New Roman" w:cs="Times New Roman"/>
          <w:sz w:val="24"/>
          <w:szCs w:val="24"/>
        </w:rPr>
        <w:t>c</w:t>
      </w:r>
      <w:proofErr w:type="spellEnd"/>
      <w:r w:rsidRPr="009658F0">
        <w:rPr>
          <w:rFonts w:ascii="Times New Roman" w:hAnsi="Times New Roman" w:cs="Times New Roman"/>
          <w:sz w:val="24"/>
          <w:szCs w:val="24"/>
        </w:rPr>
        <w:t xml:space="preserve"> </w:t>
      </w:r>
      <w:proofErr w:type="spellStart"/>
      <w:r w:rsidRPr="009658F0">
        <w:rPr>
          <w:rFonts w:ascii="Times New Roman" w:hAnsi="Times New Roman" w:cs="Times New Roman"/>
          <w:sz w:val="24"/>
          <w:szCs w:val="24"/>
        </w:rPr>
        <w:t>incorptd</w:t>
      </w:r>
      <w:proofErr w:type="spellEnd"/>
      <w:r w:rsidRPr="009658F0">
        <w:rPr>
          <w:rFonts w:ascii="Times New Roman" w:hAnsi="Times New Roman" w:cs="Times New Roman"/>
          <w:sz w:val="24"/>
          <w:szCs w:val="24"/>
        </w:rPr>
        <w:t xml:space="preserve"> into the laws of the Priestly Code, wh</w:t>
      </w:r>
      <w:r w:rsidR="00EB0B98" w:rsidRPr="009658F0">
        <w:rPr>
          <w:rFonts w:ascii="Times New Roman" w:hAnsi="Times New Roman" w:cs="Times New Roman"/>
          <w:sz w:val="24"/>
          <w:szCs w:val="24"/>
        </w:rPr>
        <w:t>.</w:t>
      </w:r>
      <w:r w:rsidRPr="009658F0">
        <w:rPr>
          <w:rFonts w:ascii="Times New Roman" w:hAnsi="Times New Roman" w:cs="Times New Roman"/>
          <w:sz w:val="24"/>
          <w:szCs w:val="24"/>
        </w:rPr>
        <w:t xml:space="preserve"> the Jews had adopted at the Great Assembly and had sworn solemnly to observe, in all future generations. The Sabbath </w:t>
      </w:r>
      <w:proofErr w:type="spellStart"/>
      <w:r w:rsidRPr="009658F0">
        <w:rPr>
          <w:rFonts w:ascii="Times New Roman" w:hAnsi="Times New Roman" w:cs="Times New Roman"/>
          <w:sz w:val="24"/>
          <w:szCs w:val="24"/>
        </w:rPr>
        <w:t>bec</w:t>
      </w:r>
      <w:proofErr w:type="spellEnd"/>
      <w:r w:rsidR="00EB0B98" w:rsidRPr="009658F0">
        <w:rPr>
          <w:rFonts w:ascii="Times New Roman" w:hAnsi="Times New Roman" w:cs="Times New Roman"/>
          <w:sz w:val="24"/>
          <w:szCs w:val="24"/>
        </w:rPr>
        <w:t>.</w:t>
      </w:r>
      <w:r w:rsidRPr="009658F0">
        <w:rPr>
          <w:rFonts w:ascii="Times New Roman" w:hAnsi="Times New Roman" w:cs="Times New Roman"/>
          <w:sz w:val="24"/>
          <w:szCs w:val="24"/>
        </w:rPr>
        <w:t xml:space="preserve"> the holy day of the Lord, a day of complete rest and cessation from all work. (Neh. 10:32).</w:t>
      </w:r>
      <w:r w:rsidRPr="009658F0">
        <w:rPr>
          <w:rFonts w:ascii="Times New Roman" w:hAnsi="Times New Roman" w:cs="Times New Roman"/>
          <w:sz w:val="24"/>
          <w:szCs w:val="24"/>
        </w:rPr>
        <w:br/>
      </w:r>
      <w:r w:rsidRPr="009658F0">
        <w:rPr>
          <w:rFonts w:ascii="Times New Roman" w:hAnsi="Times New Roman" w:cs="Times New Roman"/>
          <w:sz w:val="24"/>
          <w:szCs w:val="24"/>
        </w:rPr>
        <w:br/>
        <w:t xml:space="preserve">p.10 </w:t>
      </w:r>
      <w:r w:rsidRPr="009658F0">
        <w:rPr>
          <w:rFonts w:ascii="Times New Roman" w:hAnsi="Times New Roman" w:cs="Times New Roman"/>
          <w:sz w:val="24"/>
          <w:szCs w:val="24"/>
          <w:u w:val="single"/>
        </w:rPr>
        <w:t>In the Days of the Second Temple</w:t>
      </w:r>
      <w:r w:rsidRPr="009658F0">
        <w:rPr>
          <w:rFonts w:ascii="Times New Roman" w:hAnsi="Times New Roman" w:cs="Times New Roman"/>
          <w:sz w:val="24"/>
          <w:szCs w:val="24"/>
        </w:rPr>
        <w:br/>
        <w:t xml:space="preserve">Sabbath </w:t>
      </w:r>
      <w:proofErr w:type="spellStart"/>
      <w:r w:rsidRPr="009658F0">
        <w:rPr>
          <w:rFonts w:ascii="Times New Roman" w:hAnsi="Times New Roman" w:cs="Times New Roman"/>
          <w:sz w:val="24"/>
          <w:szCs w:val="24"/>
        </w:rPr>
        <w:t>devpd</w:t>
      </w:r>
      <w:proofErr w:type="spellEnd"/>
      <w:r w:rsidRPr="009658F0">
        <w:rPr>
          <w:rFonts w:ascii="Times New Roman" w:hAnsi="Times New Roman" w:cs="Times New Roman"/>
          <w:sz w:val="24"/>
          <w:szCs w:val="24"/>
        </w:rPr>
        <w:t xml:space="preserve"> along 2 lines:</w:t>
      </w:r>
      <w:r w:rsidRPr="009658F0">
        <w:rPr>
          <w:rFonts w:ascii="Times New Roman" w:hAnsi="Times New Roman" w:cs="Times New Roman"/>
          <w:sz w:val="24"/>
          <w:szCs w:val="24"/>
        </w:rPr>
        <w:br/>
        <w:t>a) restrictive; b) spiritual.</w:t>
      </w:r>
      <w:r w:rsidRPr="009658F0">
        <w:rPr>
          <w:rFonts w:ascii="Times New Roman" w:hAnsi="Times New Roman" w:cs="Times New Roman"/>
          <w:sz w:val="24"/>
          <w:szCs w:val="24"/>
        </w:rPr>
        <w:br/>
        <w:t xml:space="preserve">a) Laws and regulations grew </w:t>
      </w:r>
      <w:proofErr w:type="spellStart"/>
      <w:r w:rsidR="00EB0B98" w:rsidRPr="009658F0">
        <w:rPr>
          <w:rFonts w:ascii="Times New Roman" w:hAnsi="Times New Roman" w:cs="Times New Roman"/>
          <w:sz w:val="24"/>
          <w:szCs w:val="24"/>
        </w:rPr>
        <w:t>gtly</w:t>
      </w:r>
      <w:proofErr w:type="spellEnd"/>
      <w:r w:rsidR="00EB0B98" w:rsidRPr="009658F0">
        <w:rPr>
          <w:rFonts w:ascii="Times New Roman" w:hAnsi="Times New Roman" w:cs="Times New Roman"/>
          <w:sz w:val="24"/>
          <w:szCs w:val="24"/>
        </w:rPr>
        <w:t xml:space="preserve"> </w:t>
      </w:r>
      <w:r w:rsidRPr="009658F0">
        <w:rPr>
          <w:rFonts w:ascii="Times New Roman" w:hAnsi="Times New Roman" w:cs="Times New Roman"/>
          <w:sz w:val="24"/>
          <w:szCs w:val="24"/>
        </w:rPr>
        <w:t xml:space="preserve">in no., </w:t>
      </w:r>
      <w:r w:rsidR="00EB0B98" w:rsidRPr="009658F0">
        <w:rPr>
          <w:rFonts w:ascii="Times New Roman" w:hAnsi="Times New Roman" w:cs="Times New Roman"/>
          <w:sz w:val="24"/>
          <w:szCs w:val="24"/>
        </w:rPr>
        <w:t xml:space="preserve">+ </w:t>
      </w:r>
      <w:r w:rsidRPr="009658F0">
        <w:rPr>
          <w:rFonts w:ascii="Times New Roman" w:hAnsi="Times New Roman" w:cs="Times New Roman"/>
          <w:sz w:val="24"/>
          <w:szCs w:val="24"/>
        </w:rPr>
        <w:t xml:space="preserve">there were stronger restrictions </w:t>
      </w:r>
      <w:proofErr w:type="spellStart"/>
      <w:r w:rsidR="00EB0B98" w:rsidRPr="009658F0">
        <w:rPr>
          <w:rFonts w:ascii="Times New Roman" w:hAnsi="Times New Roman" w:cs="Times New Roman"/>
          <w:sz w:val="24"/>
          <w:szCs w:val="24"/>
        </w:rPr>
        <w:t>agst</w:t>
      </w:r>
      <w:proofErr w:type="spellEnd"/>
      <w:r w:rsidR="00EB0B98" w:rsidRPr="009658F0">
        <w:rPr>
          <w:rFonts w:ascii="Times New Roman" w:hAnsi="Times New Roman" w:cs="Times New Roman"/>
          <w:sz w:val="24"/>
          <w:szCs w:val="24"/>
        </w:rPr>
        <w:t xml:space="preserve"> </w:t>
      </w:r>
      <w:r w:rsidRPr="009658F0">
        <w:rPr>
          <w:rFonts w:ascii="Times New Roman" w:hAnsi="Times New Roman" w:cs="Times New Roman"/>
          <w:sz w:val="24"/>
          <w:szCs w:val="24"/>
        </w:rPr>
        <w:t>all forms of labor. Death penalty for gathering sticks to make fire on the Sabbath.</w:t>
      </w:r>
      <w:r w:rsidRPr="009658F0">
        <w:rPr>
          <w:rFonts w:ascii="Times New Roman" w:hAnsi="Times New Roman" w:cs="Times New Roman"/>
          <w:sz w:val="24"/>
          <w:szCs w:val="24"/>
        </w:rPr>
        <w:br/>
        <w:t xml:space="preserve">b) </w:t>
      </w:r>
      <w:r w:rsidR="00E6610C">
        <w:rPr>
          <w:rFonts w:ascii="Times New Roman" w:hAnsi="Times New Roman" w:cs="Times New Roman"/>
          <w:sz w:val="24"/>
          <w:szCs w:val="24"/>
        </w:rPr>
        <w:t>“</w:t>
      </w:r>
      <w:r w:rsidRPr="009658F0">
        <w:rPr>
          <w:rFonts w:ascii="Times New Roman" w:hAnsi="Times New Roman" w:cs="Times New Roman"/>
          <w:sz w:val="24"/>
          <w:szCs w:val="24"/>
        </w:rPr>
        <w:t>a delight, not a burden</w:t>
      </w:r>
      <w:r w:rsidR="00E6610C">
        <w:rPr>
          <w:rFonts w:ascii="Times New Roman" w:hAnsi="Times New Roman" w:cs="Times New Roman"/>
          <w:sz w:val="24"/>
          <w:szCs w:val="24"/>
        </w:rPr>
        <w:t>”</w:t>
      </w:r>
      <w:r w:rsidRPr="009658F0">
        <w:rPr>
          <w:rFonts w:ascii="Times New Roman" w:hAnsi="Times New Roman" w:cs="Times New Roman"/>
          <w:sz w:val="24"/>
          <w:szCs w:val="24"/>
        </w:rPr>
        <w:t xml:space="preserve"> Devoted to religious instruction and education.</w:t>
      </w:r>
      <w:r w:rsidRPr="009658F0">
        <w:rPr>
          <w:rFonts w:ascii="Times New Roman" w:hAnsi="Times New Roman" w:cs="Times New Roman"/>
          <w:sz w:val="24"/>
          <w:szCs w:val="24"/>
        </w:rPr>
        <w:br/>
      </w:r>
      <w:r w:rsidRPr="009658F0">
        <w:rPr>
          <w:rFonts w:ascii="Times New Roman" w:hAnsi="Times New Roman" w:cs="Times New Roman"/>
          <w:sz w:val="24"/>
          <w:szCs w:val="24"/>
        </w:rPr>
        <w:br/>
        <w:t>p.11</w:t>
      </w:r>
      <w:r w:rsidRPr="009658F0">
        <w:rPr>
          <w:rFonts w:ascii="Times New Roman" w:hAnsi="Times New Roman" w:cs="Times New Roman"/>
          <w:sz w:val="24"/>
          <w:szCs w:val="24"/>
        </w:rPr>
        <w:br/>
        <w:t xml:space="preserve">At same time Sabbath </w:t>
      </w:r>
      <w:proofErr w:type="spellStart"/>
      <w:r w:rsidRPr="009658F0">
        <w:rPr>
          <w:rFonts w:ascii="Times New Roman" w:hAnsi="Times New Roman" w:cs="Times New Roman"/>
          <w:sz w:val="24"/>
          <w:szCs w:val="24"/>
        </w:rPr>
        <w:t>bec</w:t>
      </w:r>
      <w:proofErr w:type="spellEnd"/>
      <w:r w:rsidR="00EB0B98" w:rsidRPr="009658F0">
        <w:rPr>
          <w:rFonts w:ascii="Times New Roman" w:hAnsi="Times New Roman" w:cs="Times New Roman"/>
          <w:sz w:val="24"/>
          <w:szCs w:val="24"/>
        </w:rPr>
        <w:t>.</w:t>
      </w:r>
      <w:r w:rsidRPr="009658F0">
        <w:rPr>
          <w:rFonts w:ascii="Times New Roman" w:hAnsi="Times New Roman" w:cs="Times New Roman"/>
          <w:sz w:val="24"/>
          <w:szCs w:val="24"/>
        </w:rPr>
        <w:t xml:space="preserve"> significant institution among exiled Jews in Babylonia</w:t>
      </w:r>
      <w:r w:rsidR="00EB0B98" w:rsidRPr="009658F0">
        <w:rPr>
          <w:rFonts w:ascii="Times New Roman" w:hAnsi="Times New Roman" w:cs="Times New Roman"/>
          <w:sz w:val="24"/>
          <w:szCs w:val="24"/>
        </w:rPr>
        <w:t xml:space="preserve">, </w:t>
      </w:r>
      <w:proofErr w:type="spellStart"/>
      <w:r w:rsidR="00EB0B98" w:rsidRPr="009658F0">
        <w:rPr>
          <w:rFonts w:ascii="Times New Roman" w:hAnsi="Times New Roman" w:cs="Times New Roman"/>
          <w:sz w:val="24"/>
          <w:szCs w:val="24"/>
        </w:rPr>
        <w:t>instn</w:t>
      </w:r>
      <w:proofErr w:type="spellEnd"/>
      <w:r w:rsidR="00EB0B98" w:rsidRPr="009658F0">
        <w:rPr>
          <w:rFonts w:ascii="Times New Roman" w:hAnsi="Times New Roman" w:cs="Times New Roman"/>
          <w:sz w:val="24"/>
          <w:szCs w:val="24"/>
        </w:rPr>
        <w:t xml:space="preserve"> </w:t>
      </w:r>
      <w:r w:rsidRPr="009658F0">
        <w:rPr>
          <w:rFonts w:ascii="Times New Roman" w:hAnsi="Times New Roman" w:cs="Times New Roman"/>
          <w:sz w:val="24"/>
          <w:szCs w:val="24"/>
        </w:rPr>
        <w:t>of the synagogue also arose and attained</w:t>
      </w:r>
      <w:r w:rsidR="00EB0B98" w:rsidRPr="009658F0">
        <w:rPr>
          <w:rFonts w:ascii="Times New Roman" w:hAnsi="Times New Roman" w:cs="Times New Roman"/>
          <w:sz w:val="24"/>
          <w:szCs w:val="24"/>
        </w:rPr>
        <w:t xml:space="preserve"> </w:t>
      </w:r>
      <w:proofErr w:type="spellStart"/>
      <w:r w:rsidR="00EB0B98" w:rsidRPr="009658F0">
        <w:rPr>
          <w:rFonts w:ascii="Times New Roman" w:hAnsi="Times New Roman" w:cs="Times New Roman"/>
          <w:sz w:val="24"/>
          <w:szCs w:val="24"/>
        </w:rPr>
        <w:t>gt.</w:t>
      </w:r>
      <w:proofErr w:type="spellEnd"/>
      <w:r w:rsidRPr="009658F0">
        <w:rPr>
          <w:rFonts w:ascii="Times New Roman" w:hAnsi="Times New Roman" w:cs="Times New Roman"/>
          <w:sz w:val="24"/>
          <w:szCs w:val="24"/>
        </w:rPr>
        <w:t xml:space="preserve"> significance. Sabbath and synagogue complemented each </w:t>
      </w:r>
      <w:r w:rsidR="00EB0B98" w:rsidRPr="009658F0">
        <w:rPr>
          <w:rFonts w:ascii="Times New Roman" w:hAnsi="Times New Roman" w:cs="Times New Roman"/>
          <w:sz w:val="24"/>
          <w:szCs w:val="24"/>
        </w:rPr>
        <w:t>v. well</w:t>
      </w:r>
      <w:r w:rsidRPr="009658F0">
        <w:rPr>
          <w:rFonts w:ascii="Times New Roman" w:hAnsi="Times New Roman" w:cs="Times New Roman"/>
          <w:sz w:val="24"/>
          <w:szCs w:val="24"/>
        </w:rPr>
        <w:t xml:space="preserve">. Character of Sabbath as day of religious study reinforced when </w:t>
      </w:r>
      <w:proofErr w:type="spellStart"/>
      <w:r w:rsidR="00EB0B98" w:rsidRPr="009658F0">
        <w:rPr>
          <w:rFonts w:ascii="Times New Roman" w:hAnsi="Times New Roman" w:cs="Times New Roman"/>
          <w:sz w:val="24"/>
          <w:szCs w:val="24"/>
        </w:rPr>
        <w:t>instn</w:t>
      </w:r>
      <w:proofErr w:type="spellEnd"/>
      <w:r w:rsidR="00EB0B98" w:rsidRPr="009658F0">
        <w:rPr>
          <w:rFonts w:ascii="Times New Roman" w:hAnsi="Times New Roman" w:cs="Times New Roman"/>
          <w:sz w:val="24"/>
          <w:szCs w:val="24"/>
        </w:rPr>
        <w:t xml:space="preserve"> </w:t>
      </w:r>
      <w:r w:rsidRPr="009658F0">
        <w:rPr>
          <w:rFonts w:ascii="Times New Roman" w:hAnsi="Times New Roman" w:cs="Times New Roman"/>
          <w:sz w:val="24"/>
          <w:szCs w:val="24"/>
        </w:rPr>
        <w:t xml:space="preserve">of </w:t>
      </w:r>
      <w:r w:rsidRPr="009658F0">
        <w:rPr>
          <w:rFonts w:ascii="Times New Roman" w:hAnsi="Times New Roman" w:cs="Times New Roman"/>
          <w:sz w:val="24"/>
          <w:szCs w:val="24"/>
          <w:u w:val="single"/>
        </w:rPr>
        <w:t>Be</w:t>
      </w:r>
      <w:r w:rsidR="00EB0B98" w:rsidRPr="009658F0">
        <w:rPr>
          <w:rFonts w:ascii="Times New Roman" w:hAnsi="Times New Roman" w:cs="Times New Roman"/>
          <w:sz w:val="24"/>
          <w:szCs w:val="24"/>
          <w:u w:val="single"/>
        </w:rPr>
        <w:t>s-h</w:t>
      </w:r>
      <w:r w:rsidRPr="009658F0">
        <w:rPr>
          <w:rFonts w:ascii="Times New Roman" w:hAnsi="Times New Roman" w:cs="Times New Roman"/>
          <w:sz w:val="24"/>
          <w:szCs w:val="24"/>
          <w:u w:val="single"/>
        </w:rPr>
        <w:t>a-</w:t>
      </w:r>
      <w:proofErr w:type="spellStart"/>
      <w:r w:rsidRPr="009658F0">
        <w:rPr>
          <w:rFonts w:ascii="Times New Roman" w:hAnsi="Times New Roman" w:cs="Times New Roman"/>
          <w:sz w:val="24"/>
          <w:szCs w:val="24"/>
          <w:u w:val="single"/>
        </w:rPr>
        <w:t>Midresh</w:t>
      </w:r>
      <w:proofErr w:type="spellEnd"/>
      <w:r w:rsidRPr="009658F0">
        <w:rPr>
          <w:rFonts w:ascii="Times New Roman" w:hAnsi="Times New Roman" w:cs="Times New Roman"/>
          <w:sz w:val="24"/>
          <w:szCs w:val="24"/>
        </w:rPr>
        <w:t>, House of Study, devoted to theoretical study of Torah, grew up.</w:t>
      </w:r>
      <w:r w:rsidRPr="009658F0">
        <w:rPr>
          <w:rFonts w:ascii="Times New Roman" w:hAnsi="Times New Roman" w:cs="Times New Roman"/>
          <w:sz w:val="24"/>
          <w:szCs w:val="24"/>
        </w:rPr>
        <w:br/>
      </w:r>
    </w:p>
    <w:p w14:paraId="1691293F" w14:textId="28744BA3" w:rsidR="003322DF" w:rsidRPr="009658F0" w:rsidRDefault="00E229A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r>
    </w:p>
    <w:bookmarkEnd w:id="1"/>
    <w:p w14:paraId="13550E93" w14:textId="77777777" w:rsidR="00A533E0" w:rsidRPr="009658F0" w:rsidRDefault="00A533E0" w:rsidP="006C1960">
      <w:pPr>
        <w:spacing w:line="360" w:lineRule="auto"/>
        <w:rPr>
          <w:rFonts w:ascii="Times New Roman" w:hAnsi="Times New Roman" w:cs="Times New Roman"/>
          <w:sz w:val="24"/>
          <w:szCs w:val="24"/>
          <w:highlight w:val="yellow"/>
        </w:rPr>
      </w:pPr>
      <w:r w:rsidRPr="009658F0">
        <w:rPr>
          <w:rFonts w:ascii="Times New Roman" w:hAnsi="Times New Roman" w:cs="Times New Roman"/>
          <w:sz w:val="24"/>
          <w:szCs w:val="24"/>
          <w:highlight w:val="yellow"/>
        </w:rPr>
        <w:br w:type="page"/>
      </w:r>
    </w:p>
    <w:p w14:paraId="49C83117" w14:textId="0AE521F9" w:rsidR="00BE11A8" w:rsidRPr="009658F0" w:rsidRDefault="00BE11A8"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lastRenderedPageBreak/>
        <w:t>VICTOR PAGE 4</w:t>
      </w:r>
    </w:p>
    <w:p w14:paraId="2010159A" w14:textId="2C74CD1B" w:rsidR="00BE11A8" w:rsidRPr="009658F0" w:rsidRDefault="00BE11A8"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t>Among rigorous observers were Samaritans, Essenes, and, prob., Sadducees; later the Karaites.</w:t>
      </w:r>
      <w:r w:rsidRPr="009658F0">
        <w:rPr>
          <w:rFonts w:ascii="Times New Roman" w:hAnsi="Times New Roman" w:cs="Times New Roman"/>
          <w:sz w:val="24"/>
          <w:szCs w:val="24"/>
        </w:rPr>
        <w:br/>
      </w:r>
      <w:r w:rsidRPr="009658F0">
        <w:rPr>
          <w:rFonts w:ascii="Times New Roman" w:hAnsi="Times New Roman" w:cs="Times New Roman"/>
          <w:sz w:val="24"/>
          <w:szCs w:val="24"/>
        </w:rPr>
        <w:br/>
        <w:t xml:space="preserve">p.12. Pharisees less strict. Declared the burning of lights on Friday night a precept. Permitted walks of 2,000 cubits in any one direction, </w:t>
      </w:r>
      <w:proofErr w:type="gramStart"/>
      <w:r w:rsidRPr="009658F0">
        <w:rPr>
          <w:rFonts w:ascii="Times New Roman" w:hAnsi="Times New Roman" w:cs="Times New Roman"/>
          <w:sz w:val="24"/>
          <w:szCs w:val="24"/>
        </w:rPr>
        <w:t>provided that</w:t>
      </w:r>
      <w:proofErr w:type="gramEnd"/>
      <w:r w:rsidRPr="009658F0">
        <w:rPr>
          <w:rFonts w:ascii="Times New Roman" w:hAnsi="Times New Roman" w:cs="Times New Roman"/>
          <w:sz w:val="24"/>
          <w:szCs w:val="24"/>
        </w:rPr>
        <w:t xml:space="preserve"> food had been placed at that point on the day before the place was considered </w:t>
      </w:r>
      <w:proofErr w:type="gramStart"/>
      <w:r w:rsidRPr="009658F0">
        <w:rPr>
          <w:rFonts w:ascii="Times New Roman" w:hAnsi="Times New Roman" w:cs="Times New Roman"/>
          <w:sz w:val="24"/>
          <w:szCs w:val="24"/>
        </w:rPr>
        <w:t>an abode</w:t>
      </w:r>
      <w:proofErr w:type="gramEnd"/>
      <w:r w:rsidRPr="009658F0">
        <w:rPr>
          <w:rFonts w:ascii="Times New Roman" w:hAnsi="Times New Roman" w:cs="Times New Roman"/>
          <w:sz w:val="24"/>
          <w:szCs w:val="24"/>
        </w:rPr>
        <w:t xml:space="preserve"> and a further walk of 2,000 cubits was allowed. If it was a question of succoring the sick, of saving an endangered life, breaking the law was allowed. The Sabbath was given to the Jews, not the Jews to the Sabbath, said the Pharisees (Yoma 85 b; </w:t>
      </w:r>
      <w:proofErr w:type="spellStart"/>
      <w:r w:rsidRPr="009658F0">
        <w:rPr>
          <w:rFonts w:ascii="Times New Roman" w:hAnsi="Times New Roman" w:cs="Times New Roman"/>
          <w:sz w:val="24"/>
          <w:szCs w:val="24"/>
        </w:rPr>
        <w:t>Mekhiltha</w:t>
      </w:r>
      <w:proofErr w:type="spellEnd"/>
      <w:r w:rsidRPr="009658F0">
        <w:rPr>
          <w:rFonts w:ascii="Times New Roman" w:hAnsi="Times New Roman" w:cs="Times New Roman"/>
          <w:sz w:val="24"/>
          <w:szCs w:val="24"/>
        </w:rPr>
        <w:t xml:space="preserve"> on </w:t>
      </w:r>
      <w:r w:rsidRPr="009658F0">
        <w:rPr>
          <w:rFonts w:ascii="Times New Roman" w:hAnsi="Times New Roman" w:cs="Times New Roman"/>
          <w:sz w:val="24"/>
          <w:szCs w:val="24"/>
          <w:u w:val="single"/>
        </w:rPr>
        <w:t>Exod</w:t>
      </w:r>
      <w:r w:rsidRPr="009658F0">
        <w:rPr>
          <w:rFonts w:ascii="Times New Roman" w:hAnsi="Times New Roman" w:cs="Times New Roman"/>
          <w:sz w:val="24"/>
          <w:szCs w:val="24"/>
        </w:rPr>
        <w:t>. 31:13</w:t>
      </w:r>
      <w:r w:rsidR="00E6610C">
        <w:rPr>
          <w:rFonts w:ascii="Times New Roman" w:hAnsi="Times New Roman" w:cs="Times New Roman"/>
          <w:sz w:val="24"/>
          <w:szCs w:val="24"/>
        </w:rPr>
        <w:t>–</w:t>
      </w:r>
      <w:r w:rsidRPr="009658F0">
        <w:rPr>
          <w:rFonts w:ascii="Times New Roman" w:hAnsi="Times New Roman" w:cs="Times New Roman"/>
          <w:sz w:val="24"/>
          <w:szCs w:val="24"/>
        </w:rPr>
        <w:t>14).</w:t>
      </w:r>
      <w:r w:rsidRPr="009658F0">
        <w:rPr>
          <w:rFonts w:ascii="Times New Roman" w:hAnsi="Times New Roman" w:cs="Times New Roman"/>
          <w:sz w:val="24"/>
          <w:szCs w:val="24"/>
        </w:rPr>
        <w:br/>
      </w:r>
    </w:p>
    <w:p w14:paraId="1002220A" w14:textId="77777777" w:rsidR="00BE11A8" w:rsidRPr="009658F0" w:rsidRDefault="00BE11A8" w:rsidP="006C1960">
      <w:pPr>
        <w:spacing w:after="120" w:line="360" w:lineRule="auto"/>
        <w:rPr>
          <w:rFonts w:ascii="Times New Roman" w:hAnsi="Times New Roman" w:cs="Times New Roman"/>
          <w:sz w:val="24"/>
          <w:szCs w:val="24"/>
        </w:rPr>
      </w:pPr>
    </w:p>
    <w:p w14:paraId="10891AB4" w14:textId="77777777" w:rsidR="00BE11A8" w:rsidRPr="009658F0" w:rsidRDefault="00BE11A8" w:rsidP="006C1960">
      <w:pPr>
        <w:spacing w:after="120" w:line="360" w:lineRule="auto"/>
        <w:rPr>
          <w:rFonts w:ascii="Times New Roman" w:hAnsi="Times New Roman" w:cs="Times New Roman"/>
          <w:sz w:val="24"/>
          <w:szCs w:val="24"/>
        </w:rPr>
      </w:pPr>
    </w:p>
    <w:p w14:paraId="799492AD" w14:textId="77777777" w:rsidR="00BE11A8" w:rsidRPr="009658F0" w:rsidRDefault="00BE11A8" w:rsidP="006C1960">
      <w:pPr>
        <w:spacing w:after="120" w:line="360" w:lineRule="auto"/>
        <w:rPr>
          <w:rFonts w:ascii="Times New Roman" w:hAnsi="Times New Roman" w:cs="Times New Roman"/>
          <w:sz w:val="24"/>
          <w:szCs w:val="24"/>
        </w:rPr>
      </w:pPr>
    </w:p>
    <w:p w14:paraId="4B0DC804" w14:textId="77777777" w:rsidR="00A533E0" w:rsidRPr="009658F0" w:rsidRDefault="00A533E0" w:rsidP="006C1960">
      <w:pPr>
        <w:spacing w:line="360" w:lineRule="auto"/>
        <w:rPr>
          <w:rFonts w:ascii="Times New Roman" w:hAnsi="Times New Roman" w:cs="Times New Roman"/>
          <w:sz w:val="24"/>
          <w:szCs w:val="24"/>
          <w:highlight w:val="yellow"/>
        </w:rPr>
      </w:pPr>
      <w:r w:rsidRPr="009658F0">
        <w:rPr>
          <w:rFonts w:ascii="Times New Roman" w:hAnsi="Times New Roman" w:cs="Times New Roman"/>
          <w:sz w:val="24"/>
          <w:szCs w:val="24"/>
          <w:highlight w:val="yellow"/>
        </w:rPr>
        <w:br w:type="page"/>
      </w:r>
    </w:p>
    <w:p w14:paraId="47118C0F" w14:textId="34B97D6F" w:rsidR="00BE11A8" w:rsidRPr="009658F0" w:rsidRDefault="00BE11A8"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lastRenderedPageBreak/>
        <w:t>VICTOR PAGE 5</w:t>
      </w:r>
    </w:p>
    <w:p w14:paraId="473CD7AD" w14:textId="1405863B" w:rsidR="005C0972" w:rsidRPr="009658F0" w:rsidRDefault="00BE11A8"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t>Shabat Terms</w:t>
      </w:r>
      <w:r w:rsidRPr="009658F0">
        <w:rPr>
          <w:rFonts w:ascii="Times New Roman" w:hAnsi="Times New Roman" w:cs="Times New Roman"/>
          <w:sz w:val="24"/>
          <w:szCs w:val="24"/>
        </w:rPr>
        <w:br/>
      </w:r>
      <w:r w:rsidRPr="009658F0">
        <w:rPr>
          <w:rFonts w:ascii="Times New Roman" w:hAnsi="Times New Roman" w:cs="Times New Roman"/>
          <w:sz w:val="24"/>
          <w:szCs w:val="24"/>
        </w:rPr>
        <w:br/>
      </w:r>
      <w:proofErr w:type="spellStart"/>
      <w:r w:rsidRPr="009658F0">
        <w:rPr>
          <w:rFonts w:ascii="Times New Roman" w:hAnsi="Times New Roman" w:cs="Times New Roman"/>
          <w:sz w:val="24"/>
          <w:szCs w:val="24"/>
        </w:rPr>
        <w:t>Challos</w:t>
      </w:r>
      <w:proofErr w:type="spellEnd"/>
      <w:r w:rsidRPr="009658F0">
        <w:rPr>
          <w:rFonts w:ascii="Times New Roman" w:hAnsi="Times New Roman" w:cs="Times New Roman"/>
          <w:sz w:val="24"/>
          <w:szCs w:val="24"/>
        </w:rPr>
        <w:t xml:space="preserve"> (s. </w:t>
      </w:r>
      <w:proofErr w:type="spellStart"/>
      <w:r w:rsidRPr="009658F0">
        <w:rPr>
          <w:rFonts w:ascii="Times New Roman" w:hAnsi="Times New Roman" w:cs="Times New Roman"/>
          <w:sz w:val="24"/>
          <w:szCs w:val="24"/>
        </w:rPr>
        <w:t>challoh</w:t>
      </w:r>
      <w:proofErr w:type="spellEnd"/>
      <w:r w:rsidRPr="009658F0">
        <w:rPr>
          <w:rFonts w:ascii="Times New Roman" w:hAnsi="Times New Roman" w:cs="Times New Roman"/>
          <w:sz w:val="24"/>
          <w:szCs w:val="24"/>
        </w:rPr>
        <w:t>) = Sabbath loaves, baked on Friday. White.</w:t>
      </w:r>
      <w:r w:rsidRPr="009658F0">
        <w:rPr>
          <w:rFonts w:ascii="Times New Roman" w:hAnsi="Times New Roman" w:cs="Times New Roman"/>
          <w:sz w:val="24"/>
          <w:szCs w:val="24"/>
        </w:rPr>
        <w:br/>
      </w:r>
      <w:r w:rsidRPr="009658F0">
        <w:rPr>
          <w:rFonts w:ascii="Times New Roman" w:hAnsi="Times New Roman" w:cs="Times New Roman"/>
          <w:sz w:val="24"/>
          <w:szCs w:val="24"/>
        </w:rPr>
        <w:br/>
      </w:r>
      <w:proofErr w:type="spellStart"/>
      <w:r w:rsidRPr="009658F0">
        <w:rPr>
          <w:rFonts w:ascii="Times New Roman" w:hAnsi="Times New Roman" w:cs="Times New Roman"/>
          <w:sz w:val="24"/>
          <w:szCs w:val="24"/>
        </w:rPr>
        <w:t>Tannaim</w:t>
      </w:r>
      <w:proofErr w:type="spellEnd"/>
      <w:r w:rsidRPr="009658F0">
        <w:rPr>
          <w:rFonts w:ascii="Times New Roman" w:hAnsi="Times New Roman" w:cs="Times New Roman"/>
          <w:sz w:val="24"/>
          <w:szCs w:val="24"/>
        </w:rPr>
        <w:t xml:space="preserve"> = teachers and sages of the 1st two centuries of the Common Era.</w:t>
      </w:r>
      <w:r w:rsidRPr="009658F0">
        <w:rPr>
          <w:rFonts w:ascii="Times New Roman" w:hAnsi="Times New Roman" w:cs="Times New Roman"/>
          <w:sz w:val="24"/>
          <w:szCs w:val="24"/>
        </w:rPr>
        <w:br/>
      </w:r>
      <w:r w:rsidRPr="009658F0">
        <w:rPr>
          <w:rFonts w:ascii="Times New Roman" w:hAnsi="Times New Roman" w:cs="Times New Roman"/>
          <w:sz w:val="24"/>
          <w:szCs w:val="24"/>
        </w:rPr>
        <w:br/>
        <w:t>Amorai</w:t>
      </w:r>
      <w:r w:rsidR="00EB0B98" w:rsidRPr="009658F0">
        <w:rPr>
          <w:rFonts w:ascii="Times New Roman" w:hAnsi="Times New Roman" w:cs="Times New Roman"/>
          <w:sz w:val="24"/>
          <w:szCs w:val="24"/>
        </w:rPr>
        <w:t>m</w:t>
      </w:r>
      <w:r w:rsidRPr="009658F0">
        <w:rPr>
          <w:rFonts w:ascii="Times New Roman" w:hAnsi="Times New Roman" w:cs="Times New Roman"/>
          <w:sz w:val="24"/>
          <w:szCs w:val="24"/>
        </w:rPr>
        <w:t xml:space="preserve"> = sages of the Talmud from the third century on.</w:t>
      </w:r>
      <w:r w:rsidRPr="009658F0">
        <w:rPr>
          <w:rFonts w:ascii="Times New Roman" w:hAnsi="Times New Roman" w:cs="Times New Roman"/>
          <w:sz w:val="24"/>
          <w:szCs w:val="24"/>
        </w:rPr>
        <w:br/>
      </w:r>
      <w:r w:rsidRPr="009658F0">
        <w:rPr>
          <w:rFonts w:ascii="Times New Roman" w:hAnsi="Times New Roman" w:cs="Times New Roman"/>
          <w:sz w:val="24"/>
          <w:szCs w:val="24"/>
        </w:rPr>
        <w:br/>
        <w:t>p.14</w:t>
      </w:r>
      <w:r w:rsidRPr="009658F0">
        <w:rPr>
          <w:rFonts w:ascii="Times New Roman" w:hAnsi="Times New Roman" w:cs="Times New Roman"/>
          <w:sz w:val="24"/>
          <w:szCs w:val="24"/>
        </w:rPr>
        <w:br/>
        <w:t xml:space="preserve">In the time of the </w:t>
      </w:r>
      <w:proofErr w:type="spellStart"/>
      <w:r w:rsidRPr="009658F0">
        <w:rPr>
          <w:rFonts w:ascii="Times New Roman" w:hAnsi="Times New Roman" w:cs="Times New Roman"/>
          <w:sz w:val="24"/>
          <w:szCs w:val="24"/>
        </w:rPr>
        <w:t>Tannaim</w:t>
      </w:r>
      <w:proofErr w:type="spellEnd"/>
      <w:r w:rsidRPr="009658F0">
        <w:rPr>
          <w:rFonts w:ascii="Times New Roman" w:hAnsi="Times New Roman" w:cs="Times New Roman"/>
          <w:sz w:val="24"/>
          <w:szCs w:val="24"/>
        </w:rPr>
        <w:t xml:space="preserve"> there was no Friday night service in the Synagogue, for </w:t>
      </w:r>
      <w:proofErr w:type="spellStart"/>
      <w:r w:rsidRPr="009658F0">
        <w:rPr>
          <w:rFonts w:ascii="Times New Roman" w:hAnsi="Times New Roman" w:cs="Times New Roman"/>
          <w:sz w:val="24"/>
          <w:szCs w:val="24"/>
        </w:rPr>
        <w:t>ma</w:t>
      </w:r>
      <w:r w:rsidR="00EB0B98" w:rsidRPr="009658F0">
        <w:rPr>
          <w:rFonts w:ascii="Times New Roman" w:hAnsi="Times New Roman" w:cs="Times New Roman"/>
          <w:sz w:val="24"/>
          <w:szCs w:val="24"/>
        </w:rPr>
        <w:t>’</w:t>
      </w:r>
      <w:r w:rsidRPr="009658F0">
        <w:rPr>
          <w:rFonts w:ascii="Times New Roman" w:hAnsi="Times New Roman" w:cs="Times New Roman"/>
          <w:sz w:val="24"/>
          <w:szCs w:val="24"/>
        </w:rPr>
        <w:t>ariv</w:t>
      </w:r>
      <w:proofErr w:type="spellEnd"/>
      <w:r w:rsidRPr="009658F0">
        <w:rPr>
          <w:rFonts w:ascii="Times New Roman" w:hAnsi="Times New Roman" w:cs="Times New Roman"/>
          <w:sz w:val="24"/>
          <w:szCs w:val="24"/>
        </w:rPr>
        <w:t xml:space="preserve"> (= evening prayer) was not a community service at that time, but an individual prayer, and no exception made on Friday.</w:t>
      </w:r>
      <w:r w:rsidRPr="009658F0">
        <w:rPr>
          <w:rFonts w:ascii="Times New Roman" w:hAnsi="Times New Roman" w:cs="Times New Roman"/>
          <w:sz w:val="24"/>
          <w:szCs w:val="24"/>
        </w:rPr>
        <w:br/>
      </w:r>
      <w:r w:rsidRPr="009658F0">
        <w:rPr>
          <w:rFonts w:ascii="Times New Roman" w:hAnsi="Times New Roman" w:cs="Times New Roman"/>
          <w:sz w:val="24"/>
          <w:szCs w:val="24"/>
        </w:rPr>
        <w:br/>
        <w:t>p.16</w:t>
      </w:r>
      <w:r w:rsidR="00EB0B98" w:rsidRPr="009658F0">
        <w:rPr>
          <w:rFonts w:ascii="Times New Roman" w:hAnsi="Times New Roman" w:cs="Times New Roman"/>
          <w:sz w:val="24"/>
          <w:szCs w:val="24"/>
        </w:rPr>
        <w:t xml:space="preserve"> [</w:t>
      </w:r>
      <w:r w:rsidR="00E61570" w:rsidRPr="009658F0">
        <w:rPr>
          <w:rFonts w:ascii="Times New Roman" w:hAnsi="Times New Roman" w:cs="Times New Roman"/>
          <w:sz w:val="24"/>
          <w:szCs w:val="24"/>
        </w:rPr>
        <w:t>? 15?</w:t>
      </w:r>
      <w:r w:rsidR="00EB0B98" w:rsidRPr="009658F0">
        <w:rPr>
          <w:rFonts w:ascii="Times New Roman" w:hAnsi="Times New Roman" w:cs="Times New Roman"/>
          <w:sz w:val="24"/>
          <w:szCs w:val="24"/>
        </w:rPr>
        <w:t>]</w:t>
      </w:r>
      <w:r w:rsidRPr="009658F0">
        <w:rPr>
          <w:rFonts w:ascii="Times New Roman" w:hAnsi="Times New Roman" w:cs="Times New Roman"/>
          <w:sz w:val="24"/>
          <w:szCs w:val="24"/>
        </w:rPr>
        <w:br/>
        <w:t>Kiddush = the prayer of sanctification of the Sabbath recited by the head of the group, over a glass of wine. Later, communal services held in synagogue and kiddush recited there.</w:t>
      </w:r>
    </w:p>
    <w:p w14:paraId="2FA8ED1C" w14:textId="04908444" w:rsidR="00106536" w:rsidRPr="009658F0" w:rsidRDefault="00106536"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br w:type="page"/>
      </w:r>
    </w:p>
    <w:p w14:paraId="372EDD5A" w14:textId="77777777" w:rsidR="005C0972" w:rsidRPr="009658F0" w:rsidRDefault="005C0972" w:rsidP="006C1960">
      <w:pPr>
        <w:spacing w:after="120" w:line="360" w:lineRule="auto"/>
        <w:rPr>
          <w:rFonts w:ascii="Times New Roman" w:hAnsi="Times New Roman" w:cs="Times New Roman"/>
          <w:sz w:val="24"/>
          <w:szCs w:val="24"/>
        </w:rPr>
      </w:pPr>
    </w:p>
    <w:p w14:paraId="7E9D1E30" w14:textId="77777777" w:rsidR="005C0972" w:rsidRPr="009658F0" w:rsidRDefault="005C0972"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t>VICTOR PAGE 6</w:t>
      </w:r>
    </w:p>
    <w:p w14:paraId="6C9C2187" w14:textId="2517CABA" w:rsidR="005C0972" w:rsidRPr="009658F0" w:rsidRDefault="005C0972"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r>
      <w:proofErr w:type="spellStart"/>
      <w:r w:rsidRPr="009658F0">
        <w:rPr>
          <w:rFonts w:ascii="Times New Roman" w:hAnsi="Times New Roman" w:cs="Times New Roman"/>
          <w:sz w:val="24"/>
          <w:szCs w:val="24"/>
        </w:rPr>
        <w:t>Havdoloh</w:t>
      </w:r>
      <w:proofErr w:type="spellEnd"/>
      <w:r w:rsidRPr="009658F0">
        <w:rPr>
          <w:rFonts w:ascii="Times New Roman" w:hAnsi="Times New Roman" w:cs="Times New Roman"/>
          <w:sz w:val="24"/>
          <w:szCs w:val="24"/>
        </w:rPr>
        <w:t xml:space="preserve"> = benediction re</w:t>
      </w:r>
      <w:r w:rsidR="00A802FD" w:rsidRPr="009658F0">
        <w:rPr>
          <w:rFonts w:ascii="Times New Roman" w:hAnsi="Times New Roman" w:cs="Times New Roman"/>
          <w:sz w:val="24"/>
          <w:szCs w:val="24"/>
        </w:rPr>
        <w:t>p.</w:t>
      </w:r>
      <w:r w:rsidRPr="009658F0">
        <w:rPr>
          <w:rFonts w:ascii="Times New Roman" w:hAnsi="Times New Roman" w:cs="Times New Roman"/>
          <w:sz w:val="24"/>
          <w:szCs w:val="24"/>
        </w:rPr>
        <w:t xml:space="preserve"> division between sacred and profane, in which leave was taken of the Sabbath.</w:t>
      </w:r>
      <w:r w:rsidRPr="009658F0">
        <w:rPr>
          <w:rFonts w:ascii="Times New Roman" w:hAnsi="Times New Roman" w:cs="Times New Roman"/>
          <w:sz w:val="24"/>
          <w:szCs w:val="24"/>
        </w:rPr>
        <w:br/>
      </w:r>
      <w:r w:rsidRPr="009658F0">
        <w:rPr>
          <w:rFonts w:ascii="Times New Roman" w:hAnsi="Times New Roman" w:cs="Times New Roman"/>
          <w:sz w:val="24"/>
          <w:szCs w:val="24"/>
        </w:rPr>
        <w:br/>
        <w:t>p.18</w:t>
      </w:r>
      <w:r w:rsidRPr="009658F0">
        <w:rPr>
          <w:rFonts w:ascii="Times New Roman" w:hAnsi="Times New Roman" w:cs="Times New Roman"/>
          <w:sz w:val="24"/>
          <w:szCs w:val="24"/>
        </w:rPr>
        <w:br/>
      </w:r>
      <w:proofErr w:type="spellStart"/>
      <w:r w:rsidRPr="009658F0">
        <w:rPr>
          <w:rFonts w:ascii="Times New Roman" w:hAnsi="Times New Roman" w:cs="Times New Roman"/>
          <w:sz w:val="24"/>
          <w:szCs w:val="24"/>
        </w:rPr>
        <w:t>Z</w:t>
      </w:r>
      <w:r w:rsidR="00E6610C">
        <w:rPr>
          <w:rFonts w:ascii="Times New Roman" w:hAnsi="Times New Roman" w:cs="Times New Roman"/>
          <w:sz w:val="24"/>
          <w:szCs w:val="24"/>
        </w:rPr>
        <w:t>’</w:t>
      </w:r>
      <w:r w:rsidRPr="009658F0">
        <w:rPr>
          <w:rFonts w:ascii="Times New Roman" w:hAnsi="Times New Roman" w:cs="Times New Roman"/>
          <w:sz w:val="24"/>
          <w:szCs w:val="24"/>
        </w:rPr>
        <w:t>miros</w:t>
      </w:r>
      <w:proofErr w:type="spellEnd"/>
      <w:r w:rsidRPr="009658F0">
        <w:rPr>
          <w:rFonts w:ascii="Times New Roman" w:hAnsi="Times New Roman" w:cs="Times New Roman"/>
          <w:sz w:val="24"/>
          <w:szCs w:val="24"/>
        </w:rPr>
        <w:t xml:space="preserve"> = table songs, in honor of the Sabbath.</w:t>
      </w:r>
      <w:r w:rsidRPr="009658F0">
        <w:rPr>
          <w:rFonts w:ascii="Times New Roman" w:hAnsi="Times New Roman" w:cs="Times New Roman"/>
          <w:sz w:val="24"/>
          <w:szCs w:val="24"/>
        </w:rPr>
        <w:br/>
        <w:t xml:space="preserve">The </w:t>
      </w:r>
      <w:proofErr w:type="spellStart"/>
      <w:r w:rsidRPr="009658F0">
        <w:rPr>
          <w:rFonts w:ascii="Times New Roman" w:hAnsi="Times New Roman" w:cs="Times New Roman"/>
          <w:sz w:val="24"/>
          <w:szCs w:val="24"/>
        </w:rPr>
        <w:t>Pay</w:t>
      </w:r>
      <w:r w:rsidR="00A802FD" w:rsidRPr="009658F0">
        <w:rPr>
          <w:rFonts w:ascii="Times New Roman" w:hAnsi="Times New Roman" w:cs="Times New Roman"/>
          <w:sz w:val="24"/>
          <w:szCs w:val="24"/>
        </w:rPr>
        <w:t>’</w:t>
      </w:r>
      <w:r w:rsidRPr="009658F0">
        <w:rPr>
          <w:rFonts w:ascii="Times New Roman" w:hAnsi="Times New Roman" w:cs="Times New Roman"/>
          <w:sz w:val="24"/>
          <w:szCs w:val="24"/>
        </w:rPr>
        <w:t>tonim</w:t>
      </w:r>
      <w:proofErr w:type="spellEnd"/>
      <w:r w:rsidRPr="009658F0">
        <w:rPr>
          <w:rFonts w:ascii="Times New Roman" w:hAnsi="Times New Roman" w:cs="Times New Roman"/>
          <w:sz w:val="24"/>
          <w:szCs w:val="24"/>
        </w:rPr>
        <w:t xml:space="preserve"> - the liturgical poets of the Middle Ages</w:t>
      </w:r>
      <w:r w:rsidR="00A802FD" w:rsidRPr="009658F0">
        <w:rPr>
          <w:rFonts w:ascii="Times New Roman" w:hAnsi="Times New Roman" w:cs="Times New Roman"/>
          <w:sz w:val="24"/>
          <w:szCs w:val="24"/>
        </w:rPr>
        <w:t xml:space="preserve"> -</w:t>
      </w:r>
      <w:r w:rsidRPr="009658F0">
        <w:rPr>
          <w:rFonts w:ascii="Times New Roman" w:hAnsi="Times New Roman" w:cs="Times New Roman"/>
          <w:sz w:val="24"/>
          <w:szCs w:val="24"/>
        </w:rPr>
        <w:t xml:space="preserve"> created hymns and poems to sing at the table.</w:t>
      </w:r>
      <w:r w:rsidRPr="009658F0">
        <w:rPr>
          <w:rFonts w:ascii="Times New Roman" w:hAnsi="Times New Roman" w:cs="Times New Roman"/>
          <w:sz w:val="24"/>
          <w:szCs w:val="24"/>
        </w:rPr>
        <w:br/>
        <w:t xml:space="preserve">A special guest </w:t>
      </w:r>
      <w:proofErr w:type="spellStart"/>
      <w:r w:rsidR="00A802FD" w:rsidRPr="009658F0">
        <w:rPr>
          <w:rFonts w:ascii="Times New Roman" w:hAnsi="Times New Roman" w:cs="Times New Roman"/>
          <w:sz w:val="24"/>
          <w:szCs w:val="24"/>
        </w:rPr>
        <w:t>shd</w:t>
      </w:r>
      <w:proofErr w:type="spellEnd"/>
      <w:r w:rsidR="00A802FD" w:rsidRPr="009658F0">
        <w:rPr>
          <w:rFonts w:ascii="Times New Roman" w:hAnsi="Times New Roman" w:cs="Times New Roman"/>
          <w:sz w:val="24"/>
          <w:szCs w:val="24"/>
        </w:rPr>
        <w:t xml:space="preserve"> </w:t>
      </w:r>
      <w:r w:rsidRPr="009658F0">
        <w:rPr>
          <w:rFonts w:ascii="Times New Roman" w:hAnsi="Times New Roman" w:cs="Times New Roman"/>
          <w:sz w:val="24"/>
          <w:szCs w:val="24"/>
        </w:rPr>
        <w:t>be invited to the table on the Sabbath.</w:t>
      </w:r>
      <w:r w:rsidRPr="009658F0">
        <w:rPr>
          <w:rFonts w:ascii="Times New Roman" w:hAnsi="Times New Roman" w:cs="Times New Roman"/>
          <w:sz w:val="24"/>
          <w:szCs w:val="24"/>
        </w:rPr>
        <w:br/>
      </w:r>
      <w:proofErr w:type="spellStart"/>
      <w:r w:rsidRPr="009658F0">
        <w:rPr>
          <w:rFonts w:ascii="Times New Roman" w:hAnsi="Times New Roman" w:cs="Times New Roman"/>
          <w:sz w:val="24"/>
          <w:szCs w:val="24"/>
        </w:rPr>
        <w:t>Pastetten</w:t>
      </w:r>
      <w:proofErr w:type="spellEnd"/>
      <w:r w:rsidRPr="009658F0">
        <w:rPr>
          <w:rFonts w:ascii="Times New Roman" w:hAnsi="Times New Roman" w:cs="Times New Roman"/>
          <w:sz w:val="24"/>
          <w:szCs w:val="24"/>
        </w:rPr>
        <w:t xml:space="preserve"> = special cakes for the Sabbath.</w:t>
      </w:r>
      <w:r w:rsidRPr="009658F0">
        <w:rPr>
          <w:rFonts w:ascii="Times New Roman" w:hAnsi="Times New Roman" w:cs="Times New Roman"/>
          <w:sz w:val="24"/>
          <w:szCs w:val="24"/>
        </w:rPr>
        <w:br/>
        <w:t>p.19</w:t>
      </w:r>
      <w:r w:rsidRPr="009658F0">
        <w:rPr>
          <w:rFonts w:ascii="Times New Roman" w:hAnsi="Times New Roman" w:cs="Times New Roman"/>
          <w:sz w:val="24"/>
          <w:szCs w:val="24"/>
        </w:rPr>
        <w:br/>
      </w:r>
      <w:proofErr w:type="spellStart"/>
      <w:r w:rsidRPr="009658F0">
        <w:rPr>
          <w:rFonts w:ascii="Times New Roman" w:hAnsi="Times New Roman" w:cs="Times New Roman"/>
          <w:sz w:val="24"/>
          <w:szCs w:val="24"/>
        </w:rPr>
        <w:t>Kabb</w:t>
      </w:r>
      <w:r w:rsidR="00A802FD" w:rsidRPr="009658F0">
        <w:rPr>
          <w:rFonts w:ascii="Times New Roman" w:hAnsi="Times New Roman" w:cs="Times New Roman"/>
          <w:sz w:val="24"/>
          <w:szCs w:val="24"/>
        </w:rPr>
        <w:t>o</w:t>
      </w:r>
      <w:r w:rsidRPr="009658F0">
        <w:rPr>
          <w:rFonts w:ascii="Times New Roman" w:hAnsi="Times New Roman" w:cs="Times New Roman"/>
          <w:sz w:val="24"/>
          <w:szCs w:val="24"/>
        </w:rPr>
        <w:t>las</w:t>
      </w:r>
      <w:proofErr w:type="spellEnd"/>
      <w:r w:rsidRPr="009658F0">
        <w:rPr>
          <w:rFonts w:ascii="Times New Roman" w:hAnsi="Times New Roman" w:cs="Times New Roman"/>
          <w:sz w:val="24"/>
          <w:szCs w:val="24"/>
        </w:rPr>
        <w:t xml:space="preserve"> Shabbos = the ceremony of the greeting of Sabbath on Friday, just before evening prayers. Introduced at end of</w:t>
      </w:r>
      <w:r w:rsidR="00A802FD" w:rsidRPr="009658F0">
        <w:rPr>
          <w:rFonts w:ascii="Times New Roman" w:hAnsi="Times New Roman" w:cs="Times New Roman"/>
          <w:sz w:val="24"/>
          <w:szCs w:val="24"/>
        </w:rPr>
        <w:t xml:space="preserve"> C</w:t>
      </w:r>
      <w:r w:rsidRPr="009658F0">
        <w:rPr>
          <w:rFonts w:ascii="Times New Roman" w:hAnsi="Times New Roman" w:cs="Times New Roman"/>
          <w:sz w:val="24"/>
          <w:szCs w:val="24"/>
        </w:rPr>
        <w:t xml:space="preserve">16th, it evolved then among the kabbalists of Safed. The Talmud tells that certain Palestinian Amoraim of the 3rd wd. dress themselves in </w:t>
      </w:r>
      <w:r w:rsidR="00A802FD" w:rsidRPr="009658F0">
        <w:rPr>
          <w:rFonts w:ascii="Times New Roman" w:hAnsi="Times New Roman" w:cs="Times New Roman"/>
          <w:sz w:val="24"/>
          <w:szCs w:val="24"/>
        </w:rPr>
        <w:t>S</w:t>
      </w:r>
      <w:r w:rsidRPr="009658F0">
        <w:rPr>
          <w:rFonts w:ascii="Times New Roman" w:hAnsi="Times New Roman" w:cs="Times New Roman"/>
          <w:sz w:val="24"/>
          <w:szCs w:val="24"/>
        </w:rPr>
        <w:t>abbath clothes on Friday evening and</w:t>
      </w:r>
      <w:r w:rsidRPr="009658F0">
        <w:rPr>
          <w:rFonts w:ascii="Times New Roman" w:hAnsi="Times New Roman" w:cs="Times New Roman"/>
          <w:sz w:val="24"/>
          <w:szCs w:val="24"/>
        </w:rPr>
        <w:br/>
      </w:r>
    </w:p>
    <w:p w14:paraId="3B2FF389" w14:textId="77777777" w:rsidR="00155345" w:rsidRPr="009658F0" w:rsidRDefault="00155345" w:rsidP="006C1960">
      <w:pPr>
        <w:spacing w:after="120" w:line="360" w:lineRule="auto"/>
        <w:rPr>
          <w:rFonts w:ascii="Times New Roman" w:hAnsi="Times New Roman" w:cs="Times New Roman"/>
          <w:sz w:val="24"/>
          <w:szCs w:val="24"/>
          <w:highlight w:val="yellow"/>
        </w:rPr>
      </w:pPr>
    </w:p>
    <w:p w14:paraId="7FAEF6F1" w14:textId="77777777" w:rsidR="00155345" w:rsidRPr="009658F0" w:rsidRDefault="00155345" w:rsidP="006C1960">
      <w:pPr>
        <w:spacing w:after="120" w:line="360" w:lineRule="auto"/>
        <w:rPr>
          <w:rFonts w:ascii="Times New Roman" w:hAnsi="Times New Roman" w:cs="Times New Roman"/>
          <w:sz w:val="24"/>
          <w:szCs w:val="24"/>
          <w:highlight w:val="yellow"/>
        </w:rPr>
      </w:pPr>
    </w:p>
    <w:p w14:paraId="3990B80D" w14:textId="77777777" w:rsidR="00B34F36" w:rsidRPr="009658F0" w:rsidRDefault="00B34F36" w:rsidP="006C1960">
      <w:pPr>
        <w:spacing w:line="360" w:lineRule="auto"/>
        <w:rPr>
          <w:rFonts w:ascii="Times New Roman" w:hAnsi="Times New Roman" w:cs="Times New Roman"/>
          <w:sz w:val="24"/>
          <w:szCs w:val="24"/>
          <w:highlight w:val="yellow"/>
        </w:rPr>
      </w:pPr>
      <w:r w:rsidRPr="009658F0">
        <w:rPr>
          <w:rFonts w:ascii="Times New Roman" w:hAnsi="Times New Roman" w:cs="Times New Roman"/>
          <w:sz w:val="24"/>
          <w:szCs w:val="24"/>
          <w:highlight w:val="yellow"/>
        </w:rPr>
        <w:br w:type="page"/>
      </w:r>
    </w:p>
    <w:p w14:paraId="1083F463" w14:textId="7B4A3451" w:rsidR="00ED2735" w:rsidRPr="009658F0" w:rsidRDefault="005C0972"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lastRenderedPageBreak/>
        <w:t>VICTOR PAGE 7</w:t>
      </w:r>
      <w:r w:rsidRPr="009658F0">
        <w:rPr>
          <w:rFonts w:ascii="Times New Roman" w:hAnsi="Times New Roman" w:cs="Times New Roman"/>
          <w:sz w:val="24"/>
          <w:szCs w:val="24"/>
        </w:rPr>
        <w:br/>
        <w:t>p. 20</w:t>
      </w:r>
      <w:r w:rsidRPr="009658F0">
        <w:rPr>
          <w:rFonts w:ascii="Times New Roman" w:hAnsi="Times New Roman" w:cs="Times New Roman"/>
          <w:sz w:val="24"/>
          <w:szCs w:val="24"/>
        </w:rPr>
        <w:br/>
        <w:t xml:space="preserve">say </w:t>
      </w:r>
      <w:r w:rsidR="00E61570" w:rsidRPr="009658F0">
        <w:rPr>
          <w:rFonts w:ascii="Times New Roman" w:hAnsi="Times New Roman" w:cs="Times New Roman"/>
          <w:sz w:val="24"/>
          <w:szCs w:val="24"/>
        </w:rPr>
        <w:t>“</w:t>
      </w:r>
      <w:r w:rsidRPr="009658F0">
        <w:rPr>
          <w:rFonts w:ascii="Times New Roman" w:hAnsi="Times New Roman" w:cs="Times New Roman"/>
          <w:sz w:val="24"/>
          <w:szCs w:val="24"/>
        </w:rPr>
        <w:t>Come, let us go out and meet the Sabbath Queen,</w:t>
      </w:r>
      <w:r w:rsidR="00E61570" w:rsidRPr="009658F0">
        <w:rPr>
          <w:rFonts w:ascii="Times New Roman" w:hAnsi="Times New Roman" w:cs="Times New Roman"/>
          <w:sz w:val="24"/>
          <w:szCs w:val="24"/>
        </w:rPr>
        <w:t>”</w:t>
      </w:r>
      <w:r w:rsidRPr="009658F0">
        <w:rPr>
          <w:rFonts w:ascii="Times New Roman" w:hAnsi="Times New Roman" w:cs="Times New Roman"/>
          <w:sz w:val="24"/>
          <w:szCs w:val="24"/>
        </w:rPr>
        <w:t xml:space="preserve"> or </w:t>
      </w:r>
      <w:r w:rsidR="00E61570" w:rsidRPr="009658F0">
        <w:rPr>
          <w:rFonts w:ascii="Times New Roman" w:hAnsi="Times New Roman" w:cs="Times New Roman"/>
          <w:sz w:val="24"/>
          <w:szCs w:val="24"/>
        </w:rPr>
        <w:t>“</w:t>
      </w:r>
      <w:r w:rsidRPr="009658F0">
        <w:rPr>
          <w:rFonts w:ascii="Times New Roman" w:hAnsi="Times New Roman" w:cs="Times New Roman"/>
          <w:sz w:val="24"/>
          <w:szCs w:val="24"/>
        </w:rPr>
        <w:t>Come, bride; come, bride!</w:t>
      </w:r>
      <w:r w:rsidR="00E61570" w:rsidRPr="009658F0">
        <w:rPr>
          <w:rFonts w:ascii="Times New Roman" w:hAnsi="Times New Roman" w:cs="Times New Roman"/>
          <w:sz w:val="24"/>
          <w:szCs w:val="24"/>
        </w:rPr>
        <w:t>”</w:t>
      </w:r>
      <w:r w:rsidRPr="009658F0">
        <w:rPr>
          <w:rFonts w:ascii="Times New Roman" w:hAnsi="Times New Roman" w:cs="Times New Roman"/>
          <w:sz w:val="24"/>
          <w:szCs w:val="24"/>
        </w:rPr>
        <w:t xml:space="preserve"> The Safed kabbalists took this personification of the Sabbath as bride and queen literally. They wd go</w:t>
      </w:r>
      <w:r w:rsidR="00354C3E" w:rsidRPr="009658F0">
        <w:rPr>
          <w:rFonts w:ascii="Times New Roman" w:hAnsi="Times New Roman" w:cs="Times New Roman"/>
          <w:sz w:val="24"/>
          <w:szCs w:val="24"/>
        </w:rPr>
        <w:t>,</w:t>
      </w:r>
      <w:r w:rsidRPr="009658F0">
        <w:rPr>
          <w:rFonts w:ascii="Times New Roman" w:hAnsi="Times New Roman" w:cs="Times New Roman"/>
          <w:sz w:val="24"/>
          <w:szCs w:val="24"/>
        </w:rPr>
        <w:t xml:space="preserve"> late Friday afternoon</w:t>
      </w:r>
      <w:r w:rsidR="00354C3E" w:rsidRPr="009658F0">
        <w:rPr>
          <w:rFonts w:ascii="Times New Roman" w:hAnsi="Times New Roman" w:cs="Times New Roman"/>
          <w:sz w:val="24"/>
          <w:szCs w:val="24"/>
        </w:rPr>
        <w:t>,</w:t>
      </w:r>
      <w:r w:rsidRPr="009658F0">
        <w:rPr>
          <w:rFonts w:ascii="Times New Roman" w:hAnsi="Times New Roman" w:cs="Times New Roman"/>
          <w:sz w:val="24"/>
          <w:szCs w:val="24"/>
        </w:rPr>
        <w:t xml:space="preserve"> in a procession outside the town to greet the queen and bride Sabbath</w:t>
      </w:r>
      <w:r w:rsidR="00354C3E" w:rsidRPr="009658F0">
        <w:rPr>
          <w:rFonts w:ascii="Times New Roman" w:hAnsi="Times New Roman" w:cs="Times New Roman"/>
          <w:sz w:val="24"/>
          <w:szCs w:val="24"/>
        </w:rPr>
        <w:t>; t</w:t>
      </w:r>
      <w:r w:rsidRPr="009658F0">
        <w:rPr>
          <w:rFonts w:ascii="Times New Roman" w:hAnsi="Times New Roman" w:cs="Times New Roman"/>
          <w:sz w:val="24"/>
          <w:szCs w:val="24"/>
        </w:rPr>
        <w:t xml:space="preserve">hey sang certain </w:t>
      </w:r>
      <w:proofErr w:type="gramStart"/>
      <w:r w:rsidRPr="009658F0">
        <w:rPr>
          <w:rFonts w:ascii="Times New Roman" w:hAnsi="Times New Roman" w:cs="Times New Roman"/>
          <w:sz w:val="24"/>
          <w:szCs w:val="24"/>
        </w:rPr>
        <w:t>psalms</w:t>
      </w:r>
      <w:proofErr w:type="gramEnd"/>
      <w:r w:rsidRPr="009658F0">
        <w:rPr>
          <w:rFonts w:ascii="Times New Roman" w:hAnsi="Times New Roman" w:cs="Times New Roman"/>
          <w:sz w:val="24"/>
          <w:szCs w:val="24"/>
        </w:rPr>
        <w:t xml:space="preserve"> and they would end with, </w:t>
      </w:r>
      <w:r w:rsidR="00E61570" w:rsidRPr="009658F0">
        <w:rPr>
          <w:rFonts w:ascii="Times New Roman" w:hAnsi="Times New Roman" w:cs="Times New Roman"/>
          <w:sz w:val="24"/>
          <w:szCs w:val="24"/>
        </w:rPr>
        <w:t>“</w:t>
      </w:r>
      <w:r w:rsidRPr="009658F0">
        <w:rPr>
          <w:rFonts w:ascii="Times New Roman" w:hAnsi="Times New Roman" w:cs="Times New Roman"/>
          <w:sz w:val="24"/>
          <w:szCs w:val="24"/>
        </w:rPr>
        <w:t>Come, bride; come, bride!</w:t>
      </w:r>
      <w:r w:rsidR="00E61570" w:rsidRPr="009658F0">
        <w:rPr>
          <w:rFonts w:ascii="Times New Roman" w:hAnsi="Times New Roman" w:cs="Times New Roman"/>
          <w:sz w:val="24"/>
          <w:szCs w:val="24"/>
        </w:rPr>
        <w:t>”</w:t>
      </w:r>
      <w:r w:rsidRPr="009658F0">
        <w:rPr>
          <w:rFonts w:ascii="Times New Roman" w:hAnsi="Times New Roman" w:cs="Times New Roman"/>
          <w:sz w:val="24"/>
          <w:szCs w:val="24"/>
        </w:rPr>
        <w:br/>
      </w:r>
      <w:r w:rsidRPr="009658F0">
        <w:rPr>
          <w:rFonts w:ascii="Times New Roman" w:hAnsi="Times New Roman" w:cs="Times New Roman"/>
          <w:sz w:val="24"/>
          <w:szCs w:val="24"/>
        </w:rPr>
        <w:br/>
        <w:t xml:space="preserve">One of their songs, </w:t>
      </w:r>
      <w:r w:rsidR="00BF2EFB" w:rsidRPr="009658F0">
        <w:rPr>
          <w:rFonts w:ascii="Times New Roman" w:hAnsi="Times New Roman" w:cs="Times New Roman"/>
          <w:sz w:val="24"/>
          <w:szCs w:val="24"/>
        </w:rPr>
        <w:t>“</w:t>
      </w:r>
      <w:proofErr w:type="spellStart"/>
      <w:r w:rsidRPr="009658F0">
        <w:rPr>
          <w:rFonts w:ascii="Times New Roman" w:hAnsi="Times New Roman" w:cs="Times New Roman"/>
          <w:sz w:val="24"/>
          <w:szCs w:val="24"/>
        </w:rPr>
        <w:t>L'choh</w:t>
      </w:r>
      <w:proofErr w:type="spellEnd"/>
      <w:r w:rsidRPr="009658F0">
        <w:rPr>
          <w:rFonts w:ascii="Times New Roman" w:hAnsi="Times New Roman" w:cs="Times New Roman"/>
          <w:sz w:val="24"/>
          <w:szCs w:val="24"/>
        </w:rPr>
        <w:t xml:space="preserve"> Dodi</w:t>
      </w:r>
      <w:r w:rsidR="00BF2EFB" w:rsidRPr="009658F0">
        <w:rPr>
          <w:rFonts w:ascii="Times New Roman" w:hAnsi="Times New Roman" w:cs="Times New Roman"/>
          <w:sz w:val="24"/>
          <w:szCs w:val="24"/>
        </w:rPr>
        <w:t>”</w:t>
      </w:r>
      <w:r w:rsidRPr="009658F0">
        <w:rPr>
          <w:rFonts w:ascii="Times New Roman" w:hAnsi="Times New Roman" w:cs="Times New Roman"/>
          <w:sz w:val="24"/>
          <w:szCs w:val="24"/>
        </w:rPr>
        <w:t xml:space="preserve"> (</w:t>
      </w:r>
      <w:r w:rsidR="00BF2EFB" w:rsidRPr="009658F0">
        <w:rPr>
          <w:rFonts w:ascii="Times New Roman" w:hAnsi="Times New Roman" w:cs="Times New Roman"/>
          <w:sz w:val="24"/>
          <w:szCs w:val="24"/>
        </w:rPr>
        <w:t>“</w:t>
      </w:r>
      <w:r w:rsidRPr="009658F0">
        <w:rPr>
          <w:rFonts w:ascii="Times New Roman" w:hAnsi="Times New Roman" w:cs="Times New Roman"/>
          <w:sz w:val="24"/>
          <w:szCs w:val="24"/>
        </w:rPr>
        <w:t xml:space="preserve">Come my friend </w:t>
      </w:r>
      <w:r w:rsidR="00BF2EFB" w:rsidRPr="009658F0">
        <w:rPr>
          <w:rFonts w:ascii="Times New Roman" w:hAnsi="Times New Roman" w:cs="Times New Roman"/>
          <w:sz w:val="24"/>
          <w:szCs w:val="24"/>
        </w:rPr>
        <w:t>(</w:t>
      </w:r>
      <w:r w:rsidRPr="009658F0">
        <w:rPr>
          <w:rFonts w:ascii="Times New Roman" w:hAnsi="Times New Roman" w:cs="Times New Roman"/>
          <w:sz w:val="24"/>
          <w:szCs w:val="24"/>
        </w:rPr>
        <w:t>to meet the bride</w:t>
      </w:r>
      <w:r w:rsidR="00BF2EFB" w:rsidRPr="009658F0">
        <w:rPr>
          <w:rFonts w:ascii="Times New Roman" w:hAnsi="Times New Roman" w:cs="Times New Roman"/>
          <w:sz w:val="24"/>
          <w:szCs w:val="24"/>
        </w:rPr>
        <w:t>)”</w:t>
      </w:r>
      <w:r w:rsidRPr="009658F0">
        <w:rPr>
          <w:rFonts w:ascii="Times New Roman" w:hAnsi="Times New Roman" w:cs="Times New Roman"/>
          <w:sz w:val="24"/>
          <w:szCs w:val="24"/>
        </w:rPr>
        <w:t xml:space="preserve">) composed by Solomon </w:t>
      </w:r>
      <w:commentRangeStart w:id="2"/>
      <w:proofErr w:type="spellStart"/>
      <w:r w:rsidRPr="009658F0">
        <w:rPr>
          <w:rFonts w:ascii="Times New Roman" w:hAnsi="Times New Roman" w:cs="Times New Roman"/>
          <w:sz w:val="24"/>
          <w:szCs w:val="24"/>
        </w:rPr>
        <w:t>Alkabetz</w:t>
      </w:r>
      <w:proofErr w:type="spellEnd"/>
      <w:r w:rsidRPr="009658F0">
        <w:rPr>
          <w:rFonts w:ascii="Times New Roman" w:hAnsi="Times New Roman" w:cs="Times New Roman"/>
          <w:sz w:val="24"/>
          <w:szCs w:val="24"/>
        </w:rPr>
        <w:t xml:space="preserve"> </w:t>
      </w:r>
      <w:commentRangeEnd w:id="2"/>
      <w:r w:rsidR="00C07F9A" w:rsidRPr="009658F0">
        <w:rPr>
          <w:rStyle w:val="CommentReference"/>
          <w:rFonts w:ascii="Times New Roman" w:hAnsi="Times New Roman" w:cs="Times New Roman"/>
        </w:rPr>
        <w:commentReference w:id="2"/>
      </w:r>
      <w:r w:rsidRPr="009658F0">
        <w:rPr>
          <w:rFonts w:ascii="Times New Roman" w:hAnsi="Times New Roman" w:cs="Times New Roman"/>
          <w:sz w:val="24"/>
          <w:szCs w:val="24"/>
        </w:rPr>
        <w:t xml:space="preserve">of Safed, became famous because it had the approval of Rabbi Isaac Luria. The </w:t>
      </w:r>
      <w:proofErr w:type="spellStart"/>
      <w:r w:rsidRPr="009658F0">
        <w:rPr>
          <w:rFonts w:ascii="Times New Roman" w:hAnsi="Times New Roman" w:cs="Times New Roman"/>
          <w:sz w:val="24"/>
          <w:szCs w:val="24"/>
        </w:rPr>
        <w:t>Kabbalas</w:t>
      </w:r>
      <w:proofErr w:type="spellEnd"/>
      <w:r w:rsidRPr="009658F0">
        <w:rPr>
          <w:rFonts w:ascii="Times New Roman" w:hAnsi="Times New Roman" w:cs="Times New Roman"/>
          <w:sz w:val="24"/>
          <w:szCs w:val="24"/>
        </w:rPr>
        <w:t xml:space="preserve"> Shabbos was introduced in all Jewish communities. As a remembrance of the procession of the </w:t>
      </w:r>
      <w:r w:rsidR="00354C3E" w:rsidRPr="009658F0">
        <w:rPr>
          <w:rFonts w:ascii="Times New Roman" w:hAnsi="Times New Roman" w:cs="Times New Roman"/>
          <w:sz w:val="24"/>
          <w:szCs w:val="24"/>
        </w:rPr>
        <w:t>K</w:t>
      </w:r>
      <w:r w:rsidRPr="009658F0">
        <w:rPr>
          <w:rFonts w:ascii="Times New Roman" w:hAnsi="Times New Roman" w:cs="Times New Roman"/>
          <w:sz w:val="24"/>
          <w:szCs w:val="24"/>
        </w:rPr>
        <w:t xml:space="preserve">abbalists of Safed, it became the custom </w:t>
      </w:r>
      <w:r w:rsidR="00354C3E" w:rsidRPr="009658F0">
        <w:rPr>
          <w:rFonts w:ascii="Times New Roman" w:hAnsi="Times New Roman" w:cs="Times New Roman"/>
          <w:sz w:val="24"/>
          <w:szCs w:val="24"/>
        </w:rPr>
        <w:t xml:space="preserve">for </w:t>
      </w:r>
      <w:r w:rsidRPr="009658F0">
        <w:rPr>
          <w:rFonts w:ascii="Times New Roman" w:hAnsi="Times New Roman" w:cs="Times New Roman"/>
          <w:sz w:val="24"/>
          <w:szCs w:val="24"/>
        </w:rPr>
        <w:t>the cantor and congregation to turn about at the last stanza of the song and face the door of the synagogue</w:t>
      </w:r>
      <w:r w:rsidR="00D86A4A" w:rsidRPr="009658F0">
        <w:rPr>
          <w:rFonts w:ascii="Times New Roman" w:hAnsi="Times New Roman" w:cs="Times New Roman"/>
          <w:sz w:val="24"/>
          <w:szCs w:val="24"/>
        </w:rPr>
        <w:t>,</w:t>
      </w:r>
      <w:r w:rsidRPr="009658F0">
        <w:rPr>
          <w:rFonts w:ascii="Times New Roman" w:hAnsi="Times New Roman" w:cs="Times New Roman"/>
          <w:sz w:val="24"/>
          <w:szCs w:val="24"/>
        </w:rPr>
        <w:t xml:space="preserve"> as if they expected the royal bride, the Princess Sabbath, to come in to her beloved groom, Israel.</w:t>
      </w:r>
    </w:p>
    <w:p w14:paraId="4EE44D73" w14:textId="77777777" w:rsidR="00ED2735" w:rsidRPr="009658F0" w:rsidRDefault="00ED2735" w:rsidP="006C1960">
      <w:pPr>
        <w:spacing w:after="120" w:line="360" w:lineRule="auto"/>
        <w:rPr>
          <w:rFonts w:ascii="Times New Roman" w:hAnsi="Times New Roman" w:cs="Times New Roman"/>
          <w:sz w:val="24"/>
          <w:szCs w:val="24"/>
        </w:rPr>
      </w:pPr>
    </w:p>
    <w:p w14:paraId="5EAB2529" w14:textId="77777777" w:rsidR="00ED2735" w:rsidRPr="009658F0" w:rsidRDefault="00ED2735" w:rsidP="006C1960">
      <w:pPr>
        <w:spacing w:after="120" w:line="360" w:lineRule="auto"/>
        <w:rPr>
          <w:rFonts w:ascii="Times New Roman" w:hAnsi="Times New Roman" w:cs="Times New Roman"/>
          <w:sz w:val="24"/>
          <w:szCs w:val="24"/>
        </w:rPr>
      </w:pPr>
    </w:p>
    <w:p w14:paraId="5E7C5A20" w14:textId="77777777" w:rsidR="00A533E0" w:rsidRPr="009658F0" w:rsidRDefault="00A533E0" w:rsidP="006C1960">
      <w:pPr>
        <w:spacing w:line="360" w:lineRule="auto"/>
        <w:rPr>
          <w:rFonts w:ascii="Times New Roman" w:hAnsi="Times New Roman" w:cs="Times New Roman"/>
          <w:sz w:val="24"/>
          <w:szCs w:val="24"/>
          <w:highlight w:val="yellow"/>
        </w:rPr>
      </w:pPr>
      <w:r w:rsidRPr="009658F0">
        <w:rPr>
          <w:rFonts w:ascii="Times New Roman" w:hAnsi="Times New Roman" w:cs="Times New Roman"/>
          <w:sz w:val="24"/>
          <w:szCs w:val="24"/>
          <w:highlight w:val="yellow"/>
        </w:rPr>
        <w:br w:type="page"/>
      </w:r>
    </w:p>
    <w:p w14:paraId="0F108ABF" w14:textId="68C5FA24" w:rsidR="00B6638C" w:rsidRPr="009658F0" w:rsidRDefault="00ED2735"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lastRenderedPageBreak/>
        <w:t>VICTOR PAGE 8</w:t>
      </w:r>
      <w:r w:rsidRPr="009658F0">
        <w:rPr>
          <w:rFonts w:ascii="Times New Roman" w:hAnsi="Times New Roman" w:cs="Times New Roman"/>
          <w:sz w:val="24"/>
          <w:szCs w:val="24"/>
        </w:rPr>
        <w:br/>
        <w:t xml:space="preserve">p.21. </w:t>
      </w:r>
      <w:proofErr w:type="spellStart"/>
      <w:r w:rsidRPr="009658F0">
        <w:rPr>
          <w:rFonts w:ascii="Times New Roman" w:hAnsi="Times New Roman" w:cs="Times New Roman"/>
          <w:sz w:val="24"/>
          <w:szCs w:val="24"/>
        </w:rPr>
        <w:t>Challoh</w:t>
      </w:r>
      <w:proofErr w:type="spellEnd"/>
      <w:r w:rsidRPr="009658F0">
        <w:rPr>
          <w:rFonts w:ascii="Times New Roman" w:hAnsi="Times New Roman" w:cs="Times New Roman"/>
          <w:sz w:val="24"/>
          <w:szCs w:val="24"/>
        </w:rPr>
        <w:t xml:space="preserve"> (pl. </w:t>
      </w:r>
      <w:proofErr w:type="spellStart"/>
      <w:r w:rsidRPr="009658F0">
        <w:rPr>
          <w:rFonts w:ascii="Times New Roman" w:hAnsi="Times New Roman" w:cs="Times New Roman"/>
          <w:sz w:val="24"/>
          <w:szCs w:val="24"/>
        </w:rPr>
        <w:t>Challos</w:t>
      </w:r>
      <w:proofErr w:type="spellEnd"/>
      <w:r w:rsidRPr="009658F0">
        <w:rPr>
          <w:rFonts w:ascii="Times New Roman" w:hAnsi="Times New Roman" w:cs="Times New Roman"/>
          <w:sz w:val="24"/>
          <w:szCs w:val="24"/>
        </w:rPr>
        <w:t xml:space="preserve">) meant originally, a piece of dough taken off the plain or braided kneaded dough for the Sabbath bread. The housewife then recited a benediction over it and threw it into the burning stove, as a remembrance of the precept of setting apart the first of the dough as a gift to the priest. While the dough burns she recites a </w:t>
      </w:r>
      <w:proofErr w:type="spellStart"/>
      <w:r w:rsidR="00155345" w:rsidRPr="009658F0">
        <w:rPr>
          <w:rFonts w:ascii="Times New Roman" w:hAnsi="Times New Roman" w:cs="Times New Roman"/>
          <w:sz w:val="24"/>
          <w:szCs w:val="24"/>
          <w:u w:val="single"/>
        </w:rPr>
        <w:t>t’chinoh</w:t>
      </w:r>
      <w:proofErr w:type="spellEnd"/>
      <w:r w:rsidRPr="009658F0">
        <w:rPr>
          <w:rFonts w:ascii="Times New Roman" w:hAnsi="Times New Roman" w:cs="Times New Roman"/>
          <w:sz w:val="24"/>
          <w:szCs w:val="24"/>
        </w:rPr>
        <w:t xml:space="preserve">, </w:t>
      </w:r>
      <w:r w:rsidR="00155345" w:rsidRPr="009658F0">
        <w:rPr>
          <w:rFonts w:ascii="Times New Roman" w:hAnsi="Times New Roman" w:cs="Times New Roman"/>
          <w:sz w:val="24"/>
          <w:szCs w:val="24"/>
        </w:rPr>
        <w:t xml:space="preserve">a </w:t>
      </w:r>
      <w:r w:rsidRPr="009658F0">
        <w:rPr>
          <w:rFonts w:ascii="Times New Roman" w:hAnsi="Times New Roman" w:cs="Times New Roman"/>
          <w:sz w:val="24"/>
          <w:szCs w:val="24"/>
        </w:rPr>
        <w:t>meditative prayer in which she prays to God that He accept the piece of dough as a service on the altar, that He give her the means to feed her beloved children</w:t>
      </w:r>
      <w:r w:rsidR="00155345" w:rsidRPr="009658F0">
        <w:rPr>
          <w:rFonts w:ascii="Times New Roman" w:hAnsi="Times New Roman" w:cs="Times New Roman"/>
          <w:sz w:val="24"/>
          <w:szCs w:val="24"/>
        </w:rPr>
        <w:t>;</w:t>
      </w:r>
      <w:r w:rsidRPr="009658F0">
        <w:rPr>
          <w:rFonts w:ascii="Times New Roman" w:hAnsi="Times New Roman" w:cs="Times New Roman"/>
          <w:sz w:val="24"/>
          <w:szCs w:val="24"/>
        </w:rPr>
        <w:t xml:space="preserve"> and that in His great mercy, He protects her from worry and hardship. Since the destruction of the second Temple the piece of dough is thrown into the fire.</w:t>
      </w:r>
      <w:r w:rsidRPr="009658F0">
        <w:rPr>
          <w:rFonts w:ascii="Times New Roman" w:hAnsi="Times New Roman" w:cs="Times New Roman"/>
          <w:sz w:val="24"/>
          <w:szCs w:val="24"/>
        </w:rPr>
        <w:br/>
      </w:r>
    </w:p>
    <w:p w14:paraId="2C30A2E8" w14:textId="77777777" w:rsidR="00217562" w:rsidRPr="009658F0" w:rsidRDefault="00217562" w:rsidP="006C1960">
      <w:pPr>
        <w:spacing w:after="120" w:line="360" w:lineRule="auto"/>
        <w:rPr>
          <w:rFonts w:ascii="Times New Roman" w:hAnsi="Times New Roman" w:cs="Times New Roman"/>
          <w:sz w:val="24"/>
          <w:szCs w:val="24"/>
        </w:rPr>
      </w:pPr>
    </w:p>
    <w:p w14:paraId="00A17CB8" w14:textId="77777777" w:rsidR="00217562" w:rsidRPr="009658F0" w:rsidRDefault="00217562" w:rsidP="006C1960">
      <w:pPr>
        <w:spacing w:after="120" w:line="360" w:lineRule="auto"/>
        <w:rPr>
          <w:rFonts w:ascii="Times New Roman" w:hAnsi="Times New Roman" w:cs="Times New Roman"/>
          <w:sz w:val="24"/>
          <w:szCs w:val="24"/>
        </w:rPr>
      </w:pPr>
    </w:p>
    <w:p w14:paraId="2E8BE46E" w14:textId="57F735FA" w:rsidR="00A533E0" w:rsidRPr="009658F0" w:rsidRDefault="00A533E0"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br w:type="page"/>
      </w:r>
    </w:p>
    <w:p w14:paraId="41DE903C" w14:textId="77777777" w:rsidR="00217562" w:rsidRPr="009658F0" w:rsidRDefault="00217562" w:rsidP="006C1960">
      <w:pPr>
        <w:spacing w:after="120" w:line="360" w:lineRule="auto"/>
        <w:rPr>
          <w:rFonts w:ascii="Times New Roman" w:hAnsi="Times New Roman" w:cs="Times New Roman"/>
          <w:sz w:val="24"/>
          <w:szCs w:val="24"/>
        </w:rPr>
      </w:pPr>
    </w:p>
    <w:p w14:paraId="6EA690EA" w14:textId="77777777" w:rsidR="00B6638C" w:rsidRPr="009658F0" w:rsidRDefault="00B6638C"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t>VICTOR PAGE 9</w:t>
      </w:r>
      <w:r w:rsidRPr="009658F0">
        <w:rPr>
          <w:rFonts w:ascii="Times New Roman" w:hAnsi="Times New Roman" w:cs="Times New Roman"/>
          <w:sz w:val="24"/>
          <w:szCs w:val="24"/>
        </w:rPr>
        <w:t xml:space="preserve"> </w:t>
      </w:r>
    </w:p>
    <w:p w14:paraId="541BB83C" w14:textId="09D68D9C" w:rsidR="00A533E0" w:rsidRPr="009658F0" w:rsidRDefault="00B6638C" w:rsidP="006C1960">
      <w:pPr>
        <w:spacing w:after="120" w:line="360" w:lineRule="auto"/>
        <w:ind w:firstLine="851"/>
        <w:rPr>
          <w:rFonts w:ascii="Times New Roman" w:hAnsi="Times New Roman" w:cs="Times New Roman"/>
          <w:sz w:val="24"/>
          <w:szCs w:val="24"/>
        </w:rPr>
      </w:pPr>
      <w:r w:rsidRPr="009658F0">
        <w:rPr>
          <w:rFonts w:ascii="Times New Roman" w:hAnsi="Times New Roman" w:cs="Times New Roman"/>
          <w:sz w:val="24"/>
          <w:szCs w:val="24"/>
        </w:rPr>
        <w:br/>
      </w:r>
      <w:r w:rsidR="00A533E0" w:rsidRPr="009658F0">
        <w:rPr>
          <w:rFonts w:ascii="Times New Roman" w:hAnsi="Times New Roman" w:cs="Times New Roman"/>
          <w:sz w:val="24"/>
          <w:szCs w:val="24"/>
        </w:rPr>
        <w:t xml:space="preserve">Glossary of </w:t>
      </w:r>
      <w:proofErr w:type="spellStart"/>
      <w:r w:rsidR="00A533E0" w:rsidRPr="009658F0">
        <w:rPr>
          <w:rFonts w:ascii="Times New Roman" w:hAnsi="Times New Roman" w:cs="Times New Roman"/>
          <w:sz w:val="24"/>
          <w:szCs w:val="24"/>
        </w:rPr>
        <w:t>Kabbalic</w:t>
      </w:r>
      <w:proofErr w:type="spellEnd"/>
      <w:r w:rsidR="00A533E0" w:rsidRPr="009658F0">
        <w:rPr>
          <w:rFonts w:ascii="Times New Roman" w:hAnsi="Times New Roman" w:cs="Times New Roman"/>
          <w:sz w:val="24"/>
          <w:szCs w:val="24"/>
        </w:rPr>
        <w:t xml:space="preserve"> Terms</w:t>
      </w:r>
    </w:p>
    <w:p w14:paraId="1D687790" w14:textId="7FD119A6" w:rsidR="00A533E0" w:rsidRPr="009658F0" w:rsidRDefault="00A533E0"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Adam </w:t>
      </w:r>
      <w:proofErr w:type="spellStart"/>
      <w:r w:rsidRPr="009658F0">
        <w:rPr>
          <w:rFonts w:ascii="Times New Roman" w:hAnsi="Times New Roman" w:cs="Times New Roman"/>
          <w:sz w:val="24"/>
          <w:szCs w:val="24"/>
        </w:rPr>
        <w:t>Kadmon</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t>metaphorical “body of God”</w:t>
      </w:r>
    </w:p>
    <w:p w14:paraId="4BBF98BE" w14:textId="639E0454" w:rsidR="00A533E0" w:rsidRPr="009658F0" w:rsidRDefault="00A533E0"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Aravot</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r>
      <w:r w:rsidRPr="009658F0">
        <w:rPr>
          <w:rFonts w:ascii="Times New Roman" w:hAnsi="Times New Roman" w:cs="Times New Roman"/>
          <w:sz w:val="24"/>
          <w:szCs w:val="24"/>
        </w:rPr>
        <w:tab/>
        <w:t>a sacred place inhabited by the departed souls of saints and sages</w:t>
      </w:r>
    </w:p>
    <w:p w14:paraId="10538B2A" w14:textId="68A1BC70" w:rsidR="00A533E0" w:rsidRPr="009658F0" w:rsidRDefault="00A533E0"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Bahir</w:t>
      </w:r>
      <w:r w:rsidRPr="009658F0">
        <w:rPr>
          <w:rFonts w:ascii="Times New Roman" w:hAnsi="Times New Roman" w:cs="Times New Roman"/>
          <w:sz w:val="24"/>
          <w:szCs w:val="24"/>
        </w:rPr>
        <w:tab/>
      </w:r>
      <w:r w:rsidRPr="009658F0">
        <w:rPr>
          <w:rFonts w:ascii="Times New Roman" w:hAnsi="Times New Roman" w:cs="Times New Roman"/>
          <w:sz w:val="24"/>
          <w:szCs w:val="24"/>
        </w:rPr>
        <w:tab/>
      </w:r>
      <w:r w:rsidRPr="009658F0">
        <w:rPr>
          <w:rFonts w:ascii="Times New Roman" w:hAnsi="Times New Roman" w:cs="Times New Roman"/>
          <w:sz w:val="24"/>
          <w:szCs w:val="24"/>
        </w:rPr>
        <w:tab/>
      </w:r>
      <w:r w:rsidR="00D463B3">
        <w:rPr>
          <w:rFonts w:ascii="Times New Roman" w:hAnsi="Times New Roman" w:cs="Times New Roman"/>
          <w:sz w:val="24"/>
          <w:szCs w:val="24"/>
        </w:rPr>
        <w:t>“</w:t>
      </w:r>
      <w:r w:rsidRPr="009658F0">
        <w:rPr>
          <w:rFonts w:ascii="Times New Roman" w:hAnsi="Times New Roman" w:cs="Times New Roman"/>
          <w:sz w:val="24"/>
          <w:szCs w:val="24"/>
        </w:rPr>
        <w:t>Book of Light</w:t>
      </w:r>
      <w:r w:rsidR="00D463B3">
        <w:rPr>
          <w:rFonts w:ascii="Times New Roman" w:hAnsi="Times New Roman" w:cs="Times New Roman"/>
          <w:sz w:val="24"/>
          <w:szCs w:val="24"/>
        </w:rPr>
        <w:t>”</w:t>
      </w:r>
      <w:r w:rsidRPr="009658F0">
        <w:rPr>
          <w:rFonts w:ascii="Times New Roman" w:hAnsi="Times New Roman" w:cs="Times New Roman"/>
          <w:sz w:val="24"/>
          <w:szCs w:val="24"/>
        </w:rPr>
        <w:t xml:space="preserve"> eleventh-century French mystic</w:t>
      </w:r>
      <w:r w:rsidR="00D463B3">
        <w:rPr>
          <w:rFonts w:ascii="Times New Roman" w:hAnsi="Times New Roman" w:cs="Times New Roman"/>
          <w:sz w:val="24"/>
          <w:szCs w:val="24"/>
        </w:rPr>
        <w:t>’</w:t>
      </w:r>
      <w:r w:rsidRPr="009658F0">
        <w:rPr>
          <w:rFonts w:ascii="Times New Roman" w:hAnsi="Times New Roman" w:cs="Times New Roman"/>
          <w:sz w:val="24"/>
          <w:szCs w:val="24"/>
        </w:rPr>
        <w:t>s handbook</w:t>
      </w:r>
    </w:p>
    <w:p w14:paraId="700E9170" w14:textId="16D8FF74" w:rsidR="00A533E0" w:rsidRPr="009658F0" w:rsidRDefault="00A533E0"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Binah </w:t>
      </w:r>
      <w:r w:rsidRPr="009658F0">
        <w:rPr>
          <w:rFonts w:ascii="Times New Roman" w:hAnsi="Times New Roman" w:cs="Times New Roman"/>
          <w:sz w:val="24"/>
          <w:szCs w:val="24"/>
        </w:rPr>
        <w:tab/>
      </w:r>
      <w:r w:rsidR="00760AAE" w:rsidRPr="009658F0">
        <w:rPr>
          <w:rFonts w:ascii="Times New Roman" w:hAnsi="Times New Roman" w:cs="Times New Roman"/>
          <w:sz w:val="24"/>
          <w:szCs w:val="24"/>
        </w:rPr>
        <w:tab/>
      </w:r>
      <w:r w:rsidR="00760AAE" w:rsidRPr="009658F0">
        <w:rPr>
          <w:rFonts w:ascii="Times New Roman" w:hAnsi="Times New Roman" w:cs="Times New Roman"/>
          <w:sz w:val="24"/>
          <w:szCs w:val="24"/>
        </w:rPr>
        <w:tab/>
      </w:r>
      <w:r w:rsidRPr="009658F0">
        <w:rPr>
          <w:rFonts w:ascii="Times New Roman" w:hAnsi="Times New Roman" w:cs="Times New Roman"/>
          <w:sz w:val="24"/>
          <w:szCs w:val="24"/>
        </w:rPr>
        <w:t>the sphere of understanding on the cosmic tree</w:t>
      </w:r>
    </w:p>
    <w:p w14:paraId="79EE64F4" w14:textId="77366D2E" w:rsidR="00A533E0" w:rsidRPr="009658F0" w:rsidRDefault="00A533E0"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Bittul</w:t>
      </w:r>
      <w:proofErr w:type="spellEnd"/>
      <w:r w:rsidRPr="009658F0">
        <w:rPr>
          <w:rFonts w:ascii="Times New Roman" w:hAnsi="Times New Roman" w:cs="Times New Roman"/>
          <w:sz w:val="24"/>
          <w:szCs w:val="24"/>
        </w:rPr>
        <w:t xml:space="preserve"> ha-</w:t>
      </w:r>
      <w:proofErr w:type="spellStart"/>
      <w:r w:rsidRPr="009658F0">
        <w:rPr>
          <w:rFonts w:ascii="Times New Roman" w:hAnsi="Times New Roman" w:cs="Times New Roman"/>
          <w:sz w:val="24"/>
          <w:szCs w:val="24"/>
        </w:rPr>
        <w:t>yesh</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r>
      <w:r w:rsidR="00760AAE" w:rsidRPr="009658F0">
        <w:rPr>
          <w:rFonts w:ascii="Times New Roman" w:hAnsi="Times New Roman" w:cs="Times New Roman"/>
          <w:sz w:val="24"/>
          <w:szCs w:val="24"/>
        </w:rPr>
        <w:tab/>
      </w:r>
      <w:r w:rsidRPr="009658F0">
        <w:rPr>
          <w:rFonts w:ascii="Times New Roman" w:hAnsi="Times New Roman" w:cs="Times New Roman"/>
          <w:sz w:val="24"/>
          <w:szCs w:val="24"/>
        </w:rPr>
        <w:t>annihilation of the desiring self, or ego</w:t>
      </w:r>
    </w:p>
    <w:p w14:paraId="49A3DACD" w14:textId="11F262A0" w:rsidR="00A533E0" w:rsidRPr="009658F0" w:rsidRDefault="00A533E0"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Chaverim </w:t>
      </w:r>
      <w:r w:rsidR="00760AAE" w:rsidRPr="009658F0">
        <w:rPr>
          <w:rFonts w:ascii="Times New Roman" w:hAnsi="Times New Roman" w:cs="Times New Roman"/>
          <w:sz w:val="24"/>
          <w:szCs w:val="24"/>
        </w:rPr>
        <w:tab/>
      </w:r>
      <w:r w:rsidR="00760AAE" w:rsidRPr="009658F0">
        <w:rPr>
          <w:rFonts w:ascii="Times New Roman" w:hAnsi="Times New Roman" w:cs="Times New Roman"/>
          <w:sz w:val="24"/>
          <w:szCs w:val="24"/>
        </w:rPr>
        <w:tab/>
        <w:t>“</w:t>
      </w:r>
      <w:r w:rsidRPr="009658F0">
        <w:rPr>
          <w:rFonts w:ascii="Times New Roman" w:hAnsi="Times New Roman" w:cs="Times New Roman"/>
          <w:sz w:val="24"/>
          <w:szCs w:val="24"/>
        </w:rPr>
        <w:t>Comrades</w:t>
      </w:r>
      <w:r w:rsidR="00760AAE" w:rsidRPr="009658F0">
        <w:rPr>
          <w:rFonts w:ascii="Times New Roman" w:hAnsi="Times New Roman" w:cs="Times New Roman"/>
          <w:sz w:val="24"/>
          <w:szCs w:val="24"/>
        </w:rPr>
        <w:t>”</w:t>
      </w:r>
      <w:r w:rsidRPr="009658F0">
        <w:rPr>
          <w:rFonts w:ascii="Times New Roman" w:hAnsi="Times New Roman" w:cs="Times New Roman"/>
          <w:sz w:val="24"/>
          <w:szCs w:val="24"/>
        </w:rPr>
        <w:t xml:space="preserve"> a group of mystics in C16th Safed</w:t>
      </w:r>
    </w:p>
    <w:p w14:paraId="2E0DD58C" w14:textId="7D8A2FD5" w:rsidR="00A533E0" w:rsidRPr="009658F0" w:rsidRDefault="00A533E0" w:rsidP="006C1960">
      <w:pPr>
        <w:spacing w:after="120" w:line="360" w:lineRule="auto"/>
        <w:ind w:left="2160" w:hanging="2160"/>
        <w:rPr>
          <w:rFonts w:ascii="Times New Roman" w:hAnsi="Times New Roman" w:cs="Times New Roman"/>
          <w:sz w:val="24"/>
          <w:szCs w:val="24"/>
        </w:rPr>
      </w:pPr>
      <w:r w:rsidRPr="009658F0">
        <w:rPr>
          <w:rFonts w:ascii="Times New Roman" w:hAnsi="Times New Roman" w:cs="Times New Roman"/>
          <w:sz w:val="24"/>
          <w:szCs w:val="24"/>
        </w:rPr>
        <w:t xml:space="preserve">Chayot </w:t>
      </w:r>
      <w:r w:rsidRPr="009658F0">
        <w:rPr>
          <w:rFonts w:ascii="Times New Roman" w:hAnsi="Times New Roman" w:cs="Times New Roman"/>
          <w:sz w:val="24"/>
          <w:szCs w:val="24"/>
        </w:rPr>
        <w:tab/>
        <w:t>“lightning flash” vision described by Ezekiel, symbol of a   highly mystical state among Merkabah mystics</w:t>
      </w:r>
    </w:p>
    <w:p w14:paraId="63C624FD" w14:textId="0FBBD0AB" w:rsidR="00A533E0" w:rsidRPr="009658F0" w:rsidRDefault="00A533E0"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Cheslek</w:t>
      </w:r>
      <w:proofErr w:type="spellEnd"/>
      <w:r w:rsidRPr="009658F0">
        <w:rPr>
          <w:rFonts w:ascii="Times New Roman" w:hAnsi="Times New Roman" w:cs="Times New Roman"/>
          <w:sz w:val="24"/>
          <w:szCs w:val="24"/>
        </w:rPr>
        <w:t xml:space="preserve"> </w:t>
      </w:r>
      <w:r w:rsidR="00760AAE" w:rsidRPr="009658F0">
        <w:rPr>
          <w:rFonts w:ascii="Times New Roman" w:hAnsi="Times New Roman" w:cs="Times New Roman"/>
          <w:sz w:val="24"/>
          <w:szCs w:val="24"/>
        </w:rPr>
        <w:tab/>
      </w:r>
      <w:r w:rsidR="00760AAE" w:rsidRPr="009658F0">
        <w:rPr>
          <w:rFonts w:ascii="Times New Roman" w:hAnsi="Times New Roman" w:cs="Times New Roman"/>
          <w:sz w:val="24"/>
          <w:szCs w:val="24"/>
        </w:rPr>
        <w:tab/>
      </w:r>
      <w:r w:rsidRPr="009658F0">
        <w:rPr>
          <w:rFonts w:ascii="Times New Roman" w:hAnsi="Times New Roman" w:cs="Times New Roman"/>
          <w:sz w:val="24"/>
          <w:szCs w:val="24"/>
        </w:rPr>
        <w:t>mystic enthusiasm</w:t>
      </w:r>
    </w:p>
    <w:p w14:paraId="3EEEDD50" w14:textId="77777777" w:rsidR="001E5946" w:rsidRPr="009658F0" w:rsidRDefault="00A533E0"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Daath</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r>
      <w:r w:rsidR="00760AAE" w:rsidRPr="009658F0">
        <w:rPr>
          <w:rFonts w:ascii="Times New Roman" w:hAnsi="Times New Roman" w:cs="Times New Roman"/>
          <w:sz w:val="24"/>
          <w:szCs w:val="24"/>
        </w:rPr>
        <w:tab/>
      </w:r>
      <w:r w:rsidR="00760AAE" w:rsidRPr="009658F0">
        <w:rPr>
          <w:rFonts w:ascii="Times New Roman" w:hAnsi="Times New Roman" w:cs="Times New Roman"/>
          <w:sz w:val="24"/>
          <w:szCs w:val="24"/>
        </w:rPr>
        <w:tab/>
      </w:r>
      <w:r w:rsidRPr="009658F0">
        <w:rPr>
          <w:rFonts w:ascii="Times New Roman" w:hAnsi="Times New Roman" w:cs="Times New Roman"/>
          <w:sz w:val="24"/>
          <w:szCs w:val="24"/>
        </w:rPr>
        <w:t>the secret sphere of knowledge on the cosmic tree</w:t>
      </w:r>
    </w:p>
    <w:p w14:paraId="02509FCE" w14:textId="67F1B663" w:rsidR="00A533E0" w:rsidRPr="009658F0" w:rsidRDefault="00A533E0"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Devekuth</w:t>
      </w:r>
      <w:proofErr w:type="spellEnd"/>
      <w:r w:rsidRPr="009658F0">
        <w:rPr>
          <w:rFonts w:ascii="Times New Roman" w:hAnsi="Times New Roman" w:cs="Times New Roman"/>
          <w:sz w:val="24"/>
          <w:szCs w:val="24"/>
        </w:rPr>
        <w:t xml:space="preserve"> </w:t>
      </w:r>
      <w:r w:rsidR="00760AAE" w:rsidRPr="009658F0">
        <w:rPr>
          <w:rFonts w:ascii="Times New Roman" w:hAnsi="Times New Roman" w:cs="Times New Roman"/>
          <w:sz w:val="24"/>
          <w:szCs w:val="24"/>
        </w:rPr>
        <w:tab/>
      </w:r>
      <w:r w:rsidR="00760AAE" w:rsidRPr="009658F0">
        <w:rPr>
          <w:rFonts w:ascii="Times New Roman" w:hAnsi="Times New Roman" w:cs="Times New Roman"/>
          <w:sz w:val="24"/>
          <w:szCs w:val="24"/>
        </w:rPr>
        <w:tab/>
      </w:r>
      <w:r w:rsidRPr="009658F0">
        <w:rPr>
          <w:rFonts w:ascii="Times New Roman" w:hAnsi="Times New Roman" w:cs="Times New Roman"/>
          <w:sz w:val="24"/>
          <w:szCs w:val="24"/>
        </w:rPr>
        <w:t>the state of cleaving to God</w:t>
      </w:r>
    </w:p>
    <w:p w14:paraId="6A0F42E1" w14:textId="60E3990A" w:rsidR="00A533E0" w:rsidRPr="009658F0" w:rsidRDefault="00A533E0" w:rsidP="006C1960">
      <w:pPr>
        <w:spacing w:after="120" w:line="360" w:lineRule="auto"/>
        <w:ind w:left="2160" w:hanging="2160"/>
        <w:rPr>
          <w:rFonts w:ascii="Times New Roman" w:hAnsi="Times New Roman" w:cs="Times New Roman"/>
          <w:sz w:val="24"/>
          <w:szCs w:val="24"/>
        </w:rPr>
      </w:pPr>
      <w:proofErr w:type="spellStart"/>
      <w:r w:rsidRPr="009658F0">
        <w:rPr>
          <w:rFonts w:ascii="Times New Roman" w:hAnsi="Times New Roman" w:cs="Times New Roman"/>
          <w:sz w:val="24"/>
          <w:szCs w:val="24"/>
        </w:rPr>
        <w:t>Dilluq</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r>
      <w:r w:rsidR="00760AAE" w:rsidRPr="009658F0">
        <w:rPr>
          <w:rFonts w:ascii="Times New Roman" w:hAnsi="Times New Roman" w:cs="Times New Roman"/>
          <w:sz w:val="24"/>
          <w:szCs w:val="24"/>
        </w:rPr>
        <w:t>“</w:t>
      </w:r>
      <w:r w:rsidRPr="009658F0">
        <w:rPr>
          <w:rFonts w:ascii="Times New Roman" w:hAnsi="Times New Roman" w:cs="Times New Roman"/>
          <w:sz w:val="24"/>
          <w:szCs w:val="24"/>
        </w:rPr>
        <w:t>skipping,</w:t>
      </w:r>
      <w:r w:rsidR="00760AAE" w:rsidRPr="009658F0">
        <w:rPr>
          <w:rFonts w:ascii="Times New Roman" w:hAnsi="Times New Roman" w:cs="Times New Roman"/>
          <w:sz w:val="24"/>
          <w:szCs w:val="24"/>
        </w:rPr>
        <w:t>”</w:t>
      </w:r>
      <w:r w:rsidRPr="009658F0">
        <w:rPr>
          <w:rFonts w:ascii="Times New Roman" w:hAnsi="Times New Roman" w:cs="Times New Roman"/>
          <w:sz w:val="24"/>
          <w:szCs w:val="24"/>
        </w:rPr>
        <w:t xml:space="preserve"> a meditative exercise in free association of ideas according to specific code words</w:t>
      </w:r>
    </w:p>
    <w:p w14:paraId="07124664" w14:textId="3A927F01" w:rsidR="00B6638C" w:rsidRPr="009658F0" w:rsidRDefault="00A533E0"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Dodi </w:t>
      </w:r>
      <w:r w:rsidR="00760AAE" w:rsidRPr="009658F0">
        <w:rPr>
          <w:rFonts w:ascii="Times New Roman" w:hAnsi="Times New Roman" w:cs="Times New Roman"/>
          <w:sz w:val="24"/>
          <w:szCs w:val="24"/>
        </w:rPr>
        <w:tab/>
      </w:r>
      <w:r w:rsidR="00760AAE" w:rsidRPr="009658F0">
        <w:rPr>
          <w:rFonts w:ascii="Times New Roman" w:hAnsi="Times New Roman" w:cs="Times New Roman"/>
          <w:sz w:val="24"/>
          <w:szCs w:val="24"/>
        </w:rPr>
        <w:tab/>
      </w:r>
      <w:r w:rsidR="00760AAE" w:rsidRPr="009658F0">
        <w:rPr>
          <w:rFonts w:ascii="Times New Roman" w:hAnsi="Times New Roman" w:cs="Times New Roman"/>
          <w:sz w:val="24"/>
          <w:szCs w:val="24"/>
        </w:rPr>
        <w:tab/>
        <w:t>“</w:t>
      </w:r>
      <w:r w:rsidRPr="009658F0">
        <w:rPr>
          <w:rFonts w:ascii="Times New Roman" w:hAnsi="Times New Roman" w:cs="Times New Roman"/>
          <w:sz w:val="24"/>
          <w:szCs w:val="24"/>
        </w:rPr>
        <w:t>dear friend</w:t>
      </w:r>
      <w:r w:rsidR="00760AAE" w:rsidRPr="009658F0">
        <w:rPr>
          <w:rFonts w:ascii="Times New Roman" w:hAnsi="Times New Roman" w:cs="Times New Roman"/>
          <w:sz w:val="24"/>
          <w:szCs w:val="24"/>
        </w:rPr>
        <w:t>”</w:t>
      </w:r>
      <w:r w:rsidRPr="009658F0">
        <w:rPr>
          <w:rFonts w:ascii="Times New Roman" w:hAnsi="Times New Roman" w:cs="Times New Roman"/>
          <w:sz w:val="24"/>
          <w:szCs w:val="24"/>
        </w:rPr>
        <w:t xml:space="preserve"> the stage at which the mystic is bound</w:t>
      </w:r>
      <w:r w:rsidR="00B6638C" w:rsidRPr="009658F0">
        <w:rPr>
          <w:rFonts w:ascii="Times New Roman" w:hAnsi="Times New Roman" w:cs="Times New Roman"/>
          <w:sz w:val="24"/>
          <w:szCs w:val="24"/>
        </w:rPr>
        <w:br/>
      </w:r>
    </w:p>
    <w:p w14:paraId="48A83912" w14:textId="77777777" w:rsidR="00B6638C" w:rsidRPr="009658F0" w:rsidRDefault="00B6638C" w:rsidP="006C1960">
      <w:pPr>
        <w:spacing w:after="120" w:line="360" w:lineRule="auto"/>
        <w:rPr>
          <w:rFonts w:ascii="Times New Roman" w:hAnsi="Times New Roman" w:cs="Times New Roman"/>
          <w:sz w:val="24"/>
          <w:szCs w:val="24"/>
        </w:rPr>
      </w:pPr>
    </w:p>
    <w:p w14:paraId="01F56BF6" w14:textId="77777777" w:rsidR="00B6638C" w:rsidRPr="009658F0" w:rsidRDefault="00B6638C" w:rsidP="006C1960">
      <w:pPr>
        <w:spacing w:after="120" w:line="360" w:lineRule="auto"/>
        <w:rPr>
          <w:rFonts w:ascii="Times New Roman" w:hAnsi="Times New Roman" w:cs="Times New Roman"/>
          <w:sz w:val="24"/>
          <w:szCs w:val="24"/>
        </w:rPr>
      </w:pPr>
    </w:p>
    <w:p w14:paraId="642D9AF0" w14:textId="77777777" w:rsidR="00B6638C" w:rsidRPr="009658F0" w:rsidRDefault="00B6638C" w:rsidP="006C1960">
      <w:pPr>
        <w:spacing w:after="120" w:line="360" w:lineRule="auto"/>
        <w:rPr>
          <w:rFonts w:ascii="Times New Roman" w:hAnsi="Times New Roman" w:cs="Times New Roman"/>
          <w:sz w:val="24"/>
          <w:szCs w:val="24"/>
        </w:rPr>
      </w:pPr>
    </w:p>
    <w:p w14:paraId="7557FDCE" w14:textId="77777777" w:rsidR="00B6638C" w:rsidRPr="009658F0" w:rsidRDefault="00B6638C" w:rsidP="006C1960">
      <w:pPr>
        <w:spacing w:after="120" w:line="360" w:lineRule="auto"/>
        <w:rPr>
          <w:rFonts w:ascii="Times New Roman" w:hAnsi="Times New Roman" w:cs="Times New Roman"/>
          <w:sz w:val="24"/>
          <w:szCs w:val="24"/>
        </w:rPr>
      </w:pPr>
    </w:p>
    <w:p w14:paraId="55593796" w14:textId="77777777" w:rsidR="00B6638C" w:rsidRPr="009658F0" w:rsidRDefault="00B6638C" w:rsidP="006C1960">
      <w:pPr>
        <w:spacing w:after="120" w:line="360" w:lineRule="auto"/>
        <w:rPr>
          <w:rFonts w:ascii="Times New Roman" w:hAnsi="Times New Roman" w:cs="Times New Roman"/>
          <w:sz w:val="24"/>
          <w:szCs w:val="24"/>
        </w:rPr>
      </w:pPr>
    </w:p>
    <w:p w14:paraId="213EC856" w14:textId="77777777" w:rsidR="00B6638C" w:rsidRPr="009658F0" w:rsidRDefault="00B6638C" w:rsidP="006C1960">
      <w:pPr>
        <w:spacing w:after="120" w:line="360" w:lineRule="auto"/>
        <w:rPr>
          <w:rFonts w:ascii="Times New Roman" w:hAnsi="Times New Roman" w:cs="Times New Roman"/>
          <w:sz w:val="24"/>
          <w:szCs w:val="24"/>
        </w:rPr>
      </w:pPr>
    </w:p>
    <w:p w14:paraId="169FF99E" w14:textId="77777777" w:rsidR="00155345" w:rsidRPr="009658F0" w:rsidRDefault="00155345" w:rsidP="006C1960">
      <w:pPr>
        <w:spacing w:after="120" w:line="360" w:lineRule="auto"/>
        <w:rPr>
          <w:rFonts w:ascii="Times New Roman" w:hAnsi="Times New Roman" w:cs="Times New Roman"/>
          <w:sz w:val="24"/>
          <w:szCs w:val="24"/>
          <w:highlight w:val="yellow"/>
        </w:rPr>
      </w:pPr>
    </w:p>
    <w:p w14:paraId="0098404C" w14:textId="2B95385C" w:rsidR="00B6638C" w:rsidRPr="009658F0" w:rsidRDefault="00B6638C"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t>VICTOR PAGE 10</w:t>
      </w:r>
    </w:p>
    <w:p w14:paraId="1A8094B3" w14:textId="5D5F6387"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Dodi</w:t>
      </w:r>
      <w:r w:rsidRPr="009658F0">
        <w:rPr>
          <w:rFonts w:ascii="Times New Roman" w:hAnsi="Times New Roman" w:cs="Times New Roman"/>
          <w:sz w:val="24"/>
          <w:szCs w:val="24"/>
        </w:rPr>
        <w:tab/>
      </w:r>
      <w:r w:rsidRPr="009658F0">
        <w:rPr>
          <w:rFonts w:ascii="Times New Roman" w:hAnsi="Times New Roman" w:cs="Times New Roman"/>
          <w:sz w:val="24"/>
          <w:szCs w:val="24"/>
        </w:rPr>
        <w:tab/>
        <w:t xml:space="preserve"> </w:t>
      </w:r>
      <w:r w:rsidRPr="009658F0">
        <w:rPr>
          <w:rFonts w:ascii="Times New Roman" w:hAnsi="Times New Roman" w:cs="Times New Roman"/>
          <w:sz w:val="24"/>
          <w:szCs w:val="24"/>
        </w:rPr>
        <w:tab/>
        <w:t>to God by love rather than Awe.</w:t>
      </w:r>
    </w:p>
    <w:p w14:paraId="51D561A8" w14:textId="2A7FA2A8" w:rsidR="00760AAE" w:rsidRPr="009658F0" w:rsidRDefault="00760AAE" w:rsidP="006C1960">
      <w:pPr>
        <w:spacing w:after="120" w:line="360" w:lineRule="auto"/>
        <w:ind w:left="2160" w:hanging="2160"/>
        <w:rPr>
          <w:rFonts w:ascii="Times New Roman" w:hAnsi="Times New Roman" w:cs="Times New Roman"/>
          <w:sz w:val="24"/>
          <w:szCs w:val="24"/>
        </w:rPr>
      </w:pPr>
      <w:r w:rsidRPr="009658F0">
        <w:rPr>
          <w:rFonts w:ascii="Times New Roman" w:hAnsi="Times New Roman" w:cs="Times New Roman"/>
          <w:sz w:val="24"/>
          <w:szCs w:val="24"/>
        </w:rPr>
        <w:t xml:space="preserve">Elohim Hayim </w:t>
      </w:r>
      <w:r w:rsidRPr="009658F0">
        <w:rPr>
          <w:rFonts w:ascii="Times New Roman" w:hAnsi="Times New Roman" w:cs="Times New Roman"/>
          <w:sz w:val="24"/>
          <w:szCs w:val="24"/>
        </w:rPr>
        <w:tab/>
        <w:t>“the living God,” a state of ecstatic consciousness achieved by deep concentration</w:t>
      </w:r>
    </w:p>
    <w:p w14:paraId="02104094" w14:textId="4DD37D87"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En Sof </w:t>
      </w:r>
      <w:r w:rsidRPr="009658F0">
        <w:rPr>
          <w:rFonts w:ascii="Times New Roman" w:hAnsi="Times New Roman" w:cs="Times New Roman"/>
          <w:sz w:val="24"/>
          <w:szCs w:val="24"/>
        </w:rPr>
        <w:tab/>
      </w:r>
      <w:r w:rsidRPr="009658F0">
        <w:rPr>
          <w:rFonts w:ascii="Times New Roman" w:hAnsi="Times New Roman" w:cs="Times New Roman"/>
          <w:sz w:val="24"/>
          <w:szCs w:val="24"/>
        </w:rPr>
        <w:tab/>
        <w:t>the Infinite</w:t>
      </w:r>
    </w:p>
    <w:p w14:paraId="448A1960" w14:textId="4EDE5F43"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Etrog </w:t>
      </w:r>
      <w:r w:rsidRPr="009658F0">
        <w:rPr>
          <w:rFonts w:ascii="Times New Roman" w:hAnsi="Times New Roman" w:cs="Times New Roman"/>
          <w:sz w:val="24"/>
          <w:szCs w:val="24"/>
        </w:rPr>
        <w:tab/>
      </w:r>
      <w:r w:rsidRPr="009658F0">
        <w:rPr>
          <w:rFonts w:ascii="Times New Roman" w:hAnsi="Times New Roman" w:cs="Times New Roman"/>
          <w:sz w:val="24"/>
          <w:szCs w:val="24"/>
        </w:rPr>
        <w:tab/>
      </w:r>
      <w:r w:rsidRPr="009658F0">
        <w:rPr>
          <w:rFonts w:ascii="Times New Roman" w:hAnsi="Times New Roman" w:cs="Times New Roman"/>
          <w:sz w:val="24"/>
          <w:szCs w:val="24"/>
        </w:rPr>
        <w:tab/>
        <w:t>citron fruit, visualized at the core of the heart during meditation</w:t>
      </w:r>
    </w:p>
    <w:p w14:paraId="00FC46C8" w14:textId="4289BA7D"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Gilgulim </w:t>
      </w:r>
      <w:r w:rsidRPr="009658F0">
        <w:rPr>
          <w:rFonts w:ascii="Times New Roman" w:hAnsi="Times New Roman" w:cs="Times New Roman"/>
          <w:sz w:val="24"/>
          <w:szCs w:val="24"/>
        </w:rPr>
        <w:tab/>
      </w:r>
      <w:r w:rsidRPr="009658F0">
        <w:rPr>
          <w:rFonts w:ascii="Times New Roman" w:hAnsi="Times New Roman" w:cs="Times New Roman"/>
          <w:sz w:val="24"/>
          <w:szCs w:val="24"/>
        </w:rPr>
        <w:tab/>
        <w:t>incarnations</w:t>
      </w:r>
    </w:p>
    <w:p w14:paraId="69341509" w14:textId="7772ABFA" w:rsidR="00760AAE" w:rsidRPr="009658F0" w:rsidRDefault="00760AAE" w:rsidP="006C1960">
      <w:pPr>
        <w:spacing w:after="120" w:line="360" w:lineRule="auto"/>
        <w:ind w:left="2160" w:hanging="2160"/>
        <w:rPr>
          <w:rFonts w:ascii="Times New Roman" w:hAnsi="Times New Roman" w:cs="Times New Roman"/>
          <w:sz w:val="24"/>
          <w:szCs w:val="24"/>
        </w:rPr>
      </w:pPr>
      <w:proofErr w:type="spellStart"/>
      <w:r w:rsidRPr="009658F0">
        <w:rPr>
          <w:rFonts w:ascii="Times New Roman" w:hAnsi="Times New Roman" w:cs="Times New Roman"/>
          <w:sz w:val="24"/>
          <w:szCs w:val="24"/>
        </w:rPr>
        <w:t>Hakhanot</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t>Hasidic preparations for prayer: meditation, ritual washing, dressing in non-woolen garments.</w:t>
      </w:r>
    </w:p>
    <w:p w14:paraId="0E17E4D2" w14:textId="360B9519"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Halakha </w:t>
      </w:r>
      <w:r w:rsidRPr="009658F0">
        <w:rPr>
          <w:rFonts w:ascii="Times New Roman" w:hAnsi="Times New Roman" w:cs="Times New Roman"/>
          <w:sz w:val="24"/>
          <w:szCs w:val="24"/>
        </w:rPr>
        <w:tab/>
      </w:r>
      <w:r w:rsidRPr="009658F0">
        <w:rPr>
          <w:rFonts w:ascii="Times New Roman" w:hAnsi="Times New Roman" w:cs="Times New Roman"/>
          <w:sz w:val="24"/>
          <w:szCs w:val="24"/>
        </w:rPr>
        <w:tab/>
        <w:t>Jewish legal tradition</w:t>
      </w:r>
    </w:p>
    <w:p w14:paraId="45B21678" w14:textId="6686E711" w:rsidR="00760AAE" w:rsidRPr="009658F0" w:rsidRDefault="00760AAE" w:rsidP="006C1960">
      <w:pPr>
        <w:spacing w:after="120" w:line="360" w:lineRule="auto"/>
        <w:ind w:left="2160" w:hanging="2160"/>
        <w:rPr>
          <w:rFonts w:ascii="Times New Roman" w:hAnsi="Times New Roman" w:cs="Times New Roman"/>
          <w:sz w:val="24"/>
          <w:szCs w:val="24"/>
        </w:rPr>
      </w:pPr>
      <w:r w:rsidRPr="009658F0">
        <w:rPr>
          <w:rFonts w:ascii="Times New Roman" w:hAnsi="Times New Roman" w:cs="Times New Roman"/>
          <w:sz w:val="24"/>
          <w:szCs w:val="24"/>
        </w:rPr>
        <w:t xml:space="preserve">Haluk </w:t>
      </w:r>
      <w:r w:rsidRPr="009658F0">
        <w:rPr>
          <w:rFonts w:ascii="Times New Roman" w:hAnsi="Times New Roman" w:cs="Times New Roman"/>
          <w:sz w:val="24"/>
          <w:szCs w:val="24"/>
        </w:rPr>
        <w:tab/>
        <w:t>Garment of light surrounding God's glory visible to Merkabah mystics</w:t>
      </w:r>
    </w:p>
    <w:p w14:paraId="5C14CCB0" w14:textId="2ED3DA3B" w:rsidR="00760AAE" w:rsidRPr="009658F0" w:rsidRDefault="00760AAE"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Hasagah</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r>
      <w:r w:rsidRPr="009658F0">
        <w:rPr>
          <w:rFonts w:ascii="Times New Roman" w:hAnsi="Times New Roman" w:cs="Times New Roman"/>
          <w:sz w:val="24"/>
          <w:szCs w:val="24"/>
        </w:rPr>
        <w:tab/>
        <w:t>Lubavitcher Hasidic emphasis on intellect as the way to God.</w:t>
      </w:r>
    </w:p>
    <w:p w14:paraId="24FD66A3" w14:textId="16F4DB18"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Hasid </w:t>
      </w:r>
      <w:r w:rsidRPr="009658F0">
        <w:rPr>
          <w:rFonts w:ascii="Times New Roman" w:hAnsi="Times New Roman" w:cs="Times New Roman"/>
          <w:sz w:val="24"/>
          <w:szCs w:val="24"/>
        </w:rPr>
        <w:tab/>
      </w:r>
      <w:r w:rsidRPr="009658F0">
        <w:rPr>
          <w:rFonts w:ascii="Times New Roman" w:hAnsi="Times New Roman" w:cs="Times New Roman"/>
          <w:sz w:val="24"/>
          <w:szCs w:val="24"/>
        </w:rPr>
        <w:tab/>
      </w:r>
      <w:r w:rsidRPr="009658F0">
        <w:rPr>
          <w:rFonts w:ascii="Times New Roman" w:hAnsi="Times New Roman" w:cs="Times New Roman"/>
          <w:sz w:val="24"/>
          <w:szCs w:val="24"/>
        </w:rPr>
        <w:tab/>
        <w:t>mystic devotee</w:t>
      </w:r>
    </w:p>
    <w:p w14:paraId="285747DE" w14:textId="6B4BBE30" w:rsidR="00760AAE" w:rsidRPr="009658F0" w:rsidRDefault="00760AAE"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Hasiduth</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r>
      <w:r w:rsidRPr="009658F0">
        <w:rPr>
          <w:rFonts w:ascii="Times New Roman" w:hAnsi="Times New Roman" w:cs="Times New Roman"/>
          <w:sz w:val="24"/>
          <w:szCs w:val="24"/>
        </w:rPr>
        <w:tab/>
        <w:t>devotion to God</w:t>
      </w:r>
    </w:p>
    <w:p w14:paraId="376CE285" w14:textId="334A1418" w:rsidR="00760AAE" w:rsidRPr="009658F0" w:rsidRDefault="00760AAE" w:rsidP="006C1960">
      <w:pPr>
        <w:spacing w:after="120" w:line="360" w:lineRule="auto"/>
        <w:ind w:left="2160" w:hanging="2160"/>
        <w:rPr>
          <w:rFonts w:ascii="Times New Roman" w:hAnsi="Times New Roman" w:cs="Times New Roman"/>
          <w:sz w:val="24"/>
          <w:szCs w:val="24"/>
        </w:rPr>
      </w:pPr>
      <w:r w:rsidRPr="009658F0">
        <w:rPr>
          <w:rFonts w:ascii="Times New Roman" w:hAnsi="Times New Roman" w:cs="Times New Roman"/>
          <w:sz w:val="24"/>
          <w:szCs w:val="24"/>
        </w:rPr>
        <w:t xml:space="preserve">Hebel </w:t>
      </w:r>
      <w:r w:rsidRPr="009658F0">
        <w:rPr>
          <w:rFonts w:ascii="Times New Roman" w:hAnsi="Times New Roman" w:cs="Times New Roman"/>
          <w:sz w:val="24"/>
          <w:szCs w:val="24"/>
        </w:rPr>
        <w:tab/>
        <w:t>breath, connected with meditative breathing exercises using the text of Ecclesiastes.</w:t>
      </w:r>
    </w:p>
    <w:p w14:paraId="673ADE1B" w14:textId="07A1FB4A" w:rsidR="00760AAE" w:rsidRPr="009658F0" w:rsidRDefault="00760AAE"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Hekhalot</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r>
      <w:r w:rsidRPr="009658F0">
        <w:rPr>
          <w:rFonts w:ascii="Times New Roman" w:hAnsi="Times New Roman" w:cs="Times New Roman"/>
          <w:sz w:val="24"/>
          <w:szCs w:val="24"/>
        </w:rPr>
        <w:tab/>
        <w:t>halls of God</w:t>
      </w:r>
      <w:r w:rsidR="00596359">
        <w:rPr>
          <w:rFonts w:ascii="Times New Roman" w:hAnsi="Times New Roman" w:cs="Times New Roman"/>
          <w:sz w:val="24"/>
          <w:szCs w:val="24"/>
        </w:rPr>
        <w:t>’</w:t>
      </w:r>
      <w:r w:rsidRPr="009658F0">
        <w:rPr>
          <w:rFonts w:ascii="Times New Roman" w:hAnsi="Times New Roman" w:cs="Times New Roman"/>
          <w:sz w:val="24"/>
          <w:szCs w:val="24"/>
        </w:rPr>
        <w:t>s palace</w:t>
      </w:r>
    </w:p>
    <w:p w14:paraId="5867B12F" w14:textId="5664242E" w:rsidR="00760AAE" w:rsidRPr="009658F0" w:rsidRDefault="00760AAE" w:rsidP="006C1960">
      <w:pPr>
        <w:spacing w:after="120" w:line="360" w:lineRule="auto"/>
        <w:ind w:left="2160" w:hanging="2160"/>
        <w:rPr>
          <w:rFonts w:ascii="Times New Roman" w:hAnsi="Times New Roman" w:cs="Times New Roman"/>
          <w:sz w:val="24"/>
          <w:szCs w:val="24"/>
        </w:rPr>
      </w:pPr>
      <w:proofErr w:type="spellStart"/>
      <w:r w:rsidRPr="009658F0">
        <w:rPr>
          <w:rFonts w:ascii="Times New Roman" w:hAnsi="Times New Roman" w:cs="Times New Roman"/>
          <w:sz w:val="24"/>
          <w:szCs w:val="24"/>
        </w:rPr>
        <w:t>Histapkut</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t>making do, an ascetic attitude of the medieval school of Isaac of Akko.</w:t>
      </w:r>
    </w:p>
    <w:p w14:paraId="1D055030" w14:textId="540E205A" w:rsidR="00760AAE" w:rsidRPr="009658F0" w:rsidRDefault="00760AAE"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Hitbodedut</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r>
      <w:r w:rsidRPr="009658F0">
        <w:rPr>
          <w:rFonts w:ascii="Times New Roman" w:hAnsi="Times New Roman" w:cs="Times New Roman"/>
          <w:sz w:val="24"/>
          <w:szCs w:val="24"/>
        </w:rPr>
        <w:tab/>
        <w:t>meditation</w:t>
      </w:r>
    </w:p>
    <w:p w14:paraId="6FE1FB6E" w14:textId="5007AD33" w:rsidR="00760AAE" w:rsidRPr="009658F0" w:rsidRDefault="00760AAE"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Hitlahavut</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r>
      <w:r w:rsidRPr="009658F0">
        <w:rPr>
          <w:rFonts w:ascii="Times New Roman" w:hAnsi="Times New Roman" w:cs="Times New Roman"/>
          <w:sz w:val="24"/>
          <w:szCs w:val="24"/>
        </w:rPr>
        <w:tab/>
        <w:t>Hasidic enthusiasm</w:t>
      </w:r>
    </w:p>
    <w:p w14:paraId="744E7977" w14:textId="77777777" w:rsidR="00B34F36" w:rsidRPr="009658F0" w:rsidRDefault="00B34F36" w:rsidP="006C1960">
      <w:pPr>
        <w:spacing w:line="360" w:lineRule="auto"/>
        <w:rPr>
          <w:rFonts w:ascii="Times New Roman" w:hAnsi="Times New Roman" w:cs="Times New Roman"/>
          <w:sz w:val="24"/>
          <w:szCs w:val="24"/>
          <w:highlight w:val="yellow"/>
        </w:rPr>
      </w:pPr>
      <w:r w:rsidRPr="009658F0">
        <w:rPr>
          <w:rFonts w:ascii="Times New Roman" w:hAnsi="Times New Roman" w:cs="Times New Roman"/>
          <w:sz w:val="24"/>
          <w:szCs w:val="24"/>
          <w:highlight w:val="yellow"/>
        </w:rPr>
        <w:br w:type="page"/>
      </w:r>
    </w:p>
    <w:p w14:paraId="063EE04A" w14:textId="7FF1A4DC" w:rsidR="00B6638C" w:rsidRPr="009658F0" w:rsidRDefault="00B6638C"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lastRenderedPageBreak/>
        <w:t>VICTOR PAGE 11</w:t>
      </w:r>
      <w:r w:rsidR="0056619D" w:rsidRPr="009658F0">
        <w:rPr>
          <w:rFonts w:ascii="Times New Roman" w:hAnsi="Times New Roman" w:cs="Times New Roman"/>
          <w:sz w:val="24"/>
          <w:szCs w:val="24"/>
        </w:rPr>
        <w:t xml:space="preserve"> - :RIGHT</w:t>
      </w:r>
    </w:p>
    <w:p w14:paraId="15379DD1" w14:textId="2F7A2B81" w:rsidR="00760AAE" w:rsidRPr="009658F0" w:rsidRDefault="00B6638C"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r>
      <w:proofErr w:type="spellStart"/>
      <w:r w:rsidR="00760AAE" w:rsidRPr="009658F0">
        <w:rPr>
          <w:rFonts w:ascii="Times New Roman" w:hAnsi="Times New Roman" w:cs="Times New Roman"/>
          <w:sz w:val="24"/>
          <w:szCs w:val="24"/>
        </w:rPr>
        <w:t>Hitpaalut</w:t>
      </w:r>
      <w:proofErr w:type="spellEnd"/>
      <w:r w:rsidR="00760AAE" w:rsidRPr="009658F0">
        <w:rPr>
          <w:rFonts w:ascii="Times New Roman" w:hAnsi="Times New Roman" w:cs="Times New Roman"/>
          <w:sz w:val="24"/>
          <w:szCs w:val="24"/>
        </w:rPr>
        <w:t xml:space="preserve"> </w:t>
      </w:r>
      <w:r w:rsidR="00760AAE" w:rsidRPr="009658F0">
        <w:rPr>
          <w:rFonts w:ascii="Times New Roman" w:hAnsi="Times New Roman" w:cs="Times New Roman"/>
          <w:sz w:val="24"/>
          <w:szCs w:val="24"/>
        </w:rPr>
        <w:tab/>
        <w:t>Hasidic rapture following contemplative prayer.</w:t>
      </w:r>
    </w:p>
    <w:p w14:paraId="11AE26AE" w14:textId="0206DD2D" w:rsidR="00760AAE" w:rsidRPr="009658F0" w:rsidRDefault="00760AAE"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Hokhmah</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t>The sphere of wisdom on the cosmic tree.</w:t>
      </w:r>
    </w:p>
    <w:p w14:paraId="610EAD30" w14:textId="2071FA66" w:rsidR="00760AAE" w:rsidRPr="009658F0" w:rsidRDefault="00760AAE"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Ibbur</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r>
      <w:r w:rsidRPr="009658F0">
        <w:rPr>
          <w:rFonts w:ascii="Times New Roman" w:hAnsi="Times New Roman" w:cs="Times New Roman"/>
          <w:sz w:val="24"/>
          <w:szCs w:val="24"/>
        </w:rPr>
        <w:tab/>
        <w:t>the additional soul lent to all Sabbath observers on that day.</w:t>
      </w:r>
    </w:p>
    <w:p w14:paraId="0B16EB53" w14:textId="688EDF8D"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Kabbalah </w:t>
      </w:r>
      <w:r w:rsidRPr="009658F0">
        <w:rPr>
          <w:rFonts w:ascii="Times New Roman" w:hAnsi="Times New Roman" w:cs="Times New Roman"/>
          <w:sz w:val="24"/>
          <w:szCs w:val="24"/>
        </w:rPr>
        <w:tab/>
        <w:t>overall title for Jewish mystical tradition.</w:t>
      </w:r>
    </w:p>
    <w:p w14:paraId="094E7D50" w14:textId="5D22EDCC" w:rsidR="00760AAE" w:rsidRPr="009658F0" w:rsidRDefault="00760AAE"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Kavanna</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t>one-pointed concentration.</w:t>
      </w:r>
    </w:p>
    <w:p w14:paraId="232A1558" w14:textId="6CDCD273" w:rsidR="00760AAE" w:rsidRPr="009658F0" w:rsidRDefault="00760AAE"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Kavannot</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t>symbols in Lurianic prayer book to induce one-pointed concentration.</w:t>
      </w:r>
    </w:p>
    <w:p w14:paraId="20819C0D" w14:textId="0AAAAC4E" w:rsidR="00760AAE" w:rsidRPr="009658F0" w:rsidRDefault="00760AAE"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Kisupha</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t>yearning for the Divine.</w:t>
      </w:r>
    </w:p>
    <w:p w14:paraId="274C525A" w14:textId="4C0C816B"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Lulav </w:t>
      </w:r>
      <w:r w:rsidRPr="009658F0">
        <w:rPr>
          <w:rFonts w:ascii="Times New Roman" w:hAnsi="Times New Roman" w:cs="Times New Roman"/>
          <w:sz w:val="24"/>
          <w:szCs w:val="24"/>
        </w:rPr>
        <w:tab/>
      </w:r>
      <w:r w:rsidRPr="009658F0">
        <w:rPr>
          <w:rFonts w:ascii="Times New Roman" w:hAnsi="Times New Roman" w:cs="Times New Roman"/>
          <w:sz w:val="24"/>
          <w:szCs w:val="24"/>
        </w:rPr>
        <w:tab/>
        <w:t>palm branch, symbolic of the human spine in meditative visualization.</w:t>
      </w:r>
    </w:p>
    <w:p w14:paraId="35FFFFF1" w14:textId="3AA2E2C5" w:rsidR="00760AAE" w:rsidRPr="009658F0" w:rsidRDefault="00760AAE"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Madregot</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t>levels of mystic ascent.</w:t>
      </w:r>
    </w:p>
    <w:p w14:paraId="390A91B3" w14:textId="507EE356"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Maggid </w:t>
      </w:r>
      <w:r w:rsidRPr="009658F0">
        <w:rPr>
          <w:rFonts w:ascii="Times New Roman" w:hAnsi="Times New Roman" w:cs="Times New Roman"/>
          <w:sz w:val="24"/>
          <w:szCs w:val="24"/>
        </w:rPr>
        <w:tab/>
        <w:t>a preacher in ordinary life; a celestial guardian in spiritual life.</w:t>
      </w:r>
    </w:p>
    <w:p w14:paraId="65844F00" w14:textId="331E7115"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Maskil </w:t>
      </w:r>
      <w:r w:rsidRPr="009658F0">
        <w:rPr>
          <w:rFonts w:ascii="Times New Roman" w:hAnsi="Times New Roman" w:cs="Times New Roman"/>
          <w:sz w:val="24"/>
          <w:szCs w:val="24"/>
        </w:rPr>
        <w:tab/>
        <w:t>enlightened.</w:t>
      </w:r>
    </w:p>
    <w:p w14:paraId="1FD79E13" w14:textId="482434BA"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Matrona </w:t>
      </w:r>
      <w:r w:rsidRPr="009658F0">
        <w:rPr>
          <w:rFonts w:ascii="Times New Roman" w:hAnsi="Times New Roman" w:cs="Times New Roman"/>
          <w:sz w:val="24"/>
          <w:szCs w:val="24"/>
        </w:rPr>
        <w:tab/>
        <w:t>the female aspect of God; also called Shekhinah.</w:t>
      </w:r>
    </w:p>
    <w:p w14:paraId="2DD80809" w14:textId="2E87A1CB" w:rsidR="00760AAE" w:rsidRPr="009658F0" w:rsidRDefault="00760AAE" w:rsidP="006C1960">
      <w:pPr>
        <w:spacing w:after="120" w:line="360" w:lineRule="auto"/>
        <w:ind w:left="1440" w:hanging="1440"/>
        <w:rPr>
          <w:rFonts w:ascii="Times New Roman" w:hAnsi="Times New Roman" w:cs="Times New Roman"/>
          <w:sz w:val="24"/>
          <w:szCs w:val="24"/>
        </w:rPr>
      </w:pPr>
      <w:r w:rsidRPr="009658F0">
        <w:rPr>
          <w:rFonts w:ascii="Times New Roman" w:hAnsi="Times New Roman" w:cs="Times New Roman"/>
          <w:sz w:val="24"/>
          <w:szCs w:val="24"/>
        </w:rPr>
        <w:t xml:space="preserve">Merkabah </w:t>
      </w:r>
      <w:r w:rsidRPr="009658F0">
        <w:rPr>
          <w:rFonts w:ascii="Times New Roman" w:hAnsi="Times New Roman" w:cs="Times New Roman"/>
          <w:sz w:val="24"/>
          <w:szCs w:val="24"/>
        </w:rPr>
        <w:tab/>
        <w:t>Throne mysticism, prevalent in the first two centuries of the Common Era; also defined as “chariot” combining “grappling” by mystics who</w:t>
      </w:r>
    </w:p>
    <w:p w14:paraId="53B8FF89" w14:textId="77777777" w:rsidR="00760AAE" w:rsidRPr="009658F0" w:rsidRDefault="00760AAE" w:rsidP="006C1960">
      <w:pPr>
        <w:spacing w:after="120" w:line="360" w:lineRule="auto"/>
        <w:rPr>
          <w:rFonts w:ascii="Times New Roman" w:hAnsi="Times New Roman" w:cs="Times New Roman"/>
          <w:sz w:val="24"/>
          <w:szCs w:val="24"/>
        </w:rPr>
      </w:pPr>
    </w:p>
    <w:p w14:paraId="4D6DFA93" w14:textId="30F154CD" w:rsidR="0056619D" w:rsidRPr="009658F0" w:rsidRDefault="00760AAE" w:rsidP="006C1960">
      <w:pPr>
        <w:spacing w:after="120" w:line="360" w:lineRule="auto"/>
        <w:rPr>
          <w:rFonts w:ascii="Times New Roman" w:hAnsi="Times New Roman" w:cs="Times New Roman"/>
          <w:sz w:val="24"/>
          <w:szCs w:val="24"/>
          <w:highlight w:val="yellow"/>
        </w:rPr>
      </w:pPr>
      <w:r w:rsidRPr="009658F0">
        <w:rPr>
          <w:rFonts w:ascii="Times New Roman" w:hAnsi="Times New Roman" w:cs="Times New Roman"/>
          <w:sz w:val="24"/>
          <w:szCs w:val="24"/>
        </w:rPr>
        <w:t xml:space="preserve">Maggid literally means </w:t>
      </w:r>
      <w:r w:rsidR="00596359">
        <w:rPr>
          <w:rFonts w:ascii="Times New Roman" w:hAnsi="Times New Roman" w:cs="Times New Roman"/>
          <w:sz w:val="24"/>
          <w:szCs w:val="24"/>
        </w:rPr>
        <w:t>“</w:t>
      </w:r>
      <w:r w:rsidRPr="009658F0">
        <w:rPr>
          <w:rFonts w:ascii="Times New Roman" w:hAnsi="Times New Roman" w:cs="Times New Roman"/>
          <w:sz w:val="24"/>
          <w:szCs w:val="24"/>
        </w:rPr>
        <w:t>one who relates</w:t>
      </w:r>
      <w:r w:rsidR="00596359">
        <w:rPr>
          <w:rFonts w:ascii="Times New Roman" w:hAnsi="Times New Roman" w:cs="Times New Roman"/>
          <w:sz w:val="24"/>
          <w:szCs w:val="24"/>
        </w:rPr>
        <w:t>”</w:t>
      </w:r>
      <w:r w:rsidRPr="009658F0">
        <w:rPr>
          <w:rFonts w:ascii="Times New Roman" w:hAnsi="Times New Roman" w:cs="Times New Roman"/>
          <w:sz w:val="24"/>
          <w:szCs w:val="24"/>
        </w:rPr>
        <w:t xml:space="preserve">; can apply to heavenly messengers, </w:t>
      </w:r>
      <w:r w:rsidR="00596359">
        <w:rPr>
          <w:rFonts w:ascii="Times New Roman" w:hAnsi="Times New Roman" w:cs="Times New Roman"/>
          <w:sz w:val="24"/>
          <w:szCs w:val="24"/>
        </w:rPr>
        <w:t>“</w:t>
      </w:r>
      <w:r w:rsidRPr="009658F0">
        <w:rPr>
          <w:rFonts w:ascii="Times New Roman" w:hAnsi="Times New Roman" w:cs="Times New Roman"/>
          <w:sz w:val="24"/>
          <w:szCs w:val="24"/>
        </w:rPr>
        <w:t>spiritual guides.</w:t>
      </w:r>
      <w:r w:rsidR="00596359">
        <w:rPr>
          <w:rFonts w:ascii="Times New Roman" w:hAnsi="Times New Roman" w:cs="Times New Roman"/>
          <w:sz w:val="24"/>
          <w:szCs w:val="24"/>
        </w:rPr>
        <w:t>”</w:t>
      </w:r>
    </w:p>
    <w:p w14:paraId="2DF5083B" w14:textId="77777777" w:rsidR="001E5946" w:rsidRPr="009658F0" w:rsidRDefault="001E5946" w:rsidP="006C1960">
      <w:pPr>
        <w:spacing w:line="360" w:lineRule="auto"/>
        <w:rPr>
          <w:rFonts w:ascii="Times New Roman" w:hAnsi="Times New Roman" w:cs="Times New Roman"/>
          <w:sz w:val="24"/>
          <w:szCs w:val="24"/>
          <w:highlight w:val="yellow"/>
        </w:rPr>
      </w:pPr>
      <w:r w:rsidRPr="009658F0">
        <w:rPr>
          <w:rFonts w:ascii="Times New Roman" w:hAnsi="Times New Roman" w:cs="Times New Roman"/>
          <w:sz w:val="24"/>
          <w:szCs w:val="24"/>
          <w:highlight w:val="yellow"/>
        </w:rPr>
        <w:br w:type="page"/>
      </w:r>
    </w:p>
    <w:p w14:paraId="579ACDA5" w14:textId="604ABB01" w:rsidR="00DB24DC" w:rsidRPr="009658F0" w:rsidRDefault="00DB24DC"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lastRenderedPageBreak/>
        <w:t>VICTOR PAGE 12</w:t>
      </w:r>
    </w:p>
    <w:p w14:paraId="67A6F15B" w14:textId="351DB7FD" w:rsidR="0056619D" w:rsidRPr="009658F0" w:rsidRDefault="00DB24DC"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t>permutated Hebrew letters</w:t>
      </w:r>
    </w:p>
    <w:p w14:paraId="63FD846E" w14:textId="1FBF1826"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Mishnah</w:t>
      </w:r>
      <w:r w:rsidR="00CD03DF" w:rsidRPr="009658F0">
        <w:rPr>
          <w:rFonts w:ascii="Times New Roman" w:hAnsi="Times New Roman" w:cs="Times New Roman"/>
          <w:sz w:val="24"/>
          <w:szCs w:val="24"/>
        </w:rPr>
        <w:tab/>
      </w:r>
      <w:r w:rsidRPr="009658F0">
        <w:rPr>
          <w:rFonts w:ascii="Times New Roman" w:hAnsi="Times New Roman" w:cs="Times New Roman"/>
          <w:sz w:val="24"/>
          <w:szCs w:val="24"/>
        </w:rPr>
        <w:t xml:space="preserve"> oral law compiled in third century C.E. by Judah the Prince.</w:t>
      </w:r>
    </w:p>
    <w:p w14:paraId="0FCE6394" w14:textId="7B3BA2C4"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Mitzvah </w:t>
      </w:r>
      <w:r w:rsidR="00CD03DF" w:rsidRPr="009658F0">
        <w:rPr>
          <w:rFonts w:ascii="Times New Roman" w:hAnsi="Times New Roman" w:cs="Times New Roman"/>
          <w:sz w:val="24"/>
          <w:szCs w:val="24"/>
        </w:rPr>
        <w:tab/>
      </w:r>
      <w:r w:rsidRPr="009658F0">
        <w:rPr>
          <w:rFonts w:ascii="Times New Roman" w:hAnsi="Times New Roman" w:cs="Times New Roman"/>
          <w:sz w:val="24"/>
          <w:szCs w:val="24"/>
        </w:rPr>
        <w:t>divine precept.</w:t>
      </w:r>
    </w:p>
    <w:p w14:paraId="7BCEE2A7" w14:textId="2DB2A48E" w:rsidR="00760AAE" w:rsidRPr="009658F0" w:rsidRDefault="00760AAE"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Mokhin</w:t>
      </w:r>
      <w:proofErr w:type="spellEnd"/>
      <w:r w:rsidRPr="009658F0">
        <w:rPr>
          <w:rFonts w:ascii="Times New Roman" w:hAnsi="Times New Roman" w:cs="Times New Roman"/>
          <w:sz w:val="24"/>
          <w:szCs w:val="24"/>
        </w:rPr>
        <w:t xml:space="preserve"> </w:t>
      </w:r>
      <w:r w:rsidR="00CD03DF" w:rsidRPr="009658F0">
        <w:rPr>
          <w:rFonts w:ascii="Times New Roman" w:hAnsi="Times New Roman" w:cs="Times New Roman"/>
          <w:sz w:val="24"/>
          <w:szCs w:val="24"/>
        </w:rPr>
        <w:tab/>
      </w:r>
      <w:proofErr w:type="spellStart"/>
      <w:r w:rsidRPr="009658F0">
        <w:rPr>
          <w:rFonts w:ascii="Times New Roman" w:hAnsi="Times New Roman" w:cs="Times New Roman"/>
          <w:sz w:val="24"/>
          <w:szCs w:val="24"/>
        </w:rPr>
        <w:t>degadlut</w:t>
      </w:r>
      <w:proofErr w:type="spellEnd"/>
      <w:r w:rsidRPr="009658F0">
        <w:rPr>
          <w:rFonts w:ascii="Times New Roman" w:hAnsi="Times New Roman" w:cs="Times New Roman"/>
          <w:sz w:val="24"/>
          <w:szCs w:val="24"/>
        </w:rPr>
        <w:t xml:space="preserve"> expanded consciousness achieved in Hasidic ecstasy.</w:t>
      </w:r>
    </w:p>
    <w:p w14:paraId="4ADA2238" w14:textId="5731D787" w:rsidR="00760AAE" w:rsidRPr="009658F0" w:rsidRDefault="00760AAE"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Neshamah</w:t>
      </w:r>
      <w:proofErr w:type="spellEnd"/>
      <w:r w:rsidRPr="009658F0">
        <w:rPr>
          <w:rFonts w:ascii="Times New Roman" w:hAnsi="Times New Roman" w:cs="Times New Roman"/>
          <w:sz w:val="24"/>
          <w:szCs w:val="24"/>
        </w:rPr>
        <w:t xml:space="preserve"> </w:t>
      </w:r>
      <w:r w:rsidR="00CD03DF" w:rsidRPr="009658F0">
        <w:rPr>
          <w:rFonts w:ascii="Times New Roman" w:hAnsi="Times New Roman" w:cs="Times New Roman"/>
          <w:sz w:val="24"/>
          <w:szCs w:val="24"/>
        </w:rPr>
        <w:tab/>
      </w:r>
      <w:r w:rsidRPr="009658F0">
        <w:rPr>
          <w:rFonts w:ascii="Times New Roman" w:hAnsi="Times New Roman" w:cs="Times New Roman"/>
          <w:sz w:val="24"/>
          <w:szCs w:val="24"/>
        </w:rPr>
        <w:t>spiritual portion of the soul.</w:t>
      </w:r>
    </w:p>
    <w:p w14:paraId="2D5F9A6F" w14:textId="602D0F99" w:rsidR="00760AAE" w:rsidRPr="009658F0" w:rsidRDefault="00760AAE" w:rsidP="006C1960">
      <w:pPr>
        <w:spacing w:after="120" w:line="360" w:lineRule="auto"/>
        <w:ind w:left="1440" w:hanging="1440"/>
        <w:rPr>
          <w:rFonts w:ascii="Times New Roman" w:hAnsi="Times New Roman" w:cs="Times New Roman"/>
          <w:sz w:val="24"/>
          <w:szCs w:val="24"/>
        </w:rPr>
      </w:pPr>
      <w:r w:rsidRPr="009658F0">
        <w:rPr>
          <w:rFonts w:ascii="Times New Roman" w:hAnsi="Times New Roman" w:cs="Times New Roman"/>
          <w:sz w:val="24"/>
          <w:szCs w:val="24"/>
        </w:rPr>
        <w:t xml:space="preserve">Niggun </w:t>
      </w:r>
      <w:r w:rsidR="00CD03DF" w:rsidRPr="009658F0">
        <w:rPr>
          <w:rFonts w:ascii="Times New Roman" w:hAnsi="Times New Roman" w:cs="Times New Roman"/>
          <w:sz w:val="24"/>
          <w:szCs w:val="24"/>
        </w:rPr>
        <w:tab/>
      </w:r>
      <w:r w:rsidRPr="009658F0">
        <w:rPr>
          <w:rFonts w:ascii="Times New Roman" w:hAnsi="Times New Roman" w:cs="Times New Roman"/>
          <w:sz w:val="24"/>
          <w:szCs w:val="24"/>
        </w:rPr>
        <w:t>wordless melody used to induce meditative states among Lubavitcher Hasidim.</w:t>
      </w:r>
    </w:p>
    <w:p w14:paraId="47B450DE" w14:textId="480838BA" w:rsidR="00760AAE" w:rsidRPr="009658F0" w:rsidRDefault="00760AAE"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Ofanim</w:t>
      </w:r>
      <w:proofErr w:type="spellEnd"/>
      <w:r w:rsidRPr="009658F0">
        <w:rPr>
          <w:rFonts w:ascii="Times New Roman" w:hAnsi="Times New Roman" w:cs="Times New Roman"/>
          <w:sz w:val="24"/>
          <w:szCs w:val="24"/>
        </w:rPr>
        <w:t xml:space="preserve"> </w:t>
      </w:r>
      <w:r w:rsidR="00CD03DF" w:rsidRPr="009658F0">
        <w:rPr>
          <w:rFonts w:ascii="Times New Roman" w:hAnsi="Times New Roman" w:cs="Times New Roman"/>
          <w:sz w:val="24"/>
          <w:szCs w:val="24"/>
        </w:rPr>
        <w:tab/>
      </w:r>
      <w:r w:rsidRPr="009658F0">
        <w:rPr>
          <w:rFonts w:ascii="Times New Roman" w:hAnsi="Times New Roman" w:cs="Times New Roman"/>
          <w:sz w:val="24"/>
          <w:szCs w:val="24"/>
        </w:rPr>
        <w:t>wheel-shaped angelic beings.</w:t>
      </w:r>
    </w:p>
    <w:p w14:paraId="6B8F257E" w14:textId="68C94036"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Pardes </w:t>
      </w:r>
      <w:r w:rsidR="00CD03DF" w:rsidRPr="009658F0">
        <w:rPr>
          <w:rFonts w:ascii="Times New Roman" w:hAnsi="Times New Roman" w:cs="Times New Roman"/>
          <w:sz w:val="24"/>
          <w:szCs w:val="24"/>
        </w:rPr>
        <w:tab/>
      </w:r>
      <w:r w:rsidR="00CD03DF" w:rsidRPr="009658F0">
        <w:rPr>
          <w:rFonts w:ascii="Times New Roman" w:hAnsi="Times New Roman" w:cs="Times New Roman"/>
          <w:sz w:val="24"/>
          <w:szCs w:val="24"/>
        </w:rPr>
        <w:tab/>
      </w:r>
      <w:r w:rsidRPr="009658F0">
        <w:rPr>
          <w:rFonts w:ascii="Times New Roman" w:hAnsi="Times New Roman" w:cs="Times New Roman"/>
          <w:sz w:val="24"/>
          <w:szCs w:val="24"/>
        </w:rPr>
        <w:t xml:space="preserve">the </w:t>
      </w:r>
      <w:r w:rsidR="00CD03DF" w:rsidRPr="009658F0">
        <w:rPr>
          <w:rFonts w:ascii="Times New Roman" w:hAnsi="Times New Roman" w:cs="Times New Roman"/>
          <w:sz w:val="24"/>
          <w:szCs w:val="24"/>
        </w:rPr>
        <w:t>“</w:t>
      </w:r>
      <w:r w:rsidRPr="009658F0">
        <w:rPr>
          <w:rFonts w:ascii="Times New Roman" w:hAnsi="Times New Roman" w:cs="Times New Roman"/>
          <w:sz w:val="24"/>
          <w:szCs w:val="24"/>
        </w:rPr>
        <w:t>garden,</w:t>
      </w:r>
      <w:r w:rsidR="00CD03DF" w:rsidRPr="009658F0">
        <w:rPr>
          <w:rFonts w:ascii="Times New Roman" w:hAnsi="Times New Roman" w:cs="Times New Roman"/>
          <w:sz w:val="24"/>
          <w:szCs w:val="24"/>
        </w:rPr>
        <w:t xml:space="preserve">” </w:t>
      </w:r>
      <w:r w:rsidRPr="009658F0">
        <w:rPr>
          <w:rFonts w:ascii="Times New Roman" w:hAnsi="Times New Roman" w:cs="Times New Roman"/>
          <w:sz w:val="24"/>
          <w:szCs w:val="24"/>
        </w:rPr>
        <w:t>symbolizing Jewish mystical practice.</w:t>
      </w:r>
    </w:p>
    <w:p w14:paraId="6D9E5299" w14:textId="541E2E5B"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Rav </w:t>
      </w:r>
      <w:r w:rsidR="00CD03DF" w:rsidRPr="009658F0">
        <w:rPr>
          <w:rFonts w:ascii="Times New Roman" w:hAnsi="Times New Roman" w:cs="Times New Roman"/>
          <w:sz w:val="24"/>
          <w:szCs w:val="24"/>
        </w:rPr>
        <w:tab/>
      </w:r>
      <w:r w:rsidR="00CD03DF" w:rsidRPr="009658F0">
        <w:rPr>
          <w:rFonts w:ascii="Times New Roman" w:hAnsi="Times New Roman" w:cs="Times New Roman"/>
          <w:sz w:val="24"/>
          <w:szCs w:val="24"/>
        </w:rPr>
        <w:tab/>
      </w:r>
      <w:r w:rsidRPr="009658F0">
        <w:rPr>
          <w:rFonts w:ascii="Times New Roman" w:hAnsi="Times New Roman" w:cs="Times New Roman"/>
          <w:sz w:val="24"/>
          <w:szCs w:val="24"/>
        </w:rPr>
        <w:t>master.</w:t>
      </w:r>
    </w:p>
    <w:p w14:paraId="6DD3B349" w14:textId="48B0A3BD"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Rav Ha-Hasid </w:t>
      </w:r>
      <w:r w:rsidR="00CD03DF" w:rsidRPr="009658F0">
        <w:rPr>
          <w:rFonts w:ascii="Times New Roman" w:hAnsi="Times New Roman" w:cs="Times New Roman"/>
          <w:sz w:val="24"/>
          <w:szCs w:val="24"/>
        </w:rPr>
        <w:tab/>
      </w:r>
      <w:r w:rsidRPr="009658F0">
        <w:rPr>
          <w:rFonts w:ascii="Times New Roman" w:hAnsi="Times New Roman" w:cs="Times New Roman"/>
          <w:sz w:val="24"/>
          <w:szCs w:val="24"/>
        </w:rPr>
        <w:t>master of devotion.</w:t>
      </w:r>
    </w:p>
    <w:p w14:paraId="6D91F386" w14:textId="01BAC01B"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Rebbe </w:t>
      </w:r>
      <w:r w:rsidR="00CD03DF" w:rsidRPr="009658F0">
        <w:rPr>
          <w:rFonts w:ascii="Times New Roman" w:hAnsi="Times New Roman" w:cs="Times New Roman"/>
          <w:sz w:val="24"/>
          <w:szCs w:val="24"/>
        </w:rPr>
        <w:tab/>
      </w:r>
      <w:r w:rsidR="00CD03DF" w:rsidRPr="009658F0">
        <w:rPr>
          <w:rFonts w:ascii="Times New Roman" w:hAnsi="Times New Roman" w:cs="Times New Roman"/>
          <w:sz w:val="24"/>
          <w:szCs w:val="24"/>
        </w:rPr>
        <w:tab/>
      </w:r>
      <w:r w:rsidRPr="009658F0">
        <w:rPr>
          <w:rFonts w:ascii="Times New Roman" w:hAnsi="Times New Roman" w:cs="Times New Roman"/>
          <w:sz w:val="24"/>
          <w:szCs w:val="24"/>
        </w:rPr>
        <w:t>Hasidic master.</w:t>
      </w:r>
    </w:p>
    <w:p w14:paraId="13384D33" w14:textId="77777777"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Sefer Yetzirah first-century mystic handbook for permutating God’s names.</w:t>
      </w:r>
    </w:p>
    <w:p w14:paraId="71F65832" w14:textId="032E3E44"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Shedim </w:t>
      </w:r>
      <w:r w:rsidR="00CD03DF" w:rsidRPr="009658F0">
        <w:rPr>
          <w:rFonts w:ascii="Times New Roman" w:hAnsi="Times New Roman" w:cs="Times New Roman"/>
          <w:sz w:val="24"/>
          <w:szCs w:val="24"/>
        </w:rPr>
        <w:tab/>
      </w:r>
      <w:r w:rsidRPr="009658F0">
        <w:rPr>
          <w:rFonts w:ascii="Times New Roman" w:hAnsi="Times New Roman" w:cs="Times New Roman"/>
          <w:sz w:val="24"/>
          <w:szCs w:val="24"/>
        </w:rPr>
        <w:t>demonic beings who confuse the mind in meditation.</w:t>
      </w:r>
    </w:p>
    <w:p w14:paraId="12A2589F" w14:textId="3A6BB70D"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Shefa </w:t>
      </w:r>
      <w:r w:rsidR="00CD03DF" w:rsidRPr="009658F0">
        <w:rPr>
          <w:rFonts w:ascii="Times New Roman" w:hAnsi="Times New Roman" w:cs="Times New Roman"/>
          <w:sz w:val="24"/>
          <w:szCs w:val="24"/>
        </w:rPr>
        <w:tab/>
      </w:r>
      <w:r w:rsidR="00CD03DF" w:rsidRPr="009658F0">
        <w:rPr>
          <w:rFonts w:ascii="Times New Roman" w:hAnsi="Times New Roman" w:cs="Times New Roman"/>
          <w:sz w:val="24"/>
          <w:szCs w:val="24"/>
        </w:rPr>
        <w:tab/>
      </w:r>
      <w:r w:rsidRPr="009658F0">
        <w:rPr>
          <w:rFonts w:ascii="Times New Roman" w:hAnsi="Times New Roman" w:cs="Times New Roman"/>
          <w:sz w:val="24"/>
          <w:szCs w:val="24"/>
        </w:rPr>
        <w:t>divine influx.</w:t>
      </w:r>
    </w:p>
    <w:p w14:paraId="792E994F" w14:textId="02D30192" w:rsidR="00760AAE" w:rsidRPr="009658F0" w:rsidRDefault="00760AAE" w:rsidP="006C1960">
      <w:pPr>
        <w:spacing w:after="120" w:line="360" w:lineRule="auto"/>
        <w:ind w:left="1440" w:hanging="1440"/>
        <w:rPr>
          <w:rFonts w:ascii="Times New Roman" w:hAnsi="Times New Roman" w:cs="Times New Roman"/>
          <w:sz w:val="24"/>
          <w:szCs w:val="24"/>
        </w:rPr>
      </w:pPr>
      <w:r w:rsidRPr="009658F0">
        <w:rPr>
          <w:rFonts w:ascii="Times New Roman" w:hAnsi="Times New Roman" w:cs="Times New Roman"/>
          <w:sz w:val="24"/>
          <w:szCs w:val="24"/>
        </w:rPr>
        <w:t xml:space="preserve">Shekhinah </w:t>
      </w:r>
      <w:r w:rsidR="00CD03DF" w:rsidRPr="009658F0">
        <w:rPr>
          <w:rFonts w:ascii="Times New Roman" w:hAnsi="Times New Roman" w:cs="Times New Roman"/>
          <w:sz w:val="24"/>
          <w:szCs w:val="24"/>
        </w:rPr>
        <w:tab/>
      </w:r>
      <w:r w:rsidRPr="009658F0">
        <w:rPr>
          <w:rFonts w:ascii="Times New Roman" w:hAnsi="Times New Roman" w:cs="Times New Roman"/>
          <w:sz w:val="24"/>
          <w:szCs w:val="24"/>
        </w:rPr>
        <w:t>God’s female aspect and immanent presence, also called Matrona; resides in the sphere of Sovereignty on the cosmic tree.</w:t>
      </w:r>
    </w:p>
    <w:p w14:paraId="0BBC6BD5" w14:textId="517C070B" w:rsidR="00760AAE" w:rsidRPr="009658F0" w:rsidRDefault="00760AA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Shema </w:t>
      </w:r>
      <w:r w:rsidR="00CD03DF" w:rsidRPr="009658F0">
        <w:rPr>
          <w:rFonts w:ascii="Times New Roman" w:hAnsi="Times New Roman" w:cs="Times New Roman"/>
          <w:sz w:val="24"/>
          <w:szCs w:val="24"/>
        </w:rPr>
        <w:tab/>
      </w:r>
      <w:r w:rsidR="00CD03DF" w:rsidRPr="009658F0">
        <w:rPr>
          <w:rFonts w:ascii="Times New Roman" w:hAnsi="Times New Roman" w:cs="Times New Roman"/>
          <w:sz w:val="24"/>
          <w:szCs w:val="24"/>
        </w:rPr>
        <w:tab/>
      </w:r>
      <w:r w:rsidRPr="009658F0">
        <w:rPr>
          <w:rFonts w:ascii="Times New Roman" w:hAnsi="Times New Roman" w:cs="Times New Roman"/>
          <w:sz w:val="24"/>
          <w:szCs w:val="24"/>
        </w:rPr>
        <w:t>daily recitation of God’s oneness.</w:t>
      </w:r>
    </w:p>
    <w:p w14:paraId="1AC6CC5D" w14:textId="77777777" w:rsidR="00DB24DC" w:rsidRPr="009658F0" w:rsidRDefault="00DB24DC" w:rsidP="006C1960">
      <w:pPr>
        <w:spacing w:after="120" w:line="360" w:lineRule="auto"/>
        <w:rPr>
          <w:rFonts w:ascii="Times New Roman" w:hAnsi="Times New Roman" w:cs="Times New Roman"/>
          <w:sz w:val="24"/>
          <w:szCs w:val="24"/>
        </w:rPr>
      </w:pPr>
    </w:p>
    <w:p w14:paraId="0835C5D6" w14:textId="77777777" w:rsidR="00DB24DC" w:rsidRPr="009658F0" w:rsidRDefault="00DB24DC" w:rsidP="006C1960">
      <w:pPr>
        <w:spacing w:after="120" w:line="360" w:lineRule="auto"/>
        <w:rPr>
          <w:rFonts w:ascii="Times New Roman" w:hAnsi="Times New Roman" w:cs="Times New Roman"/>
          <w:sz w:val="24"/>
          <w:szCs w:val="24"/>
        </w:rPr>
      </w:pPr>
    </w:p>
    <w:p w14:paraId="41111F11" w14:textId="77777777" w:rsidR="00DB24DC" w:rsidRPr="009658F0" w:rsidRDefault="00DB24DC" w:rsidP="006C1960">
      <w:pPr>
        <w:spacing w:after="120" w:line="360" w:lineRule="auto"/>
        <w:rPr>
          <w:rFonts w:ascii="Times New Roman" w:hAnsi="Times New Roman" w:cs="Times New Roman"/>
          <w:sz w:val="24"/>
          <w:szCs w:val="24"/>
        </w:rPr>
      </w:pPr>
    </w:p>
    <w:p w14:paraId="11BC6B8C" w14:textId="77777777" w:rsidR="00DB24DC" w:rsidRPr="009658F0" w:rsidRDefault="00DB24DC" w:rsidP="006C1960">
      <w:pPr>
        <w:spacing w:after="120" w:line="360" w:lineRule="auto"/>
        <w:rPr>
          <w:rFonts w:ascii="Times New Roman" w:hAnsi="Times New Roman" w:cs="Times New Roman"/>
          <w:sz w:val="24"/>
          <w:szCs w:val="24"/>
        </w:rPr>
      </w:pPr>
    </w:p>
    <w:p w14:paraId="42D2E798" w14:textId="77777777" w:rsidR="0056619D" w:rsidRPr="009658F0" w:rsidRDefault="0056619D" w:rsidP="006C1960">
      <w:pPr>
        <w:spacing w:line="360" w:lineRule="auto"/>
        <w:rPr>
          <w:rFonts w:ascii="Times New Roman" w:hAnsi="Times New Roman" w:cs="Times New Roman"/>
          <w:sz w:val="24"/>
          <w:szCs w:val="24"/>
          <w:highlight w:val="yellow"/>
        </w:rPr>
      </w:pPr>
      <w:r w:rsidRPr="009658F0">
        <w:rPr>
          <w:rFonts w:ascii="Times New Roman" w:hAnsi="Times New Roman" w:cs="Times New Roman"/>
          <w:sz w:val="24"/>
          <w:szCs w:val="24"/>
          <w:highlight w:val="yellow"/>
        </w:rPr>
        <w:br w:type="page"/>
      </w:r>
    </w:p>
    <w:p w14:paraId="1896D674" w14:textId="7BBAA82E" w:rsidR="00DB24DC" w:rsidRPr="009658F0" w:rsidRDefault="00DB24DC"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lastRenderedPageBreak/>
        <w:t>VICTOR PAGE 13</w:t>
      </w:r>
    </w:p>
    <w:p w14:paraId="561A1007" w14:textId="79876FF9" w:rsidR="00CD03DF" w:rsidRPr="009658F0" w:rsidRDefault="00DB24DC"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r>
      <w:r w:rsidR="00CD03DF" w:rsidRPr="009658F0">
        <w:rPr>
          <w:rFonts w:ascii="Times New Roman" w:hAnsi="Times New Roman" w:cs="Times New Roman"/>
          <w:sz w:val="24"/>
          <w:szCs w:val="24"/>
        </w:rPr>
        <w:t xml:space="preserve">Shem </w:t>
      </w:r>
      <w:proofErr w:type="spellStart"/>
      <w:r w:rsidR="00CD03DF" w:rsidRPr="009658F0">
        <w:rPr>
          <w:rFonts w:ascii="Times New Roman" w:hAnsi="Times New Roman" w:cs="Times New Roman"/>
          <w:sz w:val="24"/>
          <w:szCs w:val="24"/>
        </w:rPr>
        <w:t>Hameforesh</w:t>
      </w:r>
      <w:proofErr w:type="spellEnd"/>
      <w:r w:rsidR="00CD03DF" w:rsidRPr="009658F0">
        <w:rPr>
          <w:rFonts w:ascii="Times New Roman" w:hAnsi="Times New Roman" w:cs="Times New Roman"/>
          <w:sz w:val="24"/>
          <w:szCs w:val="24"/>
        </w:rPr>
        <w:t xml:space="preserve"> </w:t>
      </w:r>
      <w:r w:rsidR="00CD03DF" w:rsidRPr="009658F0">
        <w:rPr>
          <w:rFonts w:ascii="Times New Roman" w:hAnsi="Times New Roman" w:cs="Times New Roman"/>
          <w:sz w:val="24"/>
          <w:szCs w:val="24"/>
        </w:rPr>
        <w:tab/>
        <w:t>the Specific Name of God.</w:t>
      </w:r>
    </w:p>
    <w:p w14:paraId="40E5B290" w14:textId="0E3EE0AD" w:rsidR="00CD03DF" w:rsidRPr="009658F0" w:rsidRDefault="00CD03DF" w:rsidP="006C1960">
      <w:pPr>
        <w:spacing w:after="120" w:line="360" w:lineRule="auto"/>
        <w:ind w:left="2160" w:hanging="2160"/>
        <w:rPr>
          <w:rFonts w:ascii="Times New Roman" w:hAnsi="Times New Roman" w:cs="Times New Roman"/>
          <w:sz w:val="24"/>
          <w:szCs w:val="24"/>
        </w:rPr>
      </w:pPr>
      <w:r w:rsidRPr="009658F0">
        <w:rPr>
          <w:rFonts w:ascii="Times New Roman" w:hAnsi="Times New Roman" w:cs="Times New Roman"/>
          <w:sz w:val="24"/>
          <w:szCs w:val="24"/>
        </w:rPr>
        <w:t xml:space="preserve">Tannaitic </w:t>
      </w:r>
      <w:r w:rsidRPr="009658F0">
        <w:rPr>
          <w:rFonts w:ascii="Times New Roman" w:hAnsi="Times New Roman" w:cs="Times New Roman"/>
          <w:sz w:val="24"/>
          <w:szCs w:val="24"/>
        </w:rPr>
        <w:tab/>
        <w:t>period of Jewish history devoted to compilation of oral law (C.E. 1-5).</w:t>
      </w:r>
    </w:p>
    <w:p w14:paraId="470005DE" w14:textId="771FFD16" w:rsidR="00CD03DF" w:rsidRPr="009658F0" w:rsidRDefault="00CD03DF"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Tetragrammaton</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t>YHVH, sacred Name of God.</w:t>
      </w:r>
    </w:p>
    <w:p w14:paraId="66EE0165" w14:textId="0F9DF4AE" w:rsidR="00CD03DF" w:rsidRPr="009658F0" w:rsidRDefault="00CD03DF" w:rsidP="006C1960">
      <w:pPr>
        <w:spacing w:after="120" w:line="360" w:lineRule="auto"/>
        <w:ind w:left="2160" w:hanging="2160"/>
        <w:rPr>
          <w:rFonts w:ascii="Times New Roman" w:hAnsi="Times New Roman" w:cs="Times New Roman"/>
          <w:sz w:val="24"/>
          <w:szCs w:val="24"/>
        </w:rPr>
      </w:pPr>
      <w:proofErr w:type="spellStart"/>
      <w:r w:rsidRPr="009658F0">
        <w:rPr>
          <w:rFonts w:ascii="Times New Roman" w:hAnsi="Times New Roman" w:cs="Times New Roman"/>
          <w:sz w:val="24"/>
          <w:szCs w:val="24"/>
        </w:rPr>
        <w:t>Tevunab</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t>a Hasidic stage in contemplation where subject-object separation disappears.</w:t>
      </w:r>
    </w:p>
    <w:p w14:paraId="53B8612C" w14:textId="3913E3AB" w:rsidR="00CD03DF" w:rsidRPr="009658F0" w:rsidRDefault="00CD03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Tikkun </w:t>
      </w:r>
      <w:r w:rsidRPr="009658F0">
        <w:rPr>
          <w:rFonts w:ascii="Times New Roman" w:hAnsi="Times New Roman" w:cs="Times New Roman"/>
          <w:sz w:val="24"/>
          <w:szCs w:val="24"/>
        </w:rPr>
        <w:tab/>
      </w:r>
      <w:r w:rsidRPr="009658F0">
        <w:rPr>
          <w:rFonts w:ascii="Times New Roman" w:hAnsi="Times New Roman" w:cs="Times New Roman"/>
          <w:sz w:val="24"/>
          <w:szCs w:val="24"/>
        </w:rPr>
        <w:tab/>
        <w:t>spiritual “correction” exercise.</w:t>
      </w:r>
    </w:p>
    <w:p w14:paraId="6374BAE3" w14:textId="6DCEB87E" w:rsidR="00CD03DF" w:rsidRPr="009658F0" w:rsidRDefault="00CD03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Tzaddik </w:t>
      </w:r>
      <w:r w:rsidRPr="009658F0">
        <w:rPr>
          <w:rFonts w:ascii="Times New Roman" w:hAnsi="Times New Roman" w:cs="Times New Roman"/>
          <w:sz w:val="24"/>
          <w:szCs w:val="24"/>
        </w:rPr>
        <w:tab/>
      </w:r>
      <w:r w:rsidRPr="009658F0">
        <w:rPr>
          <w:rFonts w:ascii="Times New Roman" w:hAnsi="Times New Roman" w:cs="Times New Roman"/>
          <w:sz w:val="24"/>
          <w:szCs w:val="24"/>
        </w:rPr>
        <w:tab/>
        <w:t>enlightened saint.</w:t>
      </w:r>
    </w:p>
    <w:p w14:paraId="10327182" w14:textId="6B4FA7CE" w:rsidR="00CD03DF" w:rsidRPr="009658F0" w:rsidRDefault="00CD03DF"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Tzeruf</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r>
      <w:r w:rsidRPr="009658F0">
        <w:rPr>
          <w:rFonts w:ascii="Times New Roman" w:hAnsi="Times New Roman" w:cs="Times New Roman"/>
          <w:sz w:val="24"/>
          <w:szCs w:val="24"/>
        </w:rPr>
        <w:tab/>
      </w:r>
      <w:r w:rsidRPr="009658F0">
        <w:rPr>
          <w:rFonts w:ascii="Times New Roman" w:hAnsi="Times New Roman" w:cs="Times New Roman"/>
          <w:sz w:val="24"/>
          <w:szCs w:val="24"/>
        </w:rPr>
        <w:tab/>
        <w:t>mental Hebrew letter permutation.</w:t>
      </w:r>
    </w:p>
    <w:p w14:paraId="7A392FEF" w14:textId="43D42268" w:rsidR="00CD03DF" w:rsidRPr="009658F0" w:rsidRDefault="00CD03DF" w:rsidP="006C1960">
      <w:pPr>
        <w:spacing w:after="120" w:line="360" w:lineRule="auto"/>
        <w:ind w:left="2160" w:hanging="2160"/>
        <w:rPr>
          <w:rFonts w:ascii="Times New Roman" w:hAnsi="Times New Roman" w:cs="Times New Roman"/>
          <w:sz w:val="24"/>
          <w:szCs w:val="24"/>
        </w:rPr>
      </w:pPr>
      <w:proofErr w:type="spellStart"/>
      <w:r w:rsidRPr="009658F0">
        <w:rPr>
          <w:rFonts w:ascii="Times New Roman" w:hAnsi="Times New Roman" w:cs="Times New Roman"/>
          <w:sz w:val="24"/>
          <w:szCs w:val="24"/>
        </w:rPr>
        <w:t>Tzizith</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t>fringes worn by men outside their clothing to observe the biblical commandment in Numbers 15: 37-41.</w:t>
      </w:r>
    </w:p>
    <w:p w14:paraId="7EF0EE5D" w14:textId="06E342BA" w:rsidR="00CD03DF" w:rsidRPr="009658F0" w:rsidRDefault="00CD03DF"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Yechidah</w:t>
      </w:r>
      <w:proofErr w:type="spellEnd"/>
      <w:r w:rsidRPr="009658F0">
        <w:rPr>
          <w:rFonts w:ascii="Times New Roman" w:hAnsi="Times New Roman" w:cs="Times New Roman"/>
          <w:sz w:val="24"/>
          <w:szCs w:val="24"/>
        </w:rPr>
        <w:t xml:space="preserve"> </w:t>
      </w:r>
      <w:r w:rsidRPr="009658F0">
        <w:rPr>
          <w:rFonts w:ascii="Times New Roman" w:hAnsi="Times New Roman" w:cs="Times New Roman"/>
          <w:sz w:val="24"/>
          <w:szCs w:val="24"/>
        </w:rPr>
        <w:tab/>
      </w:r>
      <w:r w:rsidRPr="009658F0">
        <w:rPr>
          <w:rFonts w:ascii="Times New Roman" w:hAnsi="Times New Roman" w:cs="Times New Roman"/>
          <w:sz w:val="24"/>
          <w:szCs w:val="24"/>
        </w:rPr>
        <w:tab/>
        <w:t>union with the Absolute.</w:t>
      </w:r>
    </w:p>
    <w:p w14:paraId="7BF56070" w14:textId="5F79B92E" w:rsidR="00CD03DF" w:rsidRPr="009658F0" w:rsidRDefault="00CD03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Yichud </w:t>
      </w:r>
      <w:r w:rsidRPr="009658F0">
        <w:rPr>
          <w:rFonts w:ascii="Times New Roman" w:hAnsi="Times New Roman" w:cs="Times New Roman"/>
          <w:sz w:val="24"/>
          <w:szCs w:val="24"/>
        </w:rPr>
        <w:tab/>
      </w:r>
      <w:r w:rsidRPr="009658F0">
        <w:rPr>
          <w:rFonts w:ascii="Times New Roman" w:hAnsi="Times New Roman" w:cs="Times New Roman"/>
          <w:sz w:val="24"/>
          <w:szCs w:val="24"/>
        </w:rPr>
        <w:tab/>
        <w:t>mental “binding” exercise initiated by Isaac Luria.</w:t>
      </w:r>
    </w:p>
    <w:p w14:paraId="6DADF149" w14:textId="7E53DD7A" w:rsidR="00DB24DC" w:rsidRPr="009658F0" w:rsidRDefault="00CD03DF" w:rsidP="006C1960">
      <w:pPr>
        <w:spacing w:after="120" w:line="360" w:lineRule="auto"/>
        <w:ind w:left="2160" w:hanging="2160"/>
        <w:rPr>
          <w:rFonts w:ascii="Times New Roman" w:hAnsi="Times New Roman" w:cs="Times New Roman"/>
          <w:sz w:val="24"/>
          <w:szCs w:val="24"/>
        </w:rPr>
      </w:pPr>
      <w:r w:rsidRPr="009658F0">
        <w:rPr>
          <w:rFonts w:ascii="Times New Roman" w:hAnsi="Times New Roman" w:cs="Times New Roman"/>
          <w:sz w:val="24"/>
          <w:szCs w:val="24"/>
        </w:rPr>
        <w:t xml:space="preserve">Zohar </w:t>
      </w:r>
      <w:r w:rsidRPr="009658F0">
        <w:rPr>
          <w:rFonts w:ascii="Times New Roman" w:hAnsi="Times New Roman" w:cs="Times New Roman"/>
          <w:sz w:val="24"/>
          <w:szCs w:val="24"/>
        </w:rPr>
        <w:tab/>
        <w:t>“Book of Splendor,” a 13th-century Spanish mystic's guide, central for Kabbalism from medieval times.</w:t>
      </w:r>
      <w:r w:rsidR="00DB24DC" w:rsidRPr="009658F0">
        <w:rPr>
          <w:rFonts w:ascii="Times New Roman" w:hAnsi="Times New Roman" w:cs="Times New Roman"/>
          <w:sz w:val="24"/>
          <w:szCs w:val="24"/>
        </w:rPr>
        <w:br/>
      </w:r>
    </w:p>
    <w:p w14:paraId="19355D14" w14:textId="77777777" w:rsidR="00217562" w:rsidRPr="009658F0" w:rsidRDefault="00217562" w:rsidP="006C1960">
      <w:pPr>
        <w:spacing w:after="120" w:line="360" w:lineRule="auto"/>
        <w:rPr>
          <w:rFonts w:ascii="Times New Roman" w:hAnsi="Times New Roman" w:cs="Times New Roman"/>
          <w:sz w:val="24"/>
          <w:szCs w:val="24"/>
        </w:rPr>
      </w:pPr>
    </w:p>
    <w:p w14:paraId="5C55C5F7" w14:textId="77777777" w:rsidR="00217562" w:rsidRPr="009658F0" w:rsidRDefault="00217562" w:rsidP="006C1960">
      <w:pPr>
        <w:spacing w:after="120" w:line="360" w:lineRule="auto"/>
        <w:rPr>
          <w:rFonts w:ascii="Times New Roman" w:hAnsi="Times New Roman" w:cs="Times New Roman"/>
          <w:sz w:val="24"/>
          <w:szCs w:val="24"/>
        </w:rPr>
      </w:pPr>
    </w:p>
    <w:p w14:paraId="2FF3676B" w14:textId="77777777" w:rsidR="00217562" w:rsidRPr="009658F0" w:rsidRDefault="00217562" w:rsidP="006C1960">
      <w:pPr>
        <w:spacing w:after="120" w:line="360" w:lineRule="auto"/>
        <w:rPr>
          <w:rFonts w:ascii="Times New Roman" w:hAnsi="Times New Roman" w:cs="Times New Roman"/>
          <w:sz w:val="24"/>
          <w:szCs w:val="24"/>
        </w:rPr>
      </w:pPr>
    </w:p>
    <w:p w14:paraId="6FDA967A" w14:textId="77777777" w:rsidR="00217562" w:rsidRPr="009658F0" w:rsidRDefault="00217562" w:rsidP="006C1960">
      <w:pPr>
        <w:spacing w:after="120" w:line="360" w:lineRule="auto"/>
        <w:rPr>
          <w:rFonts w:ascii="Times New Roman" w:hAnsi="Times New Roman" w:cs="Times New Roman"/>
          <w:sz w:val="24"/>
          <w:szCs w:val="24"/>
        </w:rPr>
      </w:pPr>
    </w:p>
    <w:p w14:paraId="35E8274F" w14:textId="77777777" w:rsidR="00217562" w:rsidRPr="009658F0" w:rsidRDefault="00217562" w:rsidP="006C1960">
      <w:pPr>
        <w:spacing w:after="120" w:line="360" w:lineRule="auto"/>
        <w:rPr>
          <w:rFonts w:ascii="Times New Roman" w:hAnsi="Times New Roman" w:cs="Times New Roman"/>
          <w:sz w:val="24"/>
          <w:szCs w:val="24"/>
        </w:rPr>
      </w:pPr>
    </w:p>
    <w:p w14:paraId="6D737880" w14:textId="77777777" w:rsidR="00217562" w:rsidRPr="009658F0" w:rsidRDefault="00217562" w:rsidP="006C1960">
      <w:pPr>
        <w:spacing w:after="120" w:line="360" w:lineRule="auto"/>
        <w:rPr>
          <w:rFonts w:ascii="Times New Roman" w:hAnsi="Times New Roman" w:cs="Times New Roman"/>
          <w:sz w:val="24"/>
          <w:szCs w:val="24"/>
        </w:rPr>
      </w:pPr>
    </w:p>
    <w:p w14:paraId="742FD63C" w14:textId="77777777" w:rsidR="00217562" w:rsidRPr="009658F0" w:rsidRDefault="00217562" w:rsidP="006C1960">
      <w:pPr>
        <w:spacing w:after="120" w:line="360" w:lineRule="auto"/>
        <w:rPr>
          <w:rFonts w:ascii="Times New Roman" w:hAnsi="Times New Roman" w:cs="Times New Roman"/>
          <w:sz w:val="24"/>
          <w:szCs w:val="24"/>
        </w:rPr>
      </w:pPr>
    </w:p>
    <w:p w14:paraId="2BA36FC6" w14:textId="25CC3302" w:rsidR="0056619D" w:rsidRPr="009658F0" w:rsidRDefault="0056619D" w:rsidP="006C1960">
      <w:pPr>
        <w:spacing w:line="360" w:lineRule="auto"/>
        <w:rPr>
          <w:rFonts w:ascii="Times New Roman" w:hAnsi="Times New Roman" w:cs="Times New Roman"/>
          <w:sz w:val="24"/>
          <w:szCs w:val="24"/>
          <w:highlight w:val="yellow"/>
        </w:rPr>
      </w:pPr>
    </w:p>
    <w:p w14:paraId="28544B13" w14:textId="10EC702A" w:rsidR="00217562" w:rsidRPr="009658F0" w:rsidRDefault="00217562"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lastRenderedPageBreak/>
        <w:t>VICTOR PAGE 14</w:t>
      </w:r>
    </w:p>
    <w:p w14:paraId="612D6E50" w14:textId="7111D89C" w:rsidR="0056619D" w:rsidRPr="009658F0" w:rsidRDefault="00217562"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r>
      <w:r w:rsidRPr="009658F0">
        <w:rPr>
          <w:rFonts w:ascii="Times New Roman" w:hAnsi="Times New Roman" w:cs="Times New Roman"/>
          <w:sz w:val="24"/>
          <w:szCs w:val="24"/>
          <w:u w:val="single"/>
        </w:rPr>
        <w:t>THE TREE OF LIFE</w:t>
      </w:r>
      <w:r w:rsidR="0056619D" w:rsidRPr="009658F0">
        <w:rPr>
          <w:rFonts w:ascii="Times New Roman" w:hAnsi="Times New Roman" w:cs="Times New Roman"/>
          <w:sz w:val="24"/>
          <w:szCs w:val="24"/>
        </w:rPr>
        <w:t xml:space="preserve"> </w:t>
      </w:r>
    </w:p>
    <w:p w14:paraId="57FC6F20" w14:textId="2FD5C7CC" w:rsidR="00AC2A64" w:rsidRPr="009658F0" w:rsidRDefault="00010398" w:rsidP="006C1960">
      <w:pPr>
        <w:spacing w:after="120" w:line="360" w:lineRule="auto"/>
        <w:rPr>
          <w:rFonts w:ascii="Times New Roman" w:hAnsi="Times New Roman" w:cs="Times New Roman"/>
          <w:sz w:val="24"/>
          <w:szCs w:val="24"/>
        </w:rPr>
      </w:pPr>
      <w:r w:rsidRPr="009658F0">
        <w:rPr>
          <w:rFonts w:ascii="Times New Roman" w:hAnsi="Times New Roman" w:cs="Times New Roman"/>
          <w:noProof/>
          <w:sz w:val="24"/>
          <w:szCs w:val="24"/>
        </w:rPr>
        <w:drawing>
          <wp:anchor distT="0" distB="0" distL="114300" distR="114300" simplePos="0" relativeHeight="251885568" behindDoc="1" locked="0" layoutInCell="1" allowOverlap="1" wp14:anchorId="7C867A10" wp14:editId="1772F46B">
            <wp:simplePos x="0" y="0"/>
            <wp:positionH relativeFrom="column">
              <wp:posOffset>1318804</wp:posOffset>
            </wp:positionH>
            <wp:positionV relativeFrom="page">
              <wp:posOffset>2061935</wp:posOffset>
            </wp:positionV>
            <wp:extent cx="2720340" cy="4419600"/>
            <wp:effectExtent l="0" t="0" r="3810" b="0"/>
            <wp:wrapNone/>
            <wp:docPr id="1967566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566172" name=""/>
                    <pic:cNvPicPr/>
                  </pic:nvPicPr>
                  <pic:blipFill>
                    <a:blip r:embed="rId12"/>
                    <a:stretch>
                      <a:fillRect/>
                    </a:stretch>
                  </pic:blipFill>
                  <pic:spPr>
                    <a:xfrm>
                      <a:off x="0" y="0"/>
                      <a:ext cx="2720340" cy="4419600"/>
                    </a:xfrm>
                    <a:prstGeom prst="rect">
                      <a:avLst/>
                    </a:prstGeom>
                  </pic:spPr>
                </pic:pic>
              </a:graphicData>
            </a:graphic>
          </wp:anchor>
        </w:drawing>
      </w:r>
    </w:p>
    <w:p w14:paraId="521D8B0F" w14:textId="0EAD77B3" w:rsidR="00AC2A64" w:rsidRPr="009658F0" w:rsidRDefault="00447EAF" w:rsidP="006C1960">
      <w:pPr>
        <w:spacing w:after="120" w:line="360" w:lineRule="auto"/>
        <w:jc w:val="center"/>
        <w:rPr>
          <w:rFonts w:ascii="Times New Roman" w:hAnsi="Times New Roman" w:cs="Times New Roman"/>
          <w:sz w:val="24"/>
          <w:szCs w:val="24"/>
        </w:rPr>
      </w:pPr>
      <w:r w:rsidRPr="009658F0">
        <w:rPr>
          <w:rFonts w:ascii="Times New Roman" w:hAnsi="Times New Roman" w:cs="Times New Roman"/>
          <w:noProof/>
          <w:sz w:val="24"/>
          <w:szCs w:val="24"/>
        </w:rPr>
        <mc:AlternateContent>
          <mc:Choice Requires="wps">
            <w:drawing>
              <wp:anchor distT="45720" distB="45720" distL="114300" distR="114300" simplePos="0" relativeHeight="251910144" behindDoc="0" locked="0" layoutInCell="1" allowOverlap="1" wp14:anchorId="36A728A6" wp14:editId="7D287B67">
                <wp:simplePos x="0" y="0"/>
                <wp:positionH relativeFrom="column">
                  <wp:posOffset>2317750</wp:posOffset>
                </wp:positionH>
                <wp:positionV relativeFrom="paragraph">
                  <wp:posOffset>212090</wp:posOffset>
                </wp:positionV>
                <wp:extent cx="920750" cy="269875"/>
                <wp:effectExtent l="0" t="0" r="0" b="0"/>
                <wp:wrapSquare wrapText="bothSides"/>
                <wp:docPr id="17245239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269875"/>
                        </a:xfrm>
                        <a:prstGeom prst="rect">
                          <a:avLst/>
                        </a:prstGeom>
                        <a:noFill/>
                        <a:ln w="9525">
                          <a:noFill/>
                          <a:miter lim="800000"/>
                          <a:headEnd/>
                          <a:tailEnd/>
                        </a:ln>
                      </wps:spPr>
                      <wps:txbx>
                        <w:txbxContent>
                          <w:p w14:paraId="34702945" w14:textId="4A0C006E" w:rsidR="00447EAF" w:rsidRPr="00447EAF" w:rsidRDefault="00447EAF" w:rsidP="00447EAF">
                            <w:pPr>
                              <w:spacing w:after="0"/>
                              <w:contextualSpacing/>
                              <w:rPr>
                                <w:sz w:val="14"/>
                                <w:szCs w:val="14"/>
                                <w:lang w:val="en-GB"/>
                              </w:rPr>
                            </w:pPr>
                            <w:r>
                              <w:rPr>
                                <w:sz w:val="14"/>
                                <w:szCs w:val="14"/>
                                <w:lang w:val="en-GB"/>
                              </w:rPr>
                              <w:t>The Tree of Life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A728A6" id="_x0000_t202" coordsize="21600,21600" o:spt="202" path="m,l,21600r21600,l21600,xe">
                <v:stroke joinstyle="miter"/>
                <v:path gradientshapeok="t" o:connecttype="rect"/>
              </v:shapetype>
              <v:shape id="Text Box 2" o:spid="_x0000_s1026" type="#_x0000_t202" style="position:absolute;left:0;text-align:left;margin-left:182.5pt;margin-top:16.7pt;width:72.5pt;height:21.25pt;z-index:25191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" filled="f" stroked="f">
                <v:textbox>
                  <w:txbxContent>
                    <w:p w14:paraId="34702945" w14:textId="4A0C006E" w:rsidR="00447EAF" w:rsidRPr="00447EAF" w:rsidRDefault="00447EAF" w:rsidP="00447EAF">
                      <w:pPr>
                        <w:spacing w:after="0"/>
                        <w:contextualSpacing/>
                        <w:rPr>
                          <w:sz w:val="14"/>
                          <w:szCs w:val="14"/>
                          <w:lang w:val="en-GB"/>
                        </w:rPr>
                      </w:pPr>
                      <w:r>
                        <w:rPr>
                          <w:sz w:val="14"/>
                          <w:szCs w:val="14"/>
                          <w:lang w:val="en-GB"/>
                        </w:rPr>
                        <w:t>The Tree of Life</w:t>
                      </w:r>
                    </w:p>
                  </w:txbxContent>
                </v:textbox>
                <w10:wrap type="square"/>
              </v:shape>
            </w:pict>
          </mc:Fallback>
        </mc:AlternateContent>
      </w:r>
    </w:p>
    <w:p w14:paraId="5E059041" w14:textId="73181E11" w:rsidR="0056619D" w:rsidRPr="009658F0" w:rsidRDefault="00447EAF" w:rsidP="006C1960">
      <w:pPr>
        <w:spacing w:after="120" w:line="360" w:lineRule="auto"/>
        <w:rPr>
          <w:rFonts w:ascii="Times New Roman" w:hAnsi="Times New Roman" w:cs="Times New Roman"/>
          <w:sz w:val="24"/>
          <w:szCs w:val="24"/>
        </w:rPr>
      </w:pPr>
      <w:r w:rsidRPr="009658F0">
        <w:rPr>
          <w:rFonts w:ascii="Times New Roman" w:hAnsi="Times New Roman" w:cs="Times New Roman"/>
          <w:noProof/>
          <w:sz w:val="24"/>
          <w:szCs w:val="24"/>
        </w:rPr>
        <mc:AlternateContent>
          <mc:Choice Requires="wps">
            <w:drawing>
              <wp:anchor distT="45720" distB="45720" distL="114300" distR="114300" simplePos="0" relativeHeight="251908096" behindDoc="0" locked="0" layoutInCell="1" allowOverlap="1" wp14:anchorId="22B06CBB" wp14:editId="55872C3D">
                <wp:simplePos x="0" y="0"/>
                <wp:positionH relativeFrom="column">
                  <wp:posOffset>2032000</wp:posOffset>
                </wp:positionH>
                <wp:positionV relativeFrom="paragraph">
                  <wp:posOffset>231775</wp:posOffset>
                </wp:positionV>
                <wp:extent cx="952500" cy="469900"/>
                <wp:effectExtent l="0" t="0" r="0" b="6350"/>
                <wp:wrapSquare wrapText="bothSides"/>
                <wp:docPr id="4365430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469900"/>
                        </a:xfrm>
                        <a:prstGeom prst="rect">
                          <a:avLst/>
                        </a:prstGeom>
                        <a:noFill/>
                        <a:ln w="9525">
                          <a:noFill/>
                          <a:miter lim="800000"/>
                          <a:headEnd/>
                          <a:tailEnd/>
                        </a:ln>
                      </wps:spPr>
                      <wps:txbx>
                        <w:txbxContent>
                          <w:p w14:paraId="1A23DAF0" w14:textId="137C3652" w:rsidR="00447EAF" w:rsidRDefault="00447EAF" w:rsidP="00447EAF">
                            <w:pPr>
                              <w:spacing w:after="0"/>
                              <w:contextualSpacing/>
                              <w:rPr>
                                <w:sz w:val="14"/>
                                <w:szCs w:val="14"/>
                                <w:lang w:val="en-GB"/>
                              </w:rPr>
                            </w:pPr>
                            <w:r>
                              <w:rPr>
                                <w:sz w:val="14"/>
                                <w:szCs w:val="14"/>
                                <w:lang w:val="en-GB"/>
                              </w:rPr>
                              <w:t>(Kether)</w:t>
                            </w:r>
                          </w:p>
                          <w:p w14:paraId="6C92D76A" w14:textId="048BE970" w:rsidR="00447EAF" w:rsidRPr="00447EAF" w:rsidRDefault="00447EAF" w:rsidP="00447EAF">
                            <w:pPr>
                              <w:spacing w:after="0"/>
                              <w:contextualSpacing/>
                              <w:rPr>
                                <w:sz w:val="14"/>
                                <w:szCs w:val="14"/>
                                <w:lang w:val="en-GB"/>
                              </w:rPr>
                            </w:pPr>
                            <w:r>
                              <w:rPr>
                                <w:sz w:val="14"/>
                                <w:szCs w:val="14"/>
                                <w:lang w:val="en-GB"/>
                              </w:rPr>
                              <w:t>Crown (Humility)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B06CBB" id="_x0000_s1027" type="#_x0000_t202" style="position:absolute;margin-left:160pt;margin-top:18.25pt;width:75pt;height:37pt;z-index:25190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" filled="f" stroked="f">
                <v:textbox>
                  <w:txbxContent>
                    <w:p w14:paraId="1A23DAF0" w14:textId="137C3652" w:rsidR="00447EAF" w:rsidRDefault="00447EAF" w:rsidP="00447EAF">
                      <w:pPr>
                        <w:spacing w:after="0"/>
                        <w:contextualSpacing/>
                        <w:rPr>
                          <w:sz w:val="14"/>
                          <w:szCs w:val="14"/>
                          <w:lang w:val="en-GB"/>
                        </w:rPr>
                      </w:pPr>
                      <w:r>
                        <w:rPr>
                          <w:sz w:val="14"/>
                          <w:szCs w:val="14"/>
                          <w:lang w:val="en-GB"/>
                        </w:rPr>
                        <w:t>(</w:t>
                      </w:r>
                      <w:r>
                        <w:rPr>
                          <w:sz w:val="14"/>
                          <w:szCs w:val="14"/>
                          <w:lang w:val="en-GB"/>
                        </w:rPr>
                        <w:t>Kether</w:t>
                      </w:r>
                      <w:r>
                        <w:rPr>
                          <w:sz w:val="14"/>
                          <w:szCs w:val="14"/>
                          <w:lang w:val="en-GB"/>
                        </w:rPr>
                        <w:t>)</w:t>
                      </w:r>
                    </w:p>
                    <w:p w14:paraId="6C92D76A" w14:textId="048BE970" w:rsidR="00447EAF" w:rsidRPr="00447EAF" w:rsidRDefault="00447EAF" w:rsidP="00447EAF">
                      <w:pPr>
                        <w:spacing w:after="0"/>
                        <w:contextualSpacing/>
                        <w:rPr>
                          <w:sz w:val="14"/>
                          <w:szCs w:val="14"/>
                          <w:lang w:val="en-GB"/>
                        </w:rPr>
                      </w:pPr>
                      <w:r>
                        <w:rPr>
                          <w:sz w:val="14"/>
                          <w:szCs w:val="14"/>
                          <w:lang w:val="en-GB"/>
                        </w:rPr>
                        <w:t>Crown (Humility)</w:t>
                      </w:r>
                    </w:p>
                  </w:txbxContent>
                </v:textbox>
                <w10:wrap type="square"/>
              </v:shape>
            </w:pict>
          </mc:Fallback>
        </mc:AlternateContent>
      </w:r>
    </w:p>
    <w:p w14:paraId="44D0E168" w14:textId="2FB55FC7" w:rsidR="00217562" w:rsidRPr="009658F0" w:rsidRDefault="00AC2A64" w:rsidP="006C1960">
      <w:pPr>
        <w:spacing w:after="0" w:line="360" w:lineRule="auto"/>
        <w:rPr>
          <w:rFonts w:ascii="Times New Roman" w:hAnsi="Times New Roman" w:cs="Times New Roman"/>
          <w:sz w:val="24"/>
          <w:szCs w:val="24"/>
        </w:rPr>
      </w:pPr>
      <w:r w:rsidRPr="009658F0">
        <w:rPr>
          <w:rFonts w:ascii="Times New Roman" w:hAnsi="Times New Roman" w:cs="Times New Roman"/>
          <w:noProof/>
          <w:sz w:val="24"/>
          <w:szCs w:val="24"/>
        </w:rPr>
        <mc:AlternateContent>
          <mc:Choice Requires="wps">
            <w:drawing>
              <wp:anchor distT="45720" distB="45720" distL="114300" distR="114300" simplePos="0" relativeHeight="251887616" behindDoc="0" locked="0" layoutInCell="1" allowOverlap="1" wp14:anchorId="416A6298" wp14:editId="6672A151">
                <wp:simplePos x="0" y="0"/>
                <wp:positionH relativeFrom="column">
                  <wp:posOffset>1646555</wp:posOffset>
                </wp:positionH>
                <wp:positionV relativeFrom="paragraph">
                  <wp:posOffset>181610</wp:posOffset>
                </wp:positionV>
                <wp:extent cx="508000" cy="266700"/>
                <wp:effectExtent l="0" t="0" r="0" b="0"/>
                <wp:wrapSquare wrapText="bothSides"/>
                <wp:docPr id="7673108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266700"/>
                        </a:xfrm>
                        <a:prstGeom prst="rect">
                          <a:avLst/>
                        </a:prstGeom>
                        <a:noFill/>
                        <a:ln w="9525">
                          <a:noFill/>
                          <a:miter lim="800000"/>
                          <a:headEnd/>
                          <a:tailEnd/>
                        </a:ln>
                      </wps:spPr>
                      <wps:txbx>
                        <w:txbxContent>
                          <w:p w14:paraId="69CE2F2E" w14:textId="3C10E9AB" w:rsidR="00AC2A64" w:rsidRPr="00AC2A64" w:rsidRDefault="00AC2A64">
                            <w:pPr>
                              <w:rPr>
                                <w:sz w:val="16"/>
                                <w:szCs w:val="16"/>
                                <w:lang w:val="en-GB"/>
                              </w:rPr>
                            </w:pPr>
                            <w:r w:rsidRPr="00AC2A64">
                              <w:rPr>
                                <w:sz w:val="16"/>
                                <w:szCs w:val="16"/>
                                <w:lang w:val="en-GB"/>
                              </w:rPr>
                              <w:t>Binah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6A6298" id="_x0000_s1028" type="#_x0000_t202" style="position:absolute;margin-left:129.65pt;margin-top:14.3pt;width:40pt;height:21pt;z-index:25188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" filled="f" stroked="f">
                <v:textbox>
                  <w:txbxContent>
                    <w:p w14:paraId="69CE2F2E" w14:textId="3C10E9AB" w:rsidR="00AC2A64" w:rsidRPr="00AC2A64" w:rsidRDefault="00AC2A64">
                      <w:pPr>
                        <w:rPr>
                          <w:sz w:val="16"/>
                          <w:szCs w:val="16"/>
                          <w:lang w:val="en-GB"/>
                        </w:rPr>
                      </w:pPr>
                      <w:r w:rsidRPr="00AC2A64">
                        <w:rPr>
                          <w:sz w:val="16"/>
                          <w:szCs w:val="16"/>
                          <w:lang w:val="en-GB"/>
                        </w:rPr>
                        <w:t>Binah</w:t>
                      </w:r>
                    </w:p>
                  </w:txbxContent>
                </v:textbox>
                <w10:wrap type="square"/>
              </v:shape>
            </w:pict>
          </mc:Fallback>
        </mc:AlternateContent>
      </w:r>
      <w:r w:rsidR="00217562" w:rsidRPr="009658F0">
        <w:rPr>
          <w:rFonts w:ascii="Times New Roman" w:hAnsi="Times New Roman" w:cs="Times New Roman"/>
          <w:sz w:val="24"/>
          <w:szCs w:val="24"/>
        </w:rPr>
        <w:br/>
      </w:r>
    </w:p>
    <w:p w14:paraId="630094AB" w14:textId="089C8E9D" w:rsidR="00217562" w:rsidRPr="009658F0" w:rsidRDefault="00447EAF" w:rsidP="006C1960">
      <w:pPr>
        <w:spacing w:after="120" w:line="360" w:lineRule="auto"/>
        <w:rPr>
          <w:rFonts w:ascii="Times New Roman" w:hAnsi="Times New Roman" w:cs="Times New Roman"/>
          <w:sz w:val="24"/>
          <w:szCs w:val="24"/>
        </w:rPr>
      </w:pPr>
      <w:r w:rsidRPr="009658F0">
        <w:rPr>
          <w:rFonts w:ascii="Times New Roman" w:hAnsi="Times New Roman" w:cs="Times New Roman"/>
          <w:noProof/>
          <w:sz w:val="24"/>
          <w:szCs w:val="24"/>
        </w:rPr>
        <mc:AlternateContent>
          <mc:Choice Requires="wps">
            <w:drawing>
              <wp:anchor distT="45720" distB="45720" distL="114300" distR="114300" simplePos="0" relativeHeight="251906048" behindDoc="0" locked="0" layoutInCell="1" allowOverlap="1" wp14:anchorId="4CF6025C" wp14:editId="4E64D3CA">
                <wp:simplePos x="0" y="0"/>
                <wp:positionH relativeFrom="column">
                  <wp:posOffset>4105275</wp:posOffset>
                </wp:positionH>
                <wp:positionV relativeFrom="paragraph">
                  <wp:posOffset>39370</wp:posOffset>
                </wp:positionV>
                <wp:extent cx="952500" cy="469900"/>
                <wp:effectExtent l="0" t="0" r="0" b="6350"/>
                <wp:wrapSquare wrapText="bothSides"/>
                <wp:docPr id="5242510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469900"/>
                        </a:xfrm>
                        <a:prstGeom prst="rect">
                          <a:avLst/>
                        </a:prstGeom>
                        <a:noFill/>
                        <a:ln w="9525">
                          <a:noFill/>
                          <a:miter lim="800000"/>
                          <a:headEnd/>
                          <a:tailEnd/>
                        </a:ln>
                      </wps:spPr>
                      <wps:txbx>
                        <w:txbxContent>
                          <w:p w14:paraId="7C5DA6A3" w14:textId="538C7831" w:rsidR="00447EAF" w:rsidRDefault="00447EAF" w:rsidP="00447EAF">
                            <w:pPr>
                              <w:spacing w:after="0"/>
                              <w:contextualSpacing/>
                              <w:rPr>
                                <w:sz w:val="14"/>
                                <w:szCs w:val="14"/>
                                <w:lang w:val="en-GB"/>
                              </w:rPr>
                            </w:pPr>
                            <w:r>
                              <w:rPr>
                                <w:sz w:val="14"/>
                                <w:szCs w:val="14"/>
                                <w:lang w:val="en-GB"/>
                              </w:rPr>
                              <w:t>(Hokhmah)</w:t>
                            </w:r>
                          </w:p>
                          <w:p w14:paraId="714E7929" w14:textId="42163696" w:rsidR="00447EAF" w:rsidRPr="00447EAF" w:rsidRDefault="00447EAF" w:rsidP="00447EAF">
                            <w:pPr>
                              <w:spacing w:after="0"/>
                              <w:contextualSpacing/>
                              <w:rPr>
                                <w:sz w:val="14"/>
                                <w:szCs w:val="14"/>
                                <w:lang w:val="en-GB"/>
                              </w:rPr>
                            </w:pPr>
                            <w:r>
                              <w:rPr>
                                <w:sz w:val="14"/>
                                <w:szCs w:val="14"/>
                                <w:lang w:val="en-GB"/>
                              </w:rPr>
                              <w:t>Wisdom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F6025C" id="_x0000_s1029" type="#_x0000_t202" style="position:absolute;margin-left:323.25pt;margin-top:3.1pt;width:75pt;height:37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" filled="f" stroked="f">
                <v:textbox>
                  <w:txbxContent>
                    <w:p w14:paraId="7C5DA6A3" w14:textId="538C7831" w:rsidR="00447EAF" w:rsidRDefault="00447EAF" w:rsidP="00447EAF">
                      <w:pPr>
                        <w:spacing w:after="0"/>
                        <w:contextualSpacing/>
                        <w:rPr>
                          <w:sz w:val="14"/>
                          <w:szCs w:val="14"/>
                          <w:lang w:val="en-GB"/>
                        </w:rPr>
                      </w:pPr>
                      <w:r>
                        <w:rPr>
                          <w:sz w:val="14"/>
                          <w:szCs w:val="14"/>
                          <w:lang w:val="en-GB"/>
                        </w:rPr>
                        <w:t>(</w:t>
                      </w:r>
                      <w:proofErr w:type="spellStart"/>
                      <w:r>
                        <w:rPr>
                          <w:sz w:val="14"/>
                          <w:szCs w:val="14"/>
                          <w:lang w:val="en-GB"/>
                        </w:rPr>
                        <w:t>Hokhmah</w:t>
                      </w:r>
                      <w:proofErr w:type="spellEnd"/>
                      <w:r>
                        <w:rPr>
                          <w:sz w:val="14"/>
                          <w:szCs w:val="14"/>
                          <w:lang w:val="en-GB"/>
                        </w:rPr>
                        <w:t>)</w:t>
                      </w:r>
                    </w:p>
                    <w:p w14:paraId="714E7929" w14:textId="42163696" w:rsidR="00447EAF" w:rsidRPr="00447EAF" w:rsidRDefault="00447EAF" w:rsidP="00447EAF">
                      <w:pPr>
                        <w:spacing w:after="0"/>
                        <w:contextualSpacing/>
                        <w:rPr>
                          <w:sz w:val="14"/>
                          <w:szCs w:val="14"/>
                          <w:lang w:val="en-GB"/>
                        </w:rPr>
                      </w:pPr>
                      <w:r>
                        <w:rPr>
                          <w:sz w:val="14"/>
                          <w:szCs w:val="14"/>
                          <w:lang w:val="en-GB"/>
                        </w:rPr>
                        <w:t>Wisdom</w:t>
                      </w:r>
                    </w:p>
                  </w:txbxContent>
                </v:textbox>
                <w10:wrap type="square"/>
              </v:shape>
            </w:pict>
          </mc:Fallback>
        </mc:AlternateContent>
      </w:r>
    </w:p>
    <w:p w14:paraId="74A5D2D9" w14:textId="38200A75" w:rsidR="00DB24DC" w:rsidRPr="009658F0" w:rsidRDefault="00447EAF" w:rsidP="006C1960">
      <w:pPr>
        <w:spacing w:after="120" w:line="360" w:lineRule="auto"/>
        <w:rPr>
          <w:rFonts w:ascii="Times New Roman" w:hAnsi="Times New Roman" w:cs="Times New Roman"/>
          <w:sz w:val="24"/>
          <w:szCs w:val="24"/>
        </w:rPr>
      </w:pPr>
      <w:r w:rsidRPr="009658F0">
        <w:rPr>
          <w:rFonts w:ascii="Times New Roman" w:hAnsi="Times New Roman" w:cs="Times New Roman"/>
          <w:noProof/>
          <w:sz w:val="24"/>
          <w:szCs w:val="24"/>
        </w:rPr>
        <mc:AlternateContent>
          <mc:Choice Requires="wps">
            <w:drawing>
              <wp:anchor distT="45720" distB="45720" distL="114300" distR="114300" simplePos="0" relativeHeight="251901952" behindDoc="0" locked="0" layoutInCell="1" allowOverlap="1" wp14:anchorId="60E690B5" wp14:editId="41D4CE61">
                <wp:simplePos x="0" y="0"/>
                <wp:positionH relativeFrom="column">
                  <wp:posOffset>4105275</wp:posOffset>
                </wp:positionH>
                <wp:positionV relativeFrom="paragraph">
                  <wp:posOffset>274955</wp:posOffset>
                </wp:positionV>
                <wp:extent cx="952500" cy="469900"/>
                <wp:effectExtent l="0" t="0" r="0" b="6350"/>
                <wp:wrapSquare wrapText="bothSides"/>
                <wp:docPr id="1752576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469900"/>
                        </a:xfrm>
                        <a:prstGeom prst="rect">
                          <a:avLst/>
                        </a:prstGeom>
                        <a:noFill/>
                        <a:ln w="9525">
                          <a:noFill/>
                          <a:miter lim="800000"/>
                          <a:headEnd/>
                          <a:tailEnd/>
                        </a:ln>
                      </wps:spPr>
                      <wps:txbx>
                        <w:txbxContent>
                          <w:p w14:paraId="2AEA2993" w14:textId="1C7DB2CB" w:rsidR="00447EAF" w:rsidRDefault="00447EAF" w:rsidP="00447EAF">
                            <w:pPr>
                              <w:spacing w:after="0"/>
                              <w:contextualSpacing/>
                              <w:rPr>
                                <w:sz w:val="14"/>
                                <w:szCs w:val="14"/>
                                <w:lang w:val="en-GB"/>
                              </w:rPr>
                            </w:pPr>
                            <w:r>
                              <w:rPr>
                                <w:sz w:val="14"/>
                                <w:szCs w:val="14"/>
                                <w:lang w:val="en-GB"/>
                              </w:rPr>
                              <w:t>(Hesed)</w:t>
                            </w:r>
                          </w:p>
                          <w:p w14:paraId="59E47C55" w14:textId="3A7D7576" w:rsidR="00447EAF" w:rsidRDefault="00447EAF" w:rsidP="00447EAF">
                            <w:pPr>
                              <w:spacing w:after="0"/>
                              <w:contextualSpacing/>
                              <w:rPr>
                                <w:sz w:val="14"/>
                                <w:szCs w:val="14"/>
                                <w:lang w:val="en-GB"/>
                              </w:rPr>
                            </w:pPr>
                            <w:r>
                              <w:rPr>
                                <w:sz w:val="14"/>
                                <w:szCs w:val="14"/>
                                <w:lang w:val="en-GB"/>
                              </w:rPr>
                              <w:t>Loving</w:t>
                            </w:r>
                            <w:r w:rsidR="00AC5FFB">
                              <w:rPr>
                                <w:sz w:val="14"/>
                                <w:szCs w:val="14"/>
                                <w:lang w:val="en-GB"/>
                              </w:rPr>
                              <w:t xml:space="preserve"> </w:t>
                            </w:r>
                            <w:r>
                              <w:rPr>
                                <w:sz w:val="14"/>
                                <w:szCs w:val="14"/>
                                <w:lang w:val="en-GB"/>
                              </w:rPr>
                              <w:t xml:space="preserve">kindness </w:t>
                            </w:r>
                          </w:p>
                          <w:p w14:paraId="49376B84" w14:textId="25C4EF5F" w:rsidR="00447EAF" w:rsidRPr="00447EAF" w:rsidRDefault="00447EAF" w:rsidP="00447EAF">
                            <w:pPr>
                              <w:spacing w:after="0"/>
                              <w:contextualSpacing/>
                              <w:rPr>
                                <w:sz w:val="14"/>
                                <w:szCs w:val="14"/>
                                <w:lang w:val="en-GB"/>
                              </w:rPr>
                            </w:pPr>
                            <w:r>
                              <w:rPr>
                                <w:sz w:val="14"/>
                                <w:szCs w:val="14"/>
                                <w:lang w:val="en-GB"/>
                              </w:rPr>
                              <w:t>(Proverbs)</w:t>
                            </w:r>
                          </w:p>
                          <w:p w14:paraId="7449B6BA" w14:textId="77777777" w:rsidR="00447EAF" w:rsidRPr="00447EAF" w:rsidRDefault="00447EAF" w:rsidP="00447EAF">
                            <w:pPr>
                              <w:spacing w:after="0"/>
                              <w:contextualSpacing/>
                              <w:rPr>
                                <w:sz w:val="14"/>
                                <w:szCs w:val="14"/>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E690B5" id="_x0000_t202" coordsize="21600,21600" o:spt="202" path="m,l,21600r21600,l21600,xe">
                <v:stroke joinstyle="miter"/>
                <v:path gradientshapeok="t" o:connecttype="rect"/>
              </v:shapetype>
              <v:shape id="_x0000_s1030" type="#_x0000_t202" style="position:absolute;margin-left:323.25pt;margin-top:21.65pt;width:75pt;height:37pt;z-index:25190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" filled="f" stroked="f">
                <v:textbox>
                  <w:txbxContent>
                    <w:p w14:paraId="2AEA2993" w14:textId="1C7DB2CB" w:rsidR="00447EAF" w:rsidRDefault="00447EAF" w:rsidP="00447EAF">
                      <w:pPr>
                        <w:spacing w:after="0"/>
                        <w:contextualSpacing/>
                        <w:rPr>
                          <w:sz w:val="14"/>
                          <w:szCs w:val="14"/>
                          <w:lang w:val="en-GB"/>
                        </w:rPr>
                      </w:pPr>
                      <w:r>
                        <w:rPr>
                          <w:sz w:val="14"/>
                          <w:szCs w:val="14"/>
                          <w:lang w:val="en-GB"/>
                        </w:rPr>
                        <w:t>(Hesed)</w:t>
                      </w:r>
                    </w:p>
                    <w:p w14:paraId="59E47C55" w14:textId="3A7D7576" w:rsidR="00447EAF" w:rsidRDefault="00447EAF" w:rsidP="00447EAF">
                      <w:pPr>
                        <w:spacing w:after="0"/>
                        <w:contextualSpacing/>
                        <w:rPr>
                          <w:sz w:val="14"/>
                          <w:szCs w:val="14"/>
                          <w:lang w:val="en-GB"/>
                        </w:rPr>
                      </w:pPr>
                      <w:r>
                        <w:rPr>
                          <w:sz w:val="14"/>
                          <w:szCs w:val="14"/>
                          <w:lang w:val="en-GB"/>
                        </w:rPr>
                        <w:t>Loving</w:t>
                      </w:r>
                      <w:r w:rsidR="00AC5FFB">
                        <w:rPr>
                          <w:sz w:val="14"/>
                          <w:szCs w:val="14"/>
                          <w:lang w:val="en-GB"/>
                        </w:rPr>
                        <w:t xml:space="preserve"> </w:t>
                      </w:r>
                      <w:r>
                        <w:rPr>
                          <w:sz w:val="14"/>
                          <w:szCs w:val="14"/>
                          <w:lang w:val="en-GB"/>
                        </w:rPr>
                        <w:t xml:space="preserve">kindness </w:t>
                      </w:r>
                    </w:p>
                    <w:p w14:paraId="49376B84" w14:textId="25C4EF5F" w:rsidR="00447EAF" w:rsidRPr="00447EAF" w:rsidRDefault="00447EAF" w:rsidP="00447EAF">
                      <w:pPr>
                        <w:spacing w:after="0"/>
                        <w:contextualSpacing/>
                        <w:rPr>
                          <w:sz w:val="14"/>
                          <w:szCs w:val="14"/>
                          <w:lang w:val="en-GB"/>
                        </w:rPr>
                      </w:pPr>
                      <w:r>
                        <w:rPr>
                          <w:sz w:val="14"/>
                          <w:szCs w:val="14"/>
                          <w:lang w:val="en-GB"/>
                        </w:rPr>
                        <w:t>(Proverbs)</w:t>
                      </w:r>
                    </w:p>
                    <w:p w14:paraId="7449B6BA" w14:textId="77777777" w:rsidR="00447EAF" w:rsidRPr="00447EAF" w:rsidRDefault="00447EAF" w:rsidP="00447EAF">
                      <w:pPr>
                        <w:spacing w:after="0"/>
                        <w:contextualSpacing/>
                        <w:rPr>
                          <w:sz w:val="14"/>
                          <w:szCs w:val="14"/>
                          <w:lang w:val="en-GB"/>
                        </w:rPr>
                      </w:pPr>
                    </w:p>
                  </w:txbxContent>
                </v:textbox>
                <w10:wrap type="square"/>
              </v:shape>
            </w:pict>
          </mc:Fallback>
        </mc:AlternateContent>
      </w:r>
      <w:r w:rsidRPr="009658F0">
        <w:rPr>
          <w:rFonts w:ascii="Times New Roman" w:hAnsi="Times New Roman" w:cs="Times New Roman"/>
          <w:noProof/>
          <w:sz w:val="24"/>
          <w:szCs w:val="24"/>
        </w:rPr>
        <mc:AlternateContent>
          <mc:Choice Requires="wps">
            <w:drawing>
              <wp:anchor distT="45720" distB="45720" distL="114300" distR="114300" simplePos="0" relativeHeight="251897856" behindDoc="0" locked="0" layoutInCell="1" allowOverlap="1" wp14:anchorId="5270D8F7" wp14:editId="686EE033">
                <wp:simplePos x="0" y="0"/>
                <wp:positionH relativeFrom="column">
                  <wp:posOffset>2316480</wp:posOffset>
                </wp:positionH>
                <wp:positionV relativeFrom="paragraph">
                  <wp:posOffset>316230</wp:posOffset>
                </wp:positionV>
                <wp:extent cx="717550" cy="476250"/>
                <wp:effectExtent l="0" t="0" r="0" b="0"/>
                <wp:wrapSquare wrapText="bothSides"/>
                <wp:docPr id="374318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76250"/>
                        </a:xfrm>
                        <a:prstGeom prst="rect">
                          <a:avLst/>
                        </a:prstGeom>
                        <a:noFill/>
                        <a:ln w="9525">
                          <a:noFill/>
                          <a:miter lim="800000"/>
                          <a:headEnd/>
                          <a:tailEnd/>
                        </a:ln>
                      </wps:spPr>
                      <wps:txbx>
                        <w:txbxContent>
                          <w:p w14:paraId="032E4D91" w14:textId="6F7A0D3D" w:rsidR="00447EAF" w:rsidRPr="00447EAF" w:rsidRDefault="00447EAF" w:rsidP="00447EAF">
                            <w:pPr>
                              <w:spacing w:after="0"/>
                              <w:contextualSpacing/>
                              <w:rPr>
                                <w:sz w:val="14"/>
                                <w:szCs w:val="14"/>
                                <w:lang w:val="en-GB"/>
                              </w:rPr>
                            </w:pPr>
                            <w:r>
                              <w:rPr>
                                <w:sz w:val="14"/>
                                <w:szCs w:val="14"/>
                                <w:lang w:val="en-GB"/>
                              </w:rPr>
                              <w:t>Beauty</w:t>
                            </w:r>
                          </w:p>
                          <w:p w14:paraId="226264AE" w14:textId="7ACDDBE3" w:rsidR="00447EAF" w:rsidRDefault="00447EAF" w:rsidP="00447EAF">
                            <w:pPr>
                              <w:spacing w:after="0"/>
                              <w:contextualSpacing/>
                              <w:rPr>
                                <w:sz w:val="14"/>
                                <w:szCs w:val="14"/>
                                <w:lang w:val="en-GB"/>
                              </w:rPr>
                            </w:pPr>
                            <w:r w:rsidRPr="00447EAF">
                              <w:rPr>
                                <w:sz w:val="14"/>
                                <w:szCs w:val="14"/>
                                <w:lang w:val="en-GB"/>
                              </w:rPr>
                              <w:t>(</w:t>
                            </w:r>
                            <w:r>
                              <w:rPr>
                                <w:sz w:val="14"/>
                                <w:szCs w:val="14"/>
                                <w:lang w:val="en-GB"/>
                              </w:rPr>
                              <w:t>Tifereth)</w:t>
                            </w:r>
                          </w:p>
                          <w:p w14:paraId="3E5B68D7" w14:textId="7043F014" w:rsidR="00447EAF" w:rsidRPr="00447EAF" w:rsidRDefault="00447EAF" w:rsidP="00447EAF">
                            <w:pPr>
                              <w:spacing w:after="0"/>
                              <w:contextualSpacing/>
                              <w:rPr>
                                <w:sz w:val="14"/>
                                <w:szCs w:val="14"/>
                                <w:lang w:val="en-GB"/>
                              </w:rPr>
                            </w:pPr>
                            <w:r>
                              <w:rPr>
                                <w:sz w:val="14"/>
                                <w:szCs w:val="14"/>
                                <w:lang w:val="en-GB"/>
                              </w:rPr>
                              <w:t>(Rahamim)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70D8F7" id="_x0000_s1031" type="#_x0000_t202" style="position:absolute;margin-left:182.4pt;margin-top:24.9pt;width:56.5pt;height:37.5pt;z-index:25189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" filled="f" stroked="f">
                <v:textbox>
                  <w:txbxContent>
                    <w:p w14:paraId="032E4D91" w14:textId="6F7A0D3D" w:rsidR="00447EAF" w:rsidRPr="00447EAF" w:rsidRDefault="00447EAF" w:rsidP="00447EAF">
                      <w:pPr>
                        <w:spacing w:after="0"/>
                        <w:contextualSpacing/>
                        <w:rPr>
                          <w:sz w:val="14"/>
                          <w:szCs w:val="14"/>
                          <w:lang w:val="en-GB"/>
                        </w:rPr>
                      </w:pPr>
                      <w:r>
                        <w:rPr>
                          <w:sz w:val="14"/>
                          <w:szCs w:val="14"/>
                          <w:lang w:val="en-GB"/>
                        </w:rPr>
                        <w:t>Beauty</w:t>
                      </w:r>
                    </w:p>
                    <w:p w14:paraId="226264AE" w14:textId="7ACDDBE3" w:rsidR="00447EAF" w:rsidRDefault="00447EAF" w:rsidP="00447EAF">
                      <w:pPr>
                        <w:spacing w:after="0"/>
                        <w:contextualSpacing/>
                        <w:rPr>
                          <w:sz w:val="14"/>
                          <w:szCs w:val="14"/>
                          <w:lang w:val="en-GB"/>
                        </w:rPr>
                      </w:pPr>
                      <w:r w:rsidRPr="00447EAF">
                        <w:rPr>
                          <w:sz w:val="14"/>
                          <w:szCs w:val="14"/>
                          <w:lang w:val="en-GB"/>
                        </w:rPr>
                        <w:t>(</w:t>
                      </w:r>
                      <w:proofErr w:type="spellStart"/>
                      <w:r>
                        <w:rPr>
                          <w:sz w:val="14"/>
                          <w:szCs w:val="14"/>
                          <w:lang w:val="en-GB"/>
                        </w:rPr>
                        <w:t>Tifereth</w:t>
                      </w:r>
                      <w:proofErr w:type="spellEnd"/>
                      <w:r>
                        <w:rPr>
                          <w:sz w:val="14"/>
                          <w:szCs w:val="14"/>
                          <w:lang w:val="en-GB"/>
                        </w:rPr>
                        <w:t>)</w:t>
                      </w:r>
                    </w:p>
                    <w:p w14:paraId="3E5B68D7" w14:textId="7043F014" w:rsidR="00447EAF" w:rsidRPr="00447EAF" w:rsidRDefault="00447EAF" w:rsidP="00447EAF">
                      <w:pPr>
                        <w:spacing w:after="0"/>
                        <w:contextualSpacing/>
                        <w:rPr>
                          <w:sz w:val="14"/>
                          <w:szCs w:val="14"/>
                          <w:lang w:val="en-GB"/>
                        </w:rPr>
                      </w:pPr>
                      <w:r>
                        <w:rPr>
                          <w:sz w:val="14"/>
                          <w:szCs w:val="14"/>
                          <w:lang w:val="en-GB"/>
                        </w:rPr>
                        <w:t>(</w:t>
                      </w:r>
                      <w:proofErr w:type="spellStart"/>
                      <w:r>
                        <w:rPr>
                          <w:sz w:val="14"/>
                          <w:szCs w:val="14"/>
                          <w:lang w:val="en-GB"/>
                        </w:rPr>
                        <w:t>Rahamim</w:t>
                      </w:r>
                      <w:proofErr w:type="spellEnd"/>
                      <w:r>
                        <w:rPr>
                          <w:sz w:val="14"/>
                          <w:szCs w:val="14"/>
                          <w:lang w:val="en-GB"/>
                        </w:rPr>
                        <w:t>)</w:t>
                      </w:r>
                    </w:p>
                  </w:txbxContent>
                </v:textbox>
                <w10:wrap type="square"/>
              </v:shape>
            </w:pict>
          </mc:Fallback>
        </mc:AlternateContent>
      </w:r>
      <w:r w:rsidR="00AC2A64" w:rsidRPr="009658F0">
        <w:rPr>
          <w:rFonts w:ascii="Times New Roman" w:hAnsi="Times New Roman" w:cs="Times New Roman"/>
          <w:noProof/>
          <w:sz w:val="24"/>
          <w:szCs w:val="24"/>
        </w:rPr>
        <mc:AlternateContent>
          <mc:Choice Requires="wps">
            <w:drawing>
              <wp:anchor distT="45720" distB="45720" distL="114300" distR="114300" simplePos="0" relativeHeight="251889664" behindDoc="0" locked="0" layoutInCell="1" allowOverlap="1" wp14:anchorId="3F47CE27" wp14:editId="02FD50A8">
                <wp:simplePos x="0" y="0"/>
                <wp:positionH relativeFrom="column">
                  <wp:posOffset>504825</wp:posOffset>
                </wp:positionH>
                <wp:positionV relativeFrom="paragraph">
                  <wp:posOffset>195580</wp:posOffset>
                </wp:positionV>
                <wp:extent cx="859155" cy="892175"/>
                <wp:effectExtent l="0" t="0" r="0" b="3175"/>
                <wp:wrapSquare wrapText="bothSides"/>
                <wp:docPr id="15757819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892175"/>
                        </a:xfrm>
                        <a:prstGeom prst="rect">
                          <a:avLst/>
                        </a:prstGeom>
                        <a:noFill/>
                        <a:ln w="9525">
                          <a:noFill/>
                          <a:miter lim="800000"/>
                          <a:headEnd/>
                          <a:tailEnd/>
                        </a:ln>
                      </wps:spPr>
                      <wps:txbx>
                        <w:txbxContent>
                          <w:p w14:paraId="3AFC88B4" w14:textId="3BD8F4EA" w:rsidR="00AC2A64" w:rsidRDefault="00AC2A64" w:rsidP="00AC2A64">
                            <w:pPr>
                              <w:spacing w:after="0" w:line="240" w:lineRule="auto"/>
                              <w:contextualSpacing/>
                              <w:rPr>
                                <w:sz w:val="16"/>
                                <w:szCs w:val="16"/>
                                <w:lang w:val="en-GB"/>
                              </w:rPr>
                            </w:pPr>
                            <w:r>
                              <w:rPr>
                                <w:sz w:val="16"/>
                                <w:szCs w:val="16"/>
                                <w:lang w:val="en-GB"/>
                              </w:rPr>
                              <w:t>Power</w:t>
                            </w:r>
                          </w:p>
                          <w:p w14:paraId="4E7964BE" w14:textId="5A70F540" w:rsidR="00AC2A64" w:rsidRDefault="00AC2A64" w:rsidP="00AC2A64">
                            <w:pPr>
                              <w:spacing w:after="0"/>
                              <w:contextualSpacing/>
                              <w:rPr>
                                <w:sz w:val="16"/>
                                <w:szCs w:val="16"/>
                                <w:lang w:val="en-GB"/>
                              </w:rPr>
                            </w:pPr>
                            <w:r>
                              <w:rPr>
                                <w:sz w:val="16"/>
                                <w:szCs w:val="16"/>
                                <w:lang w:val="en-GB"/>
                              </w:rPr>
                              <w:t>Stern judgment</w:t>
                            </w:r>
                          </w:p>
                          <w:p w14:paraId="4FC69896" w14:textId="0EDF0ED1" w:rsidR="00AC2A64" w:rsidRDefault="00AC2A64" w:rsidP="00AC2A64">
                            <w:pPr>
                              <w:spacing w:after="0"/>
                              <w:contextualSpacing/>
                              <w:rPr>
                                <w:sz w:val="16"/>
                                <w:szCs w:val="16"/>
                                <w:lang w:val="en-GB"/>
                              </w:rPr>
                            </w:pPr>
                            <w:r>
                              <w:rPr>
                                <w:sz w:val="16"/>
                                <w:szCs w:val="16"/>
                                <w:lang w:val="en-GB"/>
                              </w:rPr>
                              <w:t xml:space="preserve">Ecclesiastes </w:t>
                            </w:r>
                          </w:p>
                          <w:p w14:paraId="500AF60D" w14:textId="515DA2A0" w:rsidR="00AC2A64" w:rsidRDefault="00AC2A64" w:rsidP="00AC2A64">
                            <w:pPr>
                              <w:spacing w:after="0"/>
                              <w:contextualSpacing/>
                              <w:rPr>
                                <w:sz w:val="16"/>
                                <w:szCs w:val="16"/>
                                <w:lang w:val="en-GB"/>
                              </w:rPr>
                            </w:pPr>
                            <w:r>
                              <w:rPr>
                                <w:sz w:val="16"/>
                                <w:szCs w:val="16"/>
                                <w:lang w:val="en-GB"/>
                              </w:rPr>
                              <w:t xml:space="preserve">(Din) </w:t>
                            </w:r>
                          </w:p>
                          <w:p w14:paraId="4EEBF1F3" w14:textId="2091B4ED" w:rsidR="00AC2A64" w:rsidRPr="00AC2A64" w:rsidRDefault="00AC2A64" w:rsidP="00AC2A64">
                            <w:pPr>
                              <w:spacing w:after="0"/>
                              <w:contextualSpacing/>
                              <w:rPr>
                                <w:sz w:val="16"/>
                                <w:szCs w:val="16"/>
                                <w:lang w:val="en-GB"/>
                              </w:rPr>
                            </w:pPr>
                            <w:r>
                              <w:rPr>
                                <w:sz w:val="16"/>
                                <w:szCs w:val="16"/>
                                <w:lang w:val="en-GB"/>
                              </w:rPr>
                              <w:t>Or Gevurrah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7CE27" id="_x0000_s1032" type="#_x0000_t202" style="position:absolute;margin-left:39.75pt;margin-top:15.4pt;width:67.65pt;height:70.25pt;z-index:25188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" filled="f" stroked="f">
                <v:textbox>
                  <w:txbxContent>
                    <w:p w14:paraId="3AFC88B4" w14:textId="3BD8F4EA" w:rsidR="00AC2A64" w:rsidRDefault="00AC2A64" w:rsidP="00AC2A64">
                      <w:pPr>
                        <w:spacing w:after="0" w:line="240" w:lineRule="auto"/>
                        <w:contextualSpacing/>
                        <w:rPr>
                          <w:sz w:val="16"/>
                          <w:szCs w:val="16"/>
                          <w:lang w:val="en-GB"/>
                        </w:rPr>
                      </w:pPr>
                      <w:r>
                        <w:rPr>
                          <w:sz w:val="16"/>
                          <w:szCs w:val="16"/>
                          <w:lang w:val="en-GB"/>
                        </w:rPr>
                        <w:t>Power</w:t>
                      </w:r>
                    </w:p>
                    <w:p w14:paraId="4E7964BE" w14:textId="5A70F540" w:rsidR="00AC2A64" w:rsidRDefault="00AC2A64" w:rsidP="00AC2A64">
                      <w:pPr>
                        <w:spacing w:after="0"/>
                        <w:contextualSpacing/>
                        <w:rPr>
                          <w:sz w:val="16"/>
                          <w:szCs w:val="16"/>
                          <w:lang w:val="en-GB"/>
                        </w:rPr>
                      </w:pPr>
                      <w:r>
                        <w:rPr>
                          <w:sz w:val="16"/>
                          <w:szCs w:val="16"/>
                          <w:lang w:val="en-GB"/>
                        </w:rPr>
                        <w:t>Stern judgment</w:t>
                      </w:r>
                    </w:p>
                    <w:p w14:paraId="4FC69896" w14:textId="0EDF0ED1" w:rsidR="00AC2A64" w:rsidRDefault="00AC2A64" w:rsidP="00AC2A64">
                      <w:pPr>
                        <w:spacing w:after="0"/>
                        <w:contextualSpacing/>
                        <w:rPr>
                          <w:sz w:val="16"/>
                          <w:szCs w:val="16"/>
                          <w:lang w:val="en-GB"/>
                        </w:rPr>
                      </w:pPr>
                      <w:r>
                        <w:rPr>
                          <w:sz w:val="16"/>
                          <w:szCs w:val="16"/>
                          <w:lang w:val="en-GB"/>
                        </w:rPr>
                        <w:t xml:space="preserve">Ecclesiastes </w:t>
                      </w:r>
                    </w:p>
                    <w:p w14:paraId="500AF60D" w14:textId="515DA2A0" w:rsidR="00AC2A64" w:rsidRDefault="00AC2A64" w:rsidP="00AC2A64">
                      <w:pPr>
                        <w:spacing w:after="0"/>
                        <w:contextualSpacing/>
                        <w:rPr>
                          <w:sz w:val="16"/>
                          <w:szCs w:val="16"/>
                          <w:lang w:val="en-GB"/>
                        </w:rPr>
                      </w:pPr>
                      <w:r>
                        <w:rPr>
                          <w:sz w:val="16"/>
                          <w:szCs w:val="16"/>
                          <w:lang w:val="en-GB"/>
                        </w:rPr>
                        <w:t xml:space="preserve">(Din) </w:t>
                      </w:r>
                    </w:p>
                    <w:p w14:paraId="4EEBF1F3" w14:textId="2091B4ED" w:rsidR="00AC2A64" w:rsidRPr="00AC2A64" w:rsidRDefault="00AC2A64" w:rsidP="00AC2A64">
                      <w:pPr>
                        <w:spacing w:after="0"/>
                        <w:contextualSpacing/>
                        <w:rPr>
                          <w:sz w:val="16"/>
                          <w:szCs w:val="16"/>
                          <w:lang w:val="en-GB"/>
                        </w:rPr>
                      </w:pPr>
                      <w:r>
                        <w:rPr>
                          <w:sz w:val="16"/>
                          <w:szCs w:val="16"/>
                          <w:lang w:val="en-GB"/>
                        </w:rPr>
                        <w:t>Or Gevurrah</w:t>
                      </w:r>
                    </w:p>
                  </w:txbxContent>
                </v:textbox>
                <w10:wrap type="square"/>
              </v:shape>
            </w:pict>
          </mc:Fallback>
        </mc:AlternateContent>
      </w:r>
    </w:p>
    <w:p w14:paraId="0DF4DFEB" w14:textId="79BC4FD4" w:rsidR="00B6638C" w:rsidRPr="009658F0" w:rsidRDefault="00B6638C" w:rsidP="006C1960">
      <w:pPr>
        <w:spacing w:after="120" w:line="360" w:lineRule="auto"/>
        <w:rPr>
          <w:rFonts w:ascii="Times New Roman" w:hAnsi="Times New Roman" w:cs="Times New Roman"/>
          <w:sz w:val="24"/>
          <w:szCs w:val="24"/>
        </w:rPr>
      </w:pPr>
    </w:p>
    <w:p w14:paraId="700D3B94" w14:textId="2D224661" w:rsidR="00097618" w:rsidRPr="009658F0" w:rsidRDefault="00447EAF" w:rsidP="006C1960">
      <w:pPr>
        <w:spacing w:after="120" w:line="360" w:lineRule="auto"/>
        <w:rPr>
          <w:rFonts w:ascii="Times New Roman" w:hAnsi="Times New Roman" w:cs="Times New Roman"/>
          <w:sz w:val="24"/>
          <w:szCs w:val="24"/>
          <w:highlight w:val="yellow"/>
        </w:rPr>
      </w:pPr>
      <w:r w:rsidRPr="009658F0">
        <w:rPr>
          <w:rFonts w:ascii="Times New Roman" w:hAnsi="Times New Roman" w:cs="Times New Roman"/>
          <w:noProof/>
          <w:sz w:val="24"/>
          <w:szCs w:val="24"/>
        </w:rPr>
        <mc:AlternateContent>
          <mc:Choice Requires="wps">
            <w:drawing>
              <wp:anchor distT="45720" distB="45720" distL="114300" distR="114300" simplePos="0" relativeHeight="251904000" behindDoc="0" locked="0" layoutInCell="1" allowOverlap="1" wp14:anchorId="278E26A4" wp14:editId="3EAFF75D">
                <wp:simplePos x="0" y="0"/>
                <wp:positionH relativeFrom="column">
                  <wp:posOffset>4105275</wp:posOffset>
                </wp:positionH>
                <wp:positionV relativeFrom="paragraph">
                  <wp:posOffset>286385</wp:posOffset>
                </wp:positionV>
                <wp:extent cx="952500" cy="469900"/>
                <wp:effectExtent l="0" t="0" r="0" b="6350"/>
                <wp:wrapSquare wrapText="bothSides"/>
                <wp:docPr id="606255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469900"/>
                        </a:xfrm>
                        <a:prstGeom prst="rect">
                          <a:avLst/>
                        </a:prstGeom>
                        <a:noFill/>
                        <a:ln w="9525">
                          <a:noFill/>
                          <a:miter lim="800000"/>
                          <a:headEnd/>
                          <a:tailEnd/>
                        </a:ln>
                      </wps:spPr>
                      <wps:txbx>
                        <w:txbxContent>
                          <w:p w14:paraId="6443E397" w14:textId="00C6AE42" w:rsidR="00447EAF" w:rsidRDefault="00447EAF" w:rsidP="00447EAF">
                            <w:pPr>
                              <w:spacing w:after="0"/>
                              <w:contextualSpacing/>
                              <w:rPr>
                                <w:sz w:val="14"/>
                                <w:szCs w:val="14"/>
                                <w:lang w:val="en-GB"/>
                              </w:rPr>
                            </w:pPr>
                            <w:r>
                              <w:rPr>
                                <w:sz w:val="14"/>
                                <w:szCs w:val="14"/>
                                <w:lang w:val="en-GB"/>
                              </w:rPr>
                              <w:t>Lasting Endurance</w:t>
                            </w:r>
                          </w:p>
                          <w:p w14:paraId="66322F57" w14:textId="7CFB1F5D" w:rsidR="00447EAF" w:rsidRDefault="00447EAF" w:rsidP="00447EAF">
                            <w:pPr>
                              <w:spacing w:after="0"/>
                              <w:contextualSpacing/>
                              <w:rPr>
                                <w:sz w:val="14"/>
                                <w:szCs w:val="14"/>
                                <w:lang w:val="en-GB"/>
                              </w:rPr>
                            </w:pPr>
                            <w:r>
                              <w:rPr>
                                <w:sz w:val="14"/>
                                <w:szCs w:val="14"/>
                                <w:lang w:val="en-GB"/>
                              </w:rPr>
                              <w:t>(Netsah)</w:t>
                            </w:r>
                          </w:p>
                          <w:p w14:paraId="1CBA57B1" w14:textId="7504C9DE" w:rsidR="00447EAF" w:rsidRPr="00447EAF" w:rsidRDefault="00447EAF" w:rsidP="00447EAF">
                            <w:pPr>
                              <w:spacing w:after="0"/>
                              <w:contextualSpacing/>
                              <w:rPr>
                                <w:sz w:val="14"/>
                                <w:szCs w:val="14"/>
                                <w:lang w:val="en-GB"/>
                              </w:rPr>
                            </w:pPr>
                            <w:r>
                              <w:rPr>
                                <w:sz w:val="14"/>
                                <w:szCs w:val="14"/>
                                <w:lang w:val="en-GB"/>
                              </w:rPr>
                              <w:t>Victory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8E26A4" id="_x0000_s1033" type="#_x0000_t202" style="position:absolute;margin-left:323.25pt;margin-top:22.55pt;width:75pt;height:37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" filled="f" stroked="f">
                <v:textbox>
                  <w:txbxContent>
                    <w:p w14:paraId="6443E397" w14:textId="00C6AE42" w:rsidR="00447EAF" w:rsidRDefault="00447EAF" w:rsidP="00447EAF">
                      <w:pPr>
                        <w:spacing w:after="0"/>
                        <w:contextualSpacing/>
                        <w:rPr>
                          <w:sz w:val="14"/>
                          <w:szCs w:val="14"/>
                          <w:lang w:val="en-GB"/>
                        </w:rPr>
                      </w:pPr>
                      <w:r>
                        <w:rPr>
                          <w:sz w:val="14"/>
                          <w:szCs w:val="14"/>
                          <w:lang w:val="en-GB"/>
                        </w:rPr>
                        <w:t>Lasting Endurance</w:t>
                      </w:r>
                    </w:p>
                    <w:p w14:paraId="66322F57" w14:textId="7CFB1F5D" w:rsidR="00447EAF" w:rsidRDefault="00447EAF" w:rsidP="00447EAF">
                      <w:pPr>
                        <w:spacing w:after="0"/>
                        <w:contextualSpacing/>
                        <w:rPr>
                          <w:sz w:val="14"/>
                          <w:szCs w:val="14"/>
                          <w:lang w:val="en-GB"/>
                        </w:rPr>
                      </w:pPr>
                      <w:r>
                        <w:rPr>
                          <w:sz w:val="14"/>
                          <w:szCs w:val="14"/>
                          <w:lang w:val="en-GB"/>
                        </w:rPr>
                        <w:t>(</w:t>
                      </w:r>
                      <w:proofErr w:type="spellStart"/>
                      <w:r>
                        <w:rPr>
                          <w:sz w:val="14"/>
                          <w:szCs w:val="14"/>
                          <w:lang w:val="en-GB"/>
                        </w:rPr>
                        <w:t>Netsah</w:t>
                      </w:r>
                      <w:proofErr w:type="spellEnd"/>
                      <w:r>
                        <w:rPr>
                          <w:sz w:val="14"/>
                          <w:szCs w:val="14"/>
                          <w:lang w:val="en-GB"/>
                        </w:rPr>
                        <w:t>)</w:t>
                      </w:r>
                    </w:p>
                    <w:p w14:paraId="1CBA57B1" w14:textId="7504C9DE" w:rsidR="00447EAF" w:rsidRPr="00447EAF" w:rsidRDefault="00447EAF" w:rsidP="00447EAF">
                      <w:pPr>
                        <w:spacing w:after="0"/>
                        <w:contextualSpacing/>
                        <w:rPr>
                          <w:sz w:val="14"/>
                          <w:szCs w:val="14"/>
                          <w:lang w:val="en-GB"/>
                        </w:rPr>
                      </w:pPr>
                      <w:r>
                        <w:rPr>
                          <w:sz w:val="14"/>
                          <w:szCs w:val="14"/>
                          <w:lang w:val="en-GB"/>
                        </w:rPr>
                        <w:t>Victory</w:t>
                      </w:r>
                    </w:p>
                  </w:txbxContent>
                </v:textbox>
                <w10:wrap type="square"/>
              </v:shape>
            </w:pict>
          </mc:Fallback>
        </mc:AlternateContent>
      </w:r>
      <w:r w:rsidRPr="009658F0">
        <w:rPr>
          <w:rFonts w:ascii="Times New Roman" w:hAnsi="Times New Roman" w:cs="Times New Roman"/>
          <w:noProof/>
          <w:sz w:val="24"/>
          <w:szCs w:val="24"/>
        </w:rPr>
        <mc:AlternateContent>
          <mc:Choice Requires="wps">
            <w:drawing>
              <wp:anchor distT="45720" distB="45720" distL="114300" distR="114300" simplePos="0" relativeHeight="251899904" behindDoc="0" locked="0" layoutInCell="1" allowOverlap="1" wp14:anchorId="44452161" wp14:editId="3268883D">
                <wp:simplePos x="0" y="0"/>
                <wp:positionH relativeFrom="column">
                  <wp:posOffset>4038600</wp:posOffset>
                </wp:positionH>
                <wp:positionV relativeFrom="paragraph">
                  <wp:posOffset>48260</wp:posOffset>
                </wp:positionV>
                <wp:extent cx="952500" cy="254000"/>
                <wp:effectExtent l="0" t="0" r="0" b="0"/>
                <wp:wrapSquare wrapText="bothSides"/>
                <wp:docPr id="1097247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54000"/>
                        </a:xfrm>
                        <a:prstGeom prst="rect">
                          <a:avLst/>
                        </a:prstGeom>
                        <a:noFill/>
                        <a:ln w="9525">
                          <a:noFill/>
                          <a:miter lim="800000"/>
                          <a:headEnd/>
                          <a:tailEnd/>
                        </a:ln>
                      </wps:spPr>
                      <wps:txbx>
                        <w:txbxContent>
                          <w:p w14:paraId="3B3F8544" w14:textId="39CDF41B" w:rsidR="00447EAF" w:rsidRPr="00447EAF" w:rsidRDefault="00447EAF" w:rsidP="00447EAF">
                            <w:pPr>
                              <w:spacing w:after="0"/>
                              <w:contextualSpacing/>
                              <w:rPr>
                                <w:sz w:val="14"/>
                                <w:szCs w:val="14"/>
                                <w:lang w:val="en-GB"/>
                              </w:rPr>
                            </w:pPr>
                            <w:r>
                              <w:rPr>
                                <w:sz w:val="14"/>
                                <w:szCs w:val="14"/>
                                <w:lang w:val="en-GB"/>
                              </w:rPr>
                              <w:t>(Song of Songs)</w:t>
                            </w:r>
                          </w:p>
                          <w:p w14:paraId="04740502" w14:textId="3AB54B9C" w:rsidR="00447EAF" w:rsidRPr="00447EAF" w:rsidRDefault="00447EAF" w:rsidP="00447EAF">
                            <w:pPr>
                              <w:spacing w:after="0"/>
                              <w:contextualSpacing/>
                              <w:rPr>
                                <w:sz w:val="14"/>
                                <w:szCs w:val="14"/>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52161" id="_x0000_s1034" type="#_x0000_t202" style="position:absolute;margin-left:318pt;margin-top:3.8pt;width:75pt;height:20pt;z-index:25189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" filled="f" stroked="f">
                <v:textbox>
                  <w:txbxContent>
                    <w:p w14:paraId="3B3F8544" w14:textId="39CDF41B" w:rsidR="00447EAF" w:rsidRPr="00447EAF" w:rsidRDefault="00447EAF" w:rsidP="00447EAF">
                      <w:pPr>
                        <w:spacing w:after="0"/>
                        <w:contextualSpacing/>
                        <w:rPr>
                          <w:sz w:val="14"/>
                          <w:szCs w:val="14"/>
                          <w:lang w:val="en-GB"/>
                        </w:rPr>
                      </w:pPr>
                      <w:r>
                        <w:rPr>
                          <w:sz w:val="14"/>
                          <w:szCs w:val="14"/>
                          <w:lang w:val="en-GB"/>
                        </w:rPr>
                        <w:t>(Song of Songs)</w:t>
                      </w:r>
                    </w:p>
                    <w:p w14:paraId="04740502" w14:textId="3AB54B9C" w:rsidR="00447EAF" w:rsidRPr="00447EAF" w:rsidRDefault="00447EAF" w:rsidP="00447EAF">
                      <w:pPr>
                        <w:spacing w:after="0"/>
                        <w:contextualSpacing/>
                        <w:rPr>
                          <w:sz w:val="14"/>
                          <w:szCs w:val="14"/>
                          <w:lang w:val="en-GB"/>
                        </w:rPr>
                      </w:pPr>
                    </w:p>
                  </w:txbxContent>
                </v:textbox>
                <w10:wrap type="square"/>
              </v:shape>
            </w:pict>
          </mc:Fallback>
        </mc:AlternateContent>
      </w:r>
      <w:r w:rsidR="00217562" w:rsidRPr="009658F0">
        <w:rPr>
          <w:rFonts w:ascii="Times New Roman" w:hAnsi="Times New Roman" w:cs="Times New Roman"/>
          <w:sz w:val="24"/>
          <w:szCs w:val="24"/>
        </w:rPr>
        <w:br/>
      </w:r>
    </w:p>
    <w:p w14:paraId="72E1B01D" w14:textId="031EE54C" w:rsidR="00097618" w:rsidRPr="009658F0" w:rsidRDefault="00447EAF" w:rsidP="006C1960">
      <w:pPr>
        <w:spacing w:line="360" w:lineRule="auto"/>
        <w:rPr>
          <w:rFonts w:ascii="Times New Roman" w:hAnsi="Times New Roman" w:cs="Times New Roman"/>
          <w:sz w:val="24"/>
          <w:szCs w:val="24"/>
          <w:highlight w:val="yellow"/>
        </w:rPr>
      </w:pPr>
      <w:r w:rsidRPr="009658F0">
        <w:rPr>
          <w:rFonts w:ascii="Times New Roman" w:hAnsi="Times New Roman" w:cs="Times New Roman"/>
          <w:noProof/>
          <w:sz w:val="24"/>
          <w:szCs w:val="24"/>
        </w:rPr>
        <mc:AlternateContent>
          <mc:Choice Requires="wps">
            <w:drawing>
              <wp:anchor distT="45720" distB="45720" distL="114300" distR="114300" simplePos="0" relativeHeight="251891712" behindDoc="0" locked="0" layoutInCell="1" allowOverlap="1" wp14:anchorId="3864BB40" wp14:editId="612AADD7">
                <wp:simplePos x="0" y="0"/>
                <wp:positionH relativeFrom="column">
                  <wp:posOffset>1457325</wp:posOffset>
                </wp:positionH>
                <wp:positionV relativeFrom="paragraph">
                  <wp:posOffset>290195</wp:posOffset>
                </wp:positionV>
                <wp:extent cx="859155" cy="476250"/>
                <wp:effectExtent l="0" t="0" r="0" b="0"/>
                <wp:wrapSquare wrapText="bothSides"/>
                <wp:docPr id="1386878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476250"/>
                        </a:xfrm>
                        <a:prstGeom prst="rect">
                          <a:avLst/>
                        </a:prstGeom>
                        <a:noFill/>
                        <a:ln w="9525">
                          <a:noFill/>
                          <a:miter lim="800000"/>
                          <a:headEnd/>
                          <a:tailEnd/>
                        </a:ln>
                      </wps:spPr>
                      <wps:txbx>
                        <w:txbxContent>
                          <w:p w14:paraId="41BD8A9F" w14:textId="66D4FC07" w:rsidR="00AC2A64" w:rsidRDefault="00AC2A64" w:rsidP="00AC2A64">
                            <w:pPr>
                              <w:spacing w:after="0"/>
                              <w:contextualSpacing/>
                              <w:rPr>
                                <w:sz w:val="16"/>
                                <w:szCs w:val="16"/>
                                <w:lang w:val="en-GB"/>
                              </w:rPr>
                            </w:pPr>
                            <w:r>
                              <w:rPr>
                                <w:sz w:val="16"/>
                                <w:szCs w:val="16"/>
                                <w:lang w:val="en-GB"/>
                              </w:rPr>
                              <w:t>Majesty</w:t>
                            </w:r>
                          </w:p>
                          <w:p w14:paraId="040CAC2B" w14:textId="0276AAC8" w:rsidR="00AC2A64" w:rsidRPr="00AC2A64" w:rsidRDefault="00AC2A64" w:rsidP="00AC2A64">
                            <w:pPr>
                              <w:spacing w:after="0"/>
                              <w:contextualSpacing/>
                              <w:rPr>
                                <w:sz w:val="16"/>
                                <w:szCs w:val="16"/>
                                <w:lang w:val="en-GB"/>
                              </w:rPr>
                            </w:pPr>
                            <w:r>
                              <w:rPr>
                                <w:sz w:val="16"/>
                                <w:szCs w:val="16"/>
                                <w:lang w:val="en-GB"/>
                              </w:rPr>
                              <w:t>Hod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64BB40" id="_x0000_s1035" type="#_x0000_t202" style="position:absolute;margin-left:114.75pt;margin-top:22.85pt;width:67.65pt;height:37.5pt;z-index:25189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" filled="f" stroked="f">
                <v:textbox>
                  <w:txbxContent>
                    <w:p w14:paraId="41BD8A9F" w14:textId="66D4FC07" w:rsidR="00AC2A64" w:rsidRDefault="00AC2A64" w:rsidP="00AC2A64">
                      <w:pPr>
                        <w:spacing w:after="0"/>
                        <w:contextualSpacing/>
                        <w:rPr>
                          <w:sz w:val="16"/>
                          <w:szCs w:val="16"/>
                          <w:lang w:val="en-GB"/>
                        </w:rPr>
                      </w:pPr>
                      <w:r>
                        <w:rPr>
                          <w:sz w:val="16"/>
                          <w:szCs w:val="16"/>
                          <w:lang w:val="en-GB"/>
                        </w:rPr>
                        <w:t>Majesty</w:t>
                      </w:r>
                    </w:p>
                    <w:p w14:paraId="040CAC2B" w14:textId="0276AAC8" w:rsidR="00AC2A64" w:rsidRPr="00AC2A64" w:rsidRDefault="00AC2A64" w:rsidP="00AC2A64">
                      <w:pPr>
                        <w:spacing w:after="0"/>
                        <w:contextualSpacing/>
                        <w:rPr>
                          <w:sz w:val="16"/>
                          <w:szCs w:val="16"/>
                          <w:lang w:val="en-GB"/>
                        </w:rPr>
                      </w:pPr>
                      <w:r>
                        <w:rPr>
                          <w:sz w:val="16"/>
                          <w:szCs w:val="16"/>
                          <w:lang w:val="en-GB"/>
                        </w:rPr>
                        <w:t>Hod</w:t>
                      </w:r>
                    </w:p>
                  </w:txbxContent>
                </v:textbox>
                <w10:wrap type="square"/>
              </v:shape>
            </w:pict>
          </mc:Fallback>
        </mc:AlternateContent>
      </w:r>
      <w:r w:rsidR="00AC2A64" w:rsidRPr="009658F0">
        <w:rPr>
          <w:rFonts w:ascii="Times New Roman" w:hAnsi="Times New Roman" w:cs="Times New Roman"/>
          <w:noProof/>
          <w:sz w:val="24"/>
          <w:szCs w:val="24"/>
        </w:rPr>
        <mc:AlternateContent>
          <mc:Choice Requires="wps">
            <w:drawing>
              <wp:anchor distT="45720" distB="45720" distL="114300" distR="114300" simplePos="0" relativeHeight="251895808" behindDoc="0" locked="0" layoutInCell="1" allowOverlap="1" wp14:anchorId="2099FA4E" wp14:editId="1A9228AE">
                <wp:simplePos x="0" y="0"/>
                <wp:positionH relativeFrom="column">
                  <wp:posOffset>3498850</wp:posOffset>
                </wp:positionH>
                <wp:positionV relativeFrom="paragraph">
                  <wp:posOffset>417195</wp:posOffset>
                </wp:positionV>
                <wp:extent cx="717550" cy="476250"/>
                <wp:effectExtent l="0" t="0" r="0" b="0"/>
                <wp:wrapSquare wrapText="bothSides"/>
                <wp:docPr id="456377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76250"/>
                        </a:xfrm>
                        <a:prstGeom prst="rect">
                          <a:avLst/>
                        </a:prstGeom>
                        <a:noFill/>
                        <a:ln w="9525">
                          <a:noFill/>
                          <a:miter lim="800000"/>
                          <a:headEnd/>
                          <a:tailEnd/>
                        </a:ln>
                      </wps:spPr>
                      <wps:txbx>
                        <w:txbxContent>
                          <w:p w14:paraId="44E536E3" w14:textId="4A4B4F4B" w:rsidR="00AC2A64" w:rsidRPr="00447EAF" w:rsidRDefault="00447EAF" w:rsidP="00AC2A64">
                            <w:pPr>
                              <w:spacing w:after="0"/>
                              <w:contextualSpacing/>
                              <w:rPr>
                                <w:sz w:val="14"/>
                                <w:szCs w:val="14"/>
                                <w:lang w:val="en-GB"/>
                              </w:rPr>
                            </w:pPr>
                            <w:r w:rsidRPr="00447EAF">
                              <w:rPr>
                                <w:sz w:val="14"/>
                                <w:szCs w:val="14"/>
                                <w:lang w:val="en-GB"/>
                              </w:rPr>
                              <w:t>Foundation</w:t>
                            </w:r>
                          </w:p>
                          <w:p w14:paraId="287770EB" w14:textId="7B0EDBBD" w:rsidR="00AC2A64" w:rsidRPr="00447EAF" w:rsidRDefault="00AC2A64" w:rsidP="00AC2A64">
                            <w:pPr>
                              <w:spacing w:after="0"/>
                              <w:contextualSpacing/>
                              <w:rPr>
                                <w:sz w:val="14"/>
                                <w:szCs w:val="14"/>
                                <w:lang w:val="en-GB"/>
                              </w:rPr>
                            </w:pPr>
                            <w:r w:rsidRPr="00447EAF">
                              <w:rPr>
                                <w:sz w:val="14"/>
                                <w:szCs w:val="14"/>
                                <w:lang w:val="en-GB"/>
                              </w:rPr>
                              <w:t>(</w:t>
                            </w:r>
                            <w:r w:rsidR="00447EAF" w:rsidRPr="00447EAF">
                              <w:rPr>
                                <w:sz w:val="14"/>
                                <w:szCs w:val="14"/>
                                <w:lang w:val="en-GB"/>
                              </w:rPr>
                              <w:t>Yesod</w:t>
                            </w:r>
                            <w:r w:rsidRPr="00447EAF">
                              <w:rPr>
                                <w:sz w:val="14"/>
                                <w:szCs w:val="14"/>
                                <w:lang w:val="en-G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99FA4E" id="_x0000_s1036" type="#_x0000_t202" style="position:absolute;margin-left:275.5pt;margin-top:32.85pt;width:56.5pt;height:37.5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" filled="f" stroked="f">
                <v:textbox>
                  <w:txbxContent>
                    <w:p w14:paraId="44E536E3" w14:textId="4A4B4F4B" w:rsidR="00AC2A64" w:rsidRPr="00447EAF" w:rsidRDefault="00447EAF" w:rsidP="00AC2A64">
                      <w:pPr>
                        <w:spacing w:after="0"/>
                        <w:contextualSpacing/>
                        <w:rPr>
                          <w:sz w:val="14"/>
                          <w:szCs w:val="14"/>
                          <w:lang w:val="en-GB"/>
                        </w:rPr>
                      </w:pPr>
                      <w:r w:rsidRPr="00447EAF">
                        <w:rPr>
                          <w:sz w:val="14"/>
                          <w:szCs w:val="14"/>
                          <w:lang w:val="en-GB"/>
                        </w:rPr>
                        <w:t>Foundation</w:t>
                      </w:r>
                    </w:p>
                    <w:p w14:paraId="287770EB" w14:textId="7B0EDBBD" w:rsidR="00AC2A64" w:rsidRPr="00447EAF" w:rsidRDefault="00AC2A64" w:rsidP="00AC2A64">
                      <w:pPr>
                        <w:spacing w:after="0"/>
                        <w:contextualSpacing/>
                        <w:rPr>
                          <w:sz w:val="14"/>
                          <w:szCs w:val="14"/>
                          <w:lang w:val="en-GB"/>
                        </w:rPr>
                      </w:pPr>
                      <w:r w:rsidRPr="00447EAF">
                        <w:rPr>
                          <w:sz w:val="14"/>
                          <w:szCs w:val="14"/>
                          <w:lang w:val="en-GB"/>
                        </w:rPr>
                        <w:t>(</w:t>
                      </w:r>
                      <w:proofErr w:type="spellStart"/>
                      <w:r w:rsidR="00447EAF" w:rsidRPr="00447EAF">
                        <w:rPr>
                          <w:sz w:val="14"/>
                          <w:szCs w:val="14"/>
                          <w:lang w:val="en-GB"/>
                        </w:rPr>
                        <w:t>Yesod</w:t>
                      </w:r>
                      <w:proofErr w:type="spellEnd"/>
                      <w:r w:rsidRPr="00447EAF">
                        <w:rPr>
                          <w:sz w:val="14"/>
                          <w:szCs w:val="14"/>
                          <w:lang w:val="en-GB"/>
                        </w:rPr>
                        <w:t>)</w:t>
                      </w:r>
                    </w:p>
                  </w:txbxContent>
                </v:textbox>
                <w10:wrap type="square"/>
              </v:shape>
            </w:pict>
          </mc:Fallback>
        </mc:AlternateContent>
      </w:r>
      <w:r w:rsidR="00AC2A64" w:rsidRPr="009658F0">
        <w:rPr>
          <w:rFonts w:ascii="Times New Roman" w:hAnsi="Times New Roman" w:cs="Times New Roman"/>
          <w:noProof/>
          <w:sz w:val="24"/>
          <w:szCs w:val="24"/>
        </w:rPr>
        <mc:AlternateContent>
          <mc:Choice Requires="wps">
            <w:drawing>
              <wp:anchor distT="45720" distB="45720" distL="114300" distR="114300" simplePos="0" relativeHeight="251893760" behindDoc="0" locked="0" layoutInCell="1" allowOverlap="1" wp14:anchorId="25E0D310" wp14:editId="6DDC7A1F">
                <wp:simplePos x="0" y="0"/>
                <wp:positionH relativeFrom="column">
                  <wp:posOffset>2184400</wp:posOffset>
                </wp:positionH>
                <wp:positionV relativeFrom="paragraph">
                  <wp:posOffset>988695</wp:posOffset>
                </wp:positionV>
                <wp:extent cx="859155" cy="476250"/>
                <wp:effectExtent l="0" t="0" r="0" b="0"/>
                <wp:wrapSquare wrapText="bothSides"/>
                <wp:docPr id="5366447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476250"/>
                        </a:xfrm>
                        <a:prstGeom prst="rect">
                          <a:avLst/>
                        </a:prstGeom>
                        <a:noFill/>
                        <a:ln w="9525">
                          <a:noFill/>
                          <a:miter lim="800000"/>
                          <a:headEnd/>
                          <a:tailEnd/>
                        </a:ln>
                      </wps:spPr>
                      <wps:txbx>
                        <w:txbxContent>
                          <w:p w14:paraId="5E5B91A5" w14:textId="5C3E00D4" w:rsidR="00AC2A64" w:rsidRDefault="00AC2A64" w:rsidP="00AC2A64">
                            <w:pPr>
                              <w:spacing w:after="0"/>
                              <w:contextualSpacing/>
                              <w:rPr>
                                <w:sz w:val="16"/>
                                <w:szCs w:val="16"/>
                                <w:lang w:val="en-GB"/>
                              </w:rPr>
                            </w:pPr>
                            <w:r>
                              <w:rPr>
                                <w:sz w:val="16"/>
                                <w:szCs w:val="16"/>
                                <w:lang w:val="en-GB"/>
                              </w:rPr>
                              <w:t>Sovereignty</w:t>
                            </w:r>
                          </w:p>
                          <w:p w14:paraId="4C206DC2" w14:textId="74F8B981" w:rsidR="00AC2A64" w:rsidRPr="00AC2A64" w:rsidRDefault="00AC2A64" w:rsidP="00AC2A64">
                            <w:pPr>
                              <w:spacing w:after="0"/>
                              <w:contextualSpacing/>
                              <w:rPr>
                                <w:sz w:val="16"/>
                                <w:szCs w:val="16"/>
                                <w:lang w:val="en-GB"/>
                              </w:rPr>
                            </w:pPr>
                            <w:r>
                              <w:rPr>
                                <w:sz w:val="16"/>
                                <w:szCs w:val="16"/>
                                <w:lang w:val="en-GB"/>
                              </w:rPr>
                              <w:t>(Malkuth)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E0D310" id="_x0000_s1037" type="#_x0000_t202" style="position:absolute;margin-left:172pt;margin-top:77.85pt;width:67.65pt;height:37.5pt;z-index:25189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" filled="f" stroked="f">
                <v:textbox>
                  <w:txbxContent>
                    <w:p w14:paraId="5E5B91A5" w14:textId="5C3E00D4" w:rsidR="00AC2A64" w:rsidRDefault="00AC2A64" w:rsidP="00AC2A64">
                      <w:pPr>
                        <w:spacing w:after="0"/>
                        <w:contextualSpacing/>
                        <w:rPr>
                          <w:sz w:val="16"/>
                          <w:szCs w:val="16"/>
                          <w:lang w:val="en-GB"/>
                        </w:rPr>
                      </w:pPr>
                      <w:r>
                        <w:rPr>
                          <w:sz w:val="16"/>
                          <w:szCs w:val="16"/>
                          <w:lang w:val="en-GB"/>
                        </w:rPr>
                        <w:t>Sovereignty</w:t>
                      </w:r>
                    </w:p>
                    <w:p w14:paraId="4C206DC2" w14:textId="74F8B981" w:rsidR="00AC2A64" w:rsidRPr="00AC2A64" w:rsidRDefault="00AC2A64" w:rsidP="00AC2A64">
                      <w:pPr>
                        <w:spacing w:after="0"/>
                        <w:contextualSpacing/>
                        <w:rPr>
                          <w:sz w:val="16"/>
                          <w:szCs w:val="16"/>
                          <w:lang w:val="en-GB"/>
                        </w:rPr>
                      </w:pPr>
                      <w:r>
                        <w:rPr>
                          <w:sz w:val="16"/>
                          <w:szCs w:val="16"/>
                          <w:lang w:val="en-GB"/>
                        </w:rPr>
                        <w:t>(</w:t>
                      </w:r>
                      <w:proofErr w:type="spellStart"/>
                      <w:r>
                        <w:rPr>
                          <w:sz w:val="16"/>
                          <w:szCs w:val="16"/>
                          <w:lang w:val="en-GB"/>
                        </w:rPr>
                        <w:t>Malkuth</w:t>
                      </w:r>
                      <w:proofErr w:type="spellEnd"/>
                      <w:r>
                        <w:rPr>
                          <w:sz w:val="16"/>
                          <w:szCs w:val="16"/>
                          <w:lang w:val="en-GB"/>
                        </w:rPr>
                        <w:t>)</w:t>
                      </w:r>
                    </w:p>
                  </w:txbxContent>
                </v:textbox>
                <w10:wrap type="square"/>
              </v:shape>
            </w:pict>
          </mc:Fallback>
        </mc:AlternateContent>
      </w:r>
      <w:r w:rsidR="00097618" w:rsidRPr="009658F0">
        <w:rPr>
          <w:rFonts w:ascii="Times New Roman" w:hAnsi="Times New Roman" w:cs="Times New Roman"/>
          <w:sz w:val="24"/>
          <w:szCs w:val="24"/>
          <w:highlight w:val="yellow"/>
        </w:rPr>
        <w:br w:type="page"/>
      </w:r>
    </w:p>
    <w:p w14:paraId="09FD12BD" w14:textId="46B3982C" w:rsidR="00217562" w:rsidRPr="009658F0" w:rsidRDefault="00217562"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lastRenderedPageBreak/>
        <w:t>VICTOR PAGE 15</w:t>
      </w:r>
    </w:p>
    <w:p w14:paraId="1996E141" w14:textId="2D84DD6B" w:rsidR="00001341" w:rsidRPr="009658F0" w:rsidRDefault="00217562" w:rsidP="006C1960">
      <w:pPr>
        <w:spacing w:after="120" w:line="360" w:lineRule="auto"/>
        <w:rPr>
          <w:rFonts w:ascii="Times New Roman" w:hAnsi="Times New Roman" w:cs="Times New Roman"/>
          <w:sz w:val="24"/>
          <w:szCs w:val="24"/>
          <w:u w:val="single"/>
        </w:rPr>
      </w:pPr>
      <w:r w:rsidRPr="009658F0">
        <w:rPr>
          <w:rFonts w:ascii="Times New Roman" w:hAnsi="Times New Roman" w:cs="Times New Roman"/>
          <w:sz w:val="24"/>
          <w:szCs w:val="24"/>
          <w:u w:val="single"/>
        </w:rPr>
        <w:t>SCHEME OF PRONUNCIATION</w:t>
      </w:r>
      <w:r w:rsidRPr="009658F0">
        <w:rPr>
          <w:rFonts w:ascii="Times New Roman" w:hAnsi="Times New Roman" w:cs="Times New Roman"/>
          <w:sz w:val="24"/>
          <w:szCs w:val="24"/>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6"/>
        <w:gridCol w:w="2877"/>
        <w:gridCol w:w="2877"/>
      </w:tblGrid>
      <w:tr w:rsidR="009658F0" w:rsidRPr="009658F0" w14:paraId="4277EF3B" w14:textId="77777777" w:rsidTr="00C77D56">
        <w:tc>
          <w:tcPr>
            <w:tcW w:w="2876" w:type="dxa"/>
          </w:tcPr>
          <w:p w14:paraId="03C1DA8F" w14:textId="1220F09C"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u w:val="single"/>
              </w:rPr>
              <w:t>HEBREW LETTER</w:t>
            </w:r>
            <w:r w:rsidRPr="009658F0">
              <w:rPr>
                <w:rFonts w:ascii="Times New Roman" w:hAnsi="Times New Roman" w:cs="Times New Roman"/>
                <w:sz w:val="24"/>
                <w:szCs w:val="24"/>
              </w:rPr>
              <w:t xml:space="preserve">   </w:t>
            </w:r>
          </w:p>
        </w:tc>
        <w:tc>
          <w:tcPr>
            <w:tcW w:w="2877" w:type="dxa"/>
          </w:tcPr>
          <w:p w14:paraId="3EEA4530" w14:textId="0C122B22"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u w:val="single"/>
              </w:rPr>
              <w:t>TRANSCRIPTION</w:t>
            </w:r>
            <w:r w:rsidRPr="009658F0">
              <w:rPr>
                <w:rFonts w:ascii="Times New Roman" w:hAnsi="Times New Roman" w:cs="Times New Roman"/>
                <w:sz w:val="24"/>
                <w:szCs w:val="24"/>
              </w:rPr>
              <w:t xml:space="preserve">   </w:t>
            </w:r>
          </w:p>
        </w:tc>
        <w:tc>
          <w:tcPr>
            <w:tcW w:w="2877" w:type="dxa"/>
          </w:tcPr>
          <w:p w14:paraId="3C6D26D8" w14:textId="2A267F09"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u w:val="single"/>
              </w:rPr>
              <w:t>EXAMPLE</w:t>
            </w:r>
          </w:p>
        </w:tc>
      </w:tr>
      <w:tr w:rsidR="009658F0" w:rsidRPr="009658F0" w14:paraId="0EB8208C" w14:textId="77777777" w:rsidTr="00C77D56">
        <w:tc>
          <w:tcPr>
            <w:tcW w:w="2876" w:type="dxa"/>
          </w:tcPr>
          <w:p w14:paraId="0E217E35" w14:textId="609B0ECD"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א             </w:t>
            </w:r>
          </w:p>
        </w:tc>
        <w:tc>
          <w:tcPr>
            <w:tcW w:w="2877" w:type="dxa"/>
          </w:tcPr>
          <w:p w14:paraId="35F36D94" w14:textId="693A6EE4"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w:t>
            </w:r>
          </w:p>
        </w:tc>
        <w:tc>
          <w:tcPr>
            <w:tcW w:w="2877" w:type="dxa"/>
          </w:tcPr>
          <w:p w14:paraId="56BF94B1" w14:textId="1E2404A9"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silent, like in </w:t>
            </w:r>
            <w:r w:rsidRPr="009658F0">
              <w:rPr>
                <w:rFonts w:ascii="Times New Roman" w:hAnsi="Times New Roman" w:cs="Times New Roman"/>
                <w:sz w:val="24"/>
                <w:szCs w:val="24"/>
                <w:u w:val="single"/>
              </w:rPr>
              <w:t xml:space="preserve">h </w:t>
            </w:r>
            <w:r w:rsidRPr="009658F0">
              <w:rPr>
                <w:rFonts w:ascii="Times New Roman" w:hAnsi="Times New Roman" w:cs="Times New Roman"/>
                <w:sz w:val="24"/>
                <w:szCs w:val="24"/>
              </w:rPr>
              <w:t xml:space="preserve"> in </w:t>
            </w:r>
            <w:r w:rsidRPr="009658F0">
              <w:rPr>
                <w:rFonts w:ascii="Times New Roman" w:hAnsi="Times New Roman" w:cs="Times New Roman"/>
                <w:sz w:val="24"/>
                <w:szCs w:val="24"/>
                <w:u w:val="single"/>
              </w:rPr>
              <w:t>h</w:t>
            </w:r>
            <w:r w:rsidRPr="009658F0">
              <w:rPr>
                <w:rFonts w:ascii="Times New Roman" w:hAnsi="Times New Roman" w:cs="Times New Roman"/>
                <w:sz w:val="24"/>
                <w:szCs w:val="24"/>
              </w:rPr>
              <w:t>our</w:t>
            </w:r>
          </w:p>
        </w:tc>
      </w:tr>
      <w:tr w:rsidR="009658F0" w:rsidRPr="009658F0" w14:paraId="738BEA60" w14:textId="77777777" w:rsidTr="00C77D56">
        <w:tc>
          <w:tcPr>
            <w:tcW w:w="2876" w:type="dxa"/>
          </w:tcPr>
          <w:p w14:paraId="48C550F5" w14:textId="0A05C071" w:rsidR="00001341"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tl/>
                <w:lang w:bidi="he-IL"/>
              </w:rPr>
              <w:t>בּ</w:t>
            </w:r>
          </w:p>
        </w:tc>
        <w:tc>
          <w:tcPr>
            <w:tcW w:w="2877" w:type="dxa"/>
          </w:tcPr>
          <w:p w14:paraId="54BFA663" w14:textId="75D9EAAF"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b</w:t>
            </w:r>
          </w:p>
        </w:tc>
        <w:tc>
          <w:tcPr>
            <w:tcW w:w="2877" w:type="dxa"/>
          </w:tcPr>
          <w:p w14:paraId="575F0692" w14:textId="4012325A"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b</w:t>
            </w:r>
            <w:r w:rsidRPr="009658F0">
              <w:rPr>
                <w:rFonts w:ascii="Times New Roman" w:hAnsi="Times New Roman" w:cs="Times New Roman"/>
                <w:sz w:val="24"/>
                <w:szCs w:val="24"/>
              </w:rPr>
              <w:t>arn</w:t>
            </w:r>
          </w:p>
        </w:tc>
      </w:tr>
      <w:tr w:rsidR="009658F0" w:rsidRPr="009658F0" w14:paraId="45FD9C8D" w14:textId="77777777" w:rsidTr="00C77D56">
        <w:tc>
          <w:tcPr>
            <w:tcW w:w="2876" w:type="dxa"/>
          </w:tcPr>
          <w:p w14:paraId="59AB4ED3" w14:textId="0D2A01D0"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ב              </w:t>
            </w:r>
          </w:p>
        </w:tc>
        <w:tc>
          <w:tcPr>
            <w:tcW w:w="2877" w:type="dxa"/>
          </w:tcPr>
          <w:p w14:paraId="1BFBC880" w14:textId="7A7F019D"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v                 </w:t>
            </w:r>
          </w:p>
        </w:tc>
        <w:tc>
          <w:tcPr>
            <w:tcW w:w="2877" w:type="dxa"/>
          </w:tcPr>
          <w:p w14:paraId="254793CB" w14:textId="2D1036B1"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v</w:t>
            </w:r>
            <w:r w:rsidRPr="009658F0">
              <w:rPr>
                <w:rFonts w:ascii="Times New Roman" w:hAnsi="Times New Roman" w:cs="Times New Roman"/>
                <w:sz w:val="24"/>
                <w:szCs w:val="24"/>
              </w:rPr>
              <w:t>ery</w:t>
            </w:r>
          </w:p>
        </w:tc>
      </w:tr>
      <w:tr w:rsidR="009658F0" w:rsidRPr="009658F0" w14:paraId="382A8632" w14:textId="77777777" w:rsidTr="00C77D56">
        <w:tc>
          <w:tcPr>
            <w:tcW w:w="2876" w:type="dxa"/>
          </w:tcPr>
          <w:p w14:paraId="2D6BA3D7" w14:textId="46B4E15C"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ג</w:t>
            </w:r>
          </w:p>
        </w:tc>
        <w:tc>
          <w:tcPr>
            <w:tcW w:w="2877" w:type="dxa"/>
          </w:tcPr>
          <w:p w14:paraId="1579480C" w14:textId="306C4933"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g</w:t>
            </w:r>
          </w:p>
        </w:tc>
        <w:tc>
          <w:tcPr>
            <w:tcW w:w="2877" w:type="dxa"/>
          </w:tcPr>
          <w:p w14:paraId="68CDBF23" w14:textId="2D99CB4C"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g</w:t>
            </w:r>
            <w:r w:rsidRPr="009658F0">
              <w:rPr>
                <w:rFonts w:ascii="Times New Roman" w:hAnsi="Times New Roman" w:cs="Times New Roman"/>
                <w:sz w:val="24"/>
                <w:szCs w:val="24"/>
              </w:rPr>
              <w:t>old</w:t>
            </w:r>
          </w:p>
        </w:tc>
      </w:tr>
      <w:tr w:rsidR="009658F0" w:rsidRPr="009658F0" w14:paraId="48B0C62D" w14:textId="77777777" w:rsidTr="00C77D56">
        <w:tc>
          <w:tcPr>
            <w:tcW w:w="2876" w:type="dxa"/>
          </w:tcPr>
          <w:p w14:paraId="526AF5E5" w14:textId="0976F116"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ד               </w:t>
            </w:r>
          </w:p>
        </w:tc>
        <w:tc>
          <w:tcPr>
            <w:tcW w:w="2877" w:type="dxa"/>
          </w:tcPr>
          <w:p w14:paraId="6C6821D6" w14:textId="25724CFF"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d</w:t>
            </w:r>
          </w:p>
        </w:tc>
        <w:tc>
          <w:tcPr>
            <w:tcW w:w="2877" w:type="dxa"/>
          </w:tcPr>
          <w:p w14:paraId="71E7122A" w14:textId="0F785B61"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d</w:t>
            </w:r>
            <w:r w:rsidRPr="009658F0">
              <w:rPr>
                <w:rFonts w:ascii="Times New Roman" w:hAnsi="Times New Roman" w:cs="Times New Roman"/>
                <w:sz w:val="24"/>
                <w:szCs w:val="24"/>
              </w:rPr>
              <w:t>ental</w:t>
            </w:r>
          </w:p>
        </w:tc>
      </w:tr>
      <w:tr w:rsidR="009658F0" w:rsidRPr="009658F0" w14:paraId="5375BEF6" w14:textId="77777777" w:rsidTr="00C77D56">
        <w:tc>
          <w:tcPr>
            <w:tcW w:w="2876" w:type="dxa"/>
          </w:tcPr>
          <w:p w14:paraId="40AF7BFF" w14:textId="067B5D92"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ה               </w:t>
            </w:r>
          </w:p>
        </w:tc>
        <w:tc>
          <w:tcPr>
            <w:tcW w:w="2877" w:type="dxa"/>
          </w:tcPr>
          <w:p w14:paraId="2734C2B3" w14:textId="600C3F62"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h</w:t>
            </w:r>
          </w:p>
        </w:tc>
        <w:tc>
          <w:tcPr>
            <w:tcW w:w="2877" w:type="dxa"/>
          </w:tcPr>
          <w:p w14:paraId="2E1E176F" w14:textId="47B70AE9"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h</w:t>
            </w:r>
            <w:r w:rsidRPr="009658F0">
              <w:rPr>
                <w:rFonts w:ascii="Times New Roman" w:hAnsi="Times New Roman" w:cs="Times New Roman"/>
                <w:sz w:val="24"/>
                <w:szCs w:val="24"/>
              </w:rPr>
              <w:t>orn</w:t>
            </w:r>
          </w:p>
        </w:tc>
      </w:tr>
      <w:tr w:rsidR="009658F0" w:rsidRPr="009658F0" w14:paraId="3A6B21CD" w14:textId="77777777" w:rsidTr="00C77D56">
        <w:tc>
          <w:tcPr>
            <w:tcW w:w="2876" w:type="dxa"/>
          </w:tcPr>
          <w:p w14:paraId="672BC1B3" w14:textId="738741CE"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ו               </w:t>
            </w:r>
          </w:p>
        </w:tc>
        <w:tc>
          <w:tcPr>
            <w:tcW w:w="2877" w:type="dxa"/>
          </w:tcPr>
          <w:p w14:paraId="14B2E42B" w14:textId="25E2C1F3"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v</w:t>
            </w:r>
          </w:p>
        </w:tc>
        <w:tc>
          <w:tcPr>
            <w:tcW w:w="2877" w:type="dxa"/>
          </w:tcPr>
          <w:p w14:paraId="2DE80DEE" w14:textId="6A12FF04"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v</w:t>
            </w:r>
            <w:r w:rsidRPr="009658F0">
              <w:rPr>
                <w:rFonts w:ascii="Times New Roman" w:hAnsi="Times New Roman" w:cs="Times New Roman"/>
                <w:sz w:val="24"/>
                <w:szCs w:val="24"/>
              </w:rPr>
              <w:t>ery</w:t>
            </w:r>
          </w:p>
        </w:tc>
      </w:tr>
      <w:tr w:rsidR="009658F0" w:rsidRPr="009658F0" w14:paraId="6D089BEC" w14:textId="77777777" w:rsidTr="00C77D56">
        <w:tc>
          <w:tcPr>
            <w:tcW w:w="2876" w:type="dxa"/>
          </w:tcPr>
          <w:p w14:paraId="21F32010" w14:textId="3B9E206B"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ז               </w:t>
            </w:r>
          </w:p>
        </w:tc>
        <w:tc>
          <w:tcPr>
            <w:tcW w:w="2877" w:type="dxa"/>
          </w:tcPr>
          <w:p w14:paraId="0721D35E" w14:textId="7098E310"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z</w:t>
            </w:r>
          </w:p>
        </w:tc>
        <w:tc>
          <w:tcPr>
            <w:tcW w:w="2877" w:type="dxa"/>
          </w:tcPr>
          <w:p w14:paraId="37B6708D" w14:textId="370A7BB6"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z</w:t>
            </w:r>
            <w:r w:rsidRPr="009658F0">
              <w:rPr>
                <w:rFonts w:ascii="Times New Roman" w:hAnsi="Times New Roman" w:cs="Times New Roman"/>
                <w:sz w:val="24"/>
                <w:szCs w:val="24"/>
              </w:rPr>
              <w:t>one</w:t>
            </w:r>
          </w:p>
        </w:tc>
      </w:tr>
      <w:tr w:rsidR="009658F0" w:rsidRPr="009658F0" w14:paraId="50545618" w14:textId="77777777" w:rsidTr="00C77D56">
        <w:tc>
          <w:tcPr>
            <w:tcW w:w="2876" w:type="dxa"/>
          </w:tcPr>
          <w:p w14:paraId="7E52B09B" w14:textId="60721200"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ח               </w:t>
            </w:r>
          </w:p>
        </w:tc>
        <w:tc>
          <w:tcPr>
            <w:tcW w:w="2877" w:type="dxa"/>
          </w:tcPr>
          <w:p w14:paraId="454E1E86" w14:textId="5291D4C8" w:rsidR="00001341" w:rsidRPr="009658F0" w:rsidRDefault="00001341"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kh</w:t>
            </w:r>
            <w:proofErr w:type="spellEnd"/>
          </w:p>
        </w:tc>
        <w:tc>
          <w:tcPr>
            <w:tcW w:w="2877" w:type="dxa"/>
          </w:tcPr>
          <w:p w14:paraId="60F5CA07" w14:textId="62C59736"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as in lo</w:t>
            </w:r>
            <w:r w:rsidRPr="009658F0">
              <w:rPr>
                <w:rFonts w:ascii="Times New Roman" w:hAnsi="Times New Roman" w:cs="Times New Roman"/>
                <w:sz w:val="24"/>
                <w:szCs w:val="24"/>
                <w:u w:val="single"/>
              </w:rPr>
              <w:t>ch</w:t>
            </w:r>
          </w:p>
        </w:tc>
      </w:tr>
      <w:tr w:rsidR="009658F0" w:rsidRPr="009658F0" w14:paraId="487CC93B" w14:textId="77777777" w:rsidTr="00C77D56">
        <w:tc>
          <w:tcPr>
            <w:tcW w:w="2876" w:type="dxa"/>
          </w:tcPr>
          <w:p w14:paraId="4E77B19B" w14:textId="379D7682"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ט               </w:t>
            </w:r>
          </w:p>
        </w:tc>
        <w:tc>
          <w:tcPr>
            <w:tcW w:w="2877" w:type="dxa"/>
          </w:tcPr>
          <w:p w14:paraId="60E56DCF" w14:textId="616DAECD"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t</w:t>
            </w:r>
          </w:p>
        </w:tc>
        <w:tc>
          <w:tcPr>
            <w:tcW w:w="2877" w:type="dxa"/>
          </w:tcPr>
          <w:p w14:paraId="5CB28A9E" w14:textId="1545C8CC"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t</w:t>
            </w:r>
            <w:r w:rsidRPr="009658F0">
              <w:rPr>
                <w:rFonts w:ascii="Times New Roman" w:hAnsi="Times New Roman" w:cs="Times New Roman"/>
                <w:sz w:val="24"/>
                <w:szCs w:val="24"/>
              </w:rPr>
              <w:t>en</w:t>
            </w:r>
          </w:p>
        </w:tc>
      </w:tr>
      <w:tr w:rsidR="009658F0" w:rsidRPr="009658F0" w14:paraId="02993F10" w14:textId="77777777" w:rsidTr="00C77D56">
        <w:tc>
          <w:tcPr>
            <w:tcW w:w="2876" w:type="dxa"/>
          </w:tcPr>
          <w:p w14:paraId="7640C39B" w14:textId="7EDB660F"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י               </w:t>
            </w:r>
          </w:p>
        </w:tc>
        <w:tc>
          <w:tcPr>
            <w:tcW w:w="2877" w:type="dxa"/>
          </w:tcPr>
          <w:p w14:paraId="2D9D1615" w14:textId="76F6AE93"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y</w:t>
            </w:r>
          </w:p>
        </w:tc>
        <w:tc>
          <w:tcPr>
            <w:tcW w:w="2877" w:type="dxa"/>
          </w:tcPr>
          <w:p w14:paraId="7E64F85F" w14:textId="5718B739"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y</w:t>
            </w:r>
            <w:r w:rsidRPr="009658F0">
              <w:rPr>
                <w:rFonts w:ascii="Times New Roman" w:hAnsi="Times New Roman" w:cs="Times New Roman"/>
                <w:sz w:val="24"/>
                <w:szCs w:val="24"/>
              </w:rPr>
              <w:t>ard</w:t>
            </w:r>
          </w:p>
        </w:tc>
      </w:tr>
      <w:tr w:rsidR="009658F0" w:rsidRPr="009658F0" w14:paraId="1970102A" w14:textId="77777777" w:rsidTr="00C77D56">
        <w:tc>
          <w:tcPr>
            <w:tcW w:w="2876" w:type="dxa"/>
          </w:tcPr>
          <w:p w14:paraId="4C1507AD" w14:textId="19347895" w:rsidR="00001341"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tl/>
                <w:lang w:bidi="he-IL"/>
              </w:rPr>
              <w:t>כּ</w:t>
            </w:r>
            <w:r w:rsidRPr="009658F0">
              <w:rPr>
                <w:rFonts w:ascii="Times New Roman" w:hAnsi="Times New Roman" w:cs="Times New Roman"/>
                <w:sz w:val="24"/>
                <w:szCs w:val="24"/>
                <w:lang w:bidi="he-IL"/>
              </w:rPr>
              <w:t xml:space="preserve"> </w:t>
            </w:r>
            <w:r w:rsidRPr="009658F0">
              <w:rPr>
                <w:rFonts w:ascii="Times New Roman" w:hAnsi="Times New Roman" w:cs="Times New Roman"/>
                <w:sz w:val="24"/>
                <w:szCs w:val="24"/>
                <w:rtl/>
                <w:lang w:bidi="he-IL"/>
              </w:rPr>
              <w:t>ך</w:t>
            </w:r>
            <w:r w:rsidRPr="009658F0">
              <w:rPr>
                <w:rFonts w:ascii="Times New Roman" w:hAnsi="Times New Roman" w:cs="Times New Roman"/>
                <w:sz w:val="24"/>
                <w:szCs w:val="24"/>
                <w:lang w:bidi="he-IL"/>
              </w:rPr>
              <w:t>*</w:t>
            </w:r>
            <w:r w:rsidR="00001341" w:rsidRPr="009658F0">
              <w:rPr>
                <w:rFonts w:ascii="Times New Roman" w:hAnsi="Times New Roman" w:cs="Times New Roman"/>
                <w:sz w:val="24"/>
                <w:szCs w:val="24"/>
              </w:rPr>
              <w:t xml:space="preserve">   </w:t>
            </w:r>
          </w:p>
        </w:tc>
        <w:tc>
          <w:tcPr>
            <w:tcW w:w="2877" w:type="dxa"/>
          </w:tcPr>
          <w:p w14:paraId="5DD460E6" w14:textId="7AF73262"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k</w:t>
            </w:r>
          </w:p>
        </w:tc>
        <w:tc>
          <w:tcPr>
            <w:tcW w:w="2877" w:type="dxa"/>
          </w:tcPr>
          <w:p w14:paraId="37963B5C" w14:textId="2FB7BA3D"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k</w:t>
            </w:r>
            <w:r w:rsidRPr="009658F0">
              <w:rPr>
                <w:rFonts w:ascii="Times New Roman" w:hAnsi="Times New Roman" w:cs="Times New Roman"/>
                <w:sz w:val="24"/>
                <w:szCs w:val="24"/>
              </w:rPr>
              <w:t>ite</w:t>
            </w:r>
          </w:p>
        </w:tc>
      </w:tr>
      <w:tr w:rsidR="009658F0" w:rsidRPr="009658F0" w14:paraId="74777E02" w14:textId="77777777" w:rsidTr="00C77D56">
        <w:tc>
          <w:tcPr>
            <w:tcW w:w="2876" w:type="dxa"/>
          </w:tcPr>
          <w:p w14:paraId="7B28E9A1" w14:textId="5F675386"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כ               </w:t>
            </w:r>
          </w:p>
        </w:tc>
        <w:tc>
          <w:tcPr>
            <w:tcW w:w="2877" w:type="dxa"/>
          </w:tcPr>
          <w:p w14:paraId="6B97C58A" w14:textId="493B463D" w:rsidR="00001341" w:rsidRPr="009658F0" w:rsidRDefault="00001341"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kh</w:t>
            </w:r>
            <w:proofErr w:type="spellEnd"/>
            <w:r w:rsidRPr="009658F0">
              <w:rPr>
                <w:rFonts w:ascii="Times New Roman" w:hAnsi="Times New Roman" w:cs="Times New Roman"/>
                <w:sz w:val="24"/>
                <w:szCs w:val="24"/>
              </w:rPr>
              <w:t xml:space="preserve"> </w:t>
            </w:r>
          </w:p>
        </w:tc>
        <w:tc>
          <w:tcPr>
            <w:tcW w:w="2877" w:type="dxa"/>
          </w:tcPr>
          <w:p w14:paraId="3882294F" w14:textId="7F5C1395"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as in lo</w:t>
            </w:r>
            <w:r w:rsidRPr="009658F0">
              <w:rPr>
                <w:rFonts w:ascii="Times New Roman" w:hAnsi="Times New Roman" w:cs="Times New Roman"/>
                <w:sz w:val="24"/>
                <w:szCs w:val="24"/>
                <w:u w:val="single"/>
              </w:rPr>
              <w:t>ch</w:t>
            </w:r>
          </w:p>
        </w:tc>
      </w:tr>
      <w:tr w:rsidR="009658F0" w:rsidRPr="009658F0" w14:paraId="4B9AD102" w14:textId="77777777" w:rsidTr="00C77D56">
        <w:tc>
          <w:tcPr>
            <w:tcW w:w="2876" w:type="dxa"/>
          </w:tcPr>
          <w:p w14:paraId="4AF77EF9" w14:textId="421908A2"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ל               </w:t>
            </w:r>
          </w:p>
        </w:tc>
        <w:tc>
          <w:tcPr>
            <w:tcW w:w="2877" w:type="dxa"/>
          </w:tcPr>
          <w:p w14:paraId="13CEFF0F" w14:textId="593BDD36"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l</w:t>
            </w:r>
          </w:p>
        </w:tc>
        <w:tc>
          <w:tcPr>
            <w:tcW w:w="2877" w:type="dxa"/>
          </w:tcPr>
          <w:p w14:paraId="071BABCF" w14:textId="3E031055" w:rsidR="00001341" w:rsidRPr="009658F0" w:rsidRDefault="00001341"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00634A26" w:rsidRPr="009658F0">
              <w:rPr>
                <w:rFonts w:ascii="Times New Roman" w:hAnsi="Times New Roman" w:cs="Times New Roman"/>
                <w:sz w:val="24"/>
                <w:szCs w:val="24"/>
                <w:u w:val="single"/>
              </w:rPr>
              <w:t>l</w:t>
            </w:r>
            <w:r w:rsidRPr="009658F0">
              <w:rPr>
                <w:rFonts w:ascii="Times New Roman" w:hAnsi="Times New Roman" w:cs="Times New Roman"/>
                <w:sz w:val="24"/>
                <w:szCs w:val="24"/>
              </w:rPr>
              <w:t>et</w:t>
            </w:r>
          </w:p>
        </w:tc>
      </w:tr>
    </w:tbl>
    <w:p w14:paraId="4CC4936F" w14:textId="054C915F" w:rsidR="00217562" w:rsidRPr="009658F0" w:rsidRDefault="00217562"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r>
      <w:r w:rsidRPr="009658F0">
        <w:rPr>
          <w:rFonts w:ascii="Times New Roman" w:hAnsi="Times New Roman" w:cs="Times New Roman"/>
          <w:sz w:val="24"/>
          <w:szCs w:val="24"/>
        </w:rPr>
        <w:br/>
      </w:r>
      <w:r w:rsidRPr="009658F0">
        <w:rPr>
          <w:rFonts w:ascii="Times New Roman" w:hAnsi="Times New Roman" w:cs="Times New Roman"/>
          <w:sz w:val="24"/>
          <w:szCs w:val="24"/>
        </w:rPr>
        <w:br/>
      </w:r>
      <w:r w:rsidRPr="009658F0">
        <w:rPr>
          <w:rFonts w:ascii="Times New Roman" w:hAnsi="Times New Roman" w:cs="Times New Roman"/>
          <w:sz w:val="24"/>
          <w:szCs w:val="24"/>
        </w:rPr>
        <w:br/>
      </w:r>
    </w:p>
    <w:p w14:paraId="6701BD87" w14:textId="5AB65DF1" w:rsidR="005C0972" w:rsidRPr="009658F0" w:rsidRDefault="005C0972"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r>
    </w:p>
    <w:p w14:paraId="4CDF5ECF" w14:textId="149CCE32" w:rsidR="00F2675A"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type="page"/>
      </w:r>
      <w:r w:rsidR="00F2675A" w:rsidRPr="009658F0">
        <w:rPr>
          <w:rFonts w:ascii="Times New Roman" w:hAnsi="Times New Roman" w:cs="Times New Roman"/>
          <w:sz w:val="24"/>
          <w:szCs w:val="24"/>
          <w:highlight w:val="yellow"/>
        </w:rPr>
        <w:lastRenderedPageBreak/>
        <w:t>VICTOR PAGE 16</w:t>
      </w:r>
    </w:p>
    <w:p w14:paraId="158DA8FD" w14:textId="77777777" w:rsidR="00634A26" w:rsidRPr="009658F0" w:rsidRDefault="00634A26" w:rsidP="006C1960">
      <w:pPr>
        <w:spacing w:after="120" w:line="360" w:lineRule="auto"/>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6"/>
        <w:gridCol w:w="2877"/>
        <w:gridCol w:w="2877"/>
      </w:tblGrid>
      <w:tr w:rsidR="009658F0" w:rsidRPr="009658F0" w14:paraId="60F92F94" w14:textId="77777777" w:rsidTr="00C77D56">
        <w:tc>
          <w:tcPr>
            <w:tcW w:w="2876" w:type="dxa"/>
          </w:tcPr>
          <w:p w14:paraId="589949D4" w14:textId="77777777" w:rsidR="00634A26"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u w:val="single"/>
              </w:rPr>
              <w:t>HEBREW LETTER</w:t>
            </w:r>
            <w:r w:rsidRPr="009658F0">
              <w:rPr>
                <w:rFonts w:ascii="Times New Roman" w:hAnsi="Times New Roman" w:cs="Times New Roman"/>
                <w:sz w:val="24"/>
                <w:szCs w:val="24"/>
              </w:rPr>
              <w:t xml:space="preserve">   </w:t>
            </w:r>
          </w:p>
        </w:tc>
        <w:tc>
          <w:tcPr>
            <w:tcW w:w="2877" w:type="dxa"/>
          </w:tcPr>
          <w:p w14:paraId="0BB2310C" w14:textId="77777777" w:rsidR="00634A26"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u w:val="single"/>
              </w:rPr>
              <w:t>TRANSCRIPTION</w:t>
            </w:r>
            <w:r w:rsidRPr="009658F0">
              <w:rPr>
                <w:rFonts w:ascii="Times New Roman" w:hAnsi="Times New Roman" w:cs="Times New Roman"/>
                <w:sz w:val="24"/>
                <w:szCs w:val="24"/>
              </w:rPr>
              <w:t xml:space="preserve">   </w:t>
            </w:r>
          </w:p>
        </w:tc>
        <w:tc>
          <w:tcPr>
            <w:tcW w:w="2877" w:type="dxa"/>
          </w:tcPr>
          <w:p w14:paraId="4E104378" w14:textId="77777777" w:rsidR="00634A26"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u w:val="single"/>
              </w:rPr>
              <w:t>EXAMPLE</w:t>
            </w:r>
          </w:p>
        </w:tc>
      </w:tr>
      <w:tr w:rsidR="009658F0" w:rsidRPr="009658F0" w14:paraId="506593D1" w14:textId="77777777" w:rsidTr="00C77D56">
        <w:tc>
          <w:tcPr>
            <w:tcW w:w="2876" w:type="dxa"/>
          </w:tcPr>
          <w:p w14:paraId="52A32A90" w14:textId="3A50BBB2" w:rsidR="00634A26"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ם* </w:t>
            </w:r>
            <w:r w:rsidRPr="009658F0">
              <w:rPr>
                <w:rFonts w:ascii="Times New Roman" w:hAnsi="Times New Roman" w:cs="Times New Roman"/>
                <w:sz w:val="24"/>
                <w:szCs w:val="24"/>
                <w:rtl/>
                <w:lang w:bidi="he-IL"/>
              </w:rPr>
              <w:t>מ</w:t>
            </w:r>
          </w:p>
        </w:tc>
        <w:tc>
          <w:tcPr>
            <w:tcW w:w="2877" w:type="dxa"/>
          </w:tcPr>
          <w:p w14:paraId="58A4C26F" w14:textId="69A93E18" w:rsidR="00634A26"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m</w:t>
            </w:r>
          </w:p>
        </w:tc>
        <w:tc>
          <w:tcPr>
            <w:tcW w:w="2877" w:type="dxa"/>
          </w:tcPr>
          <w:p w14:paraId="43C3FA49" w14:textId="0B802836" w:rsidR="00634A26"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m</w:t>
            </w:r>
            <w:r w:rsidRPr="009658F0">
              <w:rPr>
                <w:rFonts w:ascii="Times New Roman" w:hAnsi="Times New Roman" w:cs="Times New Roman"/>
                <w:sz w:val="24"/>
                <w:szCs w:val="24"/>
              </w:rPr>
              <w:t>et</w:t>
            </w:r>
          </w:p>
        </w:tc>
      </w:tr>
      <w:tr w:rsidR="009658F0" w:rsidRPr="009658F0" w14:paraId="0B1211BF" w14:textId="77777777" w:rsidTr="00C77D56">
        <w:tc>
          <w:tcPr>
            <w:tcW w:w="2876" w:type="dxa"/>
          </w:tcPr>
          <w:p w14:paraId="63E495D6" w14:textId="4F347D78" w:rsidR="00634A26"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lang w:bidi="he-IL"/>
              </w:rPr>
              <w:t>*</w:t>
            </w:r>
            <w:r w:rsidRPr="009658F0">
              <w:rPr>
                <w:rFonts w:ascii="Times New Roman" w:hAnsi="Times New Roman" w:cs="Times New Roman"/>
                <w:sz w:val="24"/>
                <w:szCs w:val="24"/>
                <w:rtl/>
                <w:lang w:bidi="he-IL"/>
              </w:rPr>
              <w:t>ן</w:t>
            </w:r>
            <w:r w:rsidRPr="009658F0">
              <w:rPr>
                <w:rFonts w:ascii="Times New Roman" w:hAnsi="Times New Roman" w:cs="Times New Roman"/>
                <w:sz w:val="24"/>
                <w:szCs w:val="24"/>
                <w:lang w:bidi="he-IL"/>
              </w:rPr>
              <w:t xml:space="preserve">  </w:t>
            </w:r>
            <w:r w:rsidRPr="009658F0">
              <w:rPr>
                <w:rFonts w:ascii="Times New Roman" w:hAnsi="Times New Roman" w:cs="Times New Roman"/>
                <w:sz w:val="24"/>
                <w:szCs w:val="24"/>
                <w:rtl/>
                <w:lang w:bidi="he-IL"/>
              </w:rPr>
              <w:t>נ</w:t>
            </w:r>
          </w:p>
        </w:tc>
        <w:tc>
          <w:tcPr>
            <w:tcW w:w="2877" w:type="dxa"/>
          </w:tcPr>
          <w:p w14:paraId="53551592" w14:textId="388DAD04" w:rsidR="00634A26"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n</w:t>
            </w:r>
          </w:p>
        </w:tc>
        <w:tc>
          <w:tcPr>
            <w:tcW w:w="2877" w:type="dxa"/>
          </w:tcPr>
          <w:p w14:paraId="02297249" w14:textId="79D41EA8" w:rsidR="00634A26"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n</w:t>
            </w:r>
            <w:r w:rsidRPr="009658F0">
              <w:rPr>
                <w:rFonts w:ascii="Times New Roman" w:hAnsi="Times New Roman" w:cs="Times New Roman"/>
                <w:sz w:val="24"/>
                <w:szCs w:val="24"/>
              </w:rPr>
              <w:t>et</w:t>
            </w:r>
          </w:p>
        </w:tc>
      </w:tr>
      <w:tr w:rsidR="009658F0" w:rsidRPr="009658F0" w14:paraId="11248095" w14:textId="77777777" w:rsidTr="00C77D56">
        <w:tc>
          <w:tcPr>
            <w:tcW w:w="2876" w:type="dxa"/>
          </w:tcPr>
          <w:p w14:paraId="4F3F7AD8" w14:textId="6388D047" w:rsidR="00634A26"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ס        </w:t>
            </w:r>
          </w:p>
        </w:tc>
        <w:tc>
          <w:tcPr>
            <w:tcW w:w="2877" w:type="dxa"/>
          </w:tcPr>
          <w:p w14:paraId="5158929D" w14:textId="7B1AFA92" w:rsidR="00634A26"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 s</w:t>
            </w:r>
          </w:p>
        </w:tc>
        <w:tc>
          <w:tcPr>
            <w:tcW w:w="2877" w:type="dxa"/>
          </w:tcPr>
          <w:p w14:paraId="4DFD8001" w14:textId="7F755BD0" w:rsidR="00634A26"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s</w:t>
            </w:r>
            <w:r w:rsidRPr="009658F0">
              <w:rPr>
                <w:rFonts w:ascii="Times New Roman" w:hAnsi="Times New Roman" w:cs="Times New Roman"/>
                <w:sz w:val="24"/>
                <w:szCs w:val="24"/>
              </w:rPr>
              <w:t>ay</w:t>
            </w:r>
          </w:p>
        </w:tc>
      </w:tr>
      <w:tr w:rsidR="009658F0" w:rsidRPr="009658F0" w14:paraId="5F925B47" w14:textId="77777777" w:rsidTr="00C77D56">
        <w:tc>
          <w:tcPr>
            <w:tcW w:w="2876" w:type="dxa"/>
          </w:tcPr>
          <w:p w14:paraId="25C5CDBF" w14:textId="480F0F12" w:rsidR="00634A26"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ע</w:t>
            </w:r>
          </w:p>
        </w:tc>
        <w:tc>
          <w:tcPr>
            <w:tcW w:w="2877" w:type="dxa"/>
          </w:tcPr>
          <w:p w14:paraId="3072DE72" w14:textId="306B55E6" w:rsidR="00634A26"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w:t>
            </w:r>
          </w:p>
        </w:tc>
        <w:tc>
          <w:tcPr>
            <w:tcW w:w="2877" w:type="dxa"/>
          </w:tcPr>
          <w:p w14:paraId="41CC8EE2" w14:textId="336DA5D5" w:rsidR="00634A26" w:rsidRPr="009658F0" w:rsidRDefault="00634A26"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silent, like h in </w:t>
            </w:r>
            <w:r w:rsidRPr="009658F0">
              <w:rPr>
                <w:rFonts w:ascii="Times New Roman" w:hAnsi="Times New Roman" w:cs="Times New Roman"/>
                <w:sz w:val="24"/>
                <w:szCs w:val="24"/>
                <w:u w:val="single"/>
              </w:rPr>
              <w:t>h</w:t>
            </w:r>
            <w:r w:rsidRPr="009658F0">
              <w:rPr>
                <w:rFonts w:ascii="Times New Roman" w:hAnsi="Times New Roman" w:cs="Times New Roman"/>
                <w:sz w:val="24"/>
                <w:szCs w:val="24"/>
              </w:rPr>
              <w:t>our</w:t>
            </w:r>
          </w:p>
        </w:tc>
      </w:tr>
      <w:tr w:rsidR="009658F0" w:rsidRPr="009658F0" w14:paraId="6E97A748" w14:textId="77777777" w:rsidTr="00C77D56">
        <w:tc>
          <w:tcPr>
            <w:tcW w:w="2876" w:type="dxa"/>
          </w:tcPr>
          <w:p w14:paraId="73F8D262" w14:textId="77777777" w:rsidR="005B5DD4"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tl/>
                <w:lang w:bidi="he-IL"/>
              </w:rPr>
              <w:t>ף</w:t>
            </w:r>
            <w:r w:rsidRPr="009658F0">
              <w:rPr>
                <w:rFonts w:ascii="Times New Roman" w:hAnsi="Times New Roman" w:cs="Times New Roman"/>
                <w:sz w:val="24"/>
                <w:szCs w:val="24"/>
                <w:lang w:bidi="he-IL"/>
              </w:rPr>
              <w:t>*</w:t>
            </w:r>
            <w:r w:rsidRPr="009658F0">
              <w:rPr>
                <w:rFonts w:ascii="Times New Roman" w:hAnsi="Times New Roman" w:cs="Times New Roman"/>
                <w:sz w:val="24"/>
                <w:szCs w:val="24"/>
              </w:rPr>
              <w:t xml:space="preserve">  </w:t>
            </w:r>
            <w:r w:rsidR="00634A26" w:rsidRPr="009658F0">
              <w:rPr>
                <w:rFonts w:ascii="Times New Roman" w:hAnsi="Times New Roman" w:cs="Times New Roman"/>
                <w:sz w:val="24"/>
                <w:szCs w:val="24"/>
              </w:rPr>
              <w:t>פ</w:t>
            </w:r>
            <w:r w:rsidRPr="009658F0">
              <w:rPr>
                <w:rFonts w:ascii="Times New Roman" w:hAnsi="Times New Roman" w:cs="Times New Roman"/>
                <w:sz w:val="24"/>
                <w:szCs w:val="24"/>
              </w:rPr>
              <w:t xml:space="preserve"> </w:t>
            </w:r>
          </w:p>
          <w:p w14:paraId="0CC49135" w14:textId="5C3F4F54" w:rsidR="00634A26"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 </w:t>
            </w:r>
            <w:r w:rsidRPr="009658F0">
              <w:rPr>
                <w:rFonts w:ascii="Times New Roman" w:hAnsi="Times New Roman" w:cs="Times New Roman"/>
                <w:sz w:val="24"/>
                <w:szCs w:val="24"/>
                <w:lang w:bidi="he-IL"/>
              </w:rPr>
              <w:t xml:space="preserve"> </w:t>
            </w:r>
            <w:r w:rsidRPr="009658F0">
              <w:rPr>
                <w:rFonts w:ascii="Times New Roman" w:hAnsi="Times New Roman" w:cs="Times New Roman"/>
                <w:sz w:val="24"/>
                <w:szCs w:val="24"/>
              </w:rPr>
              <w:t xml:space="preserve">    </w:t>
            </w:r>
            <w:r w:rsidR="00A747EE" w:rsidRPr="009658F0">
              <w:rPr>
                <w:rFonts w:ascii="Times New Roman" w:hAnsi="Times New Roman" w:cs="Times New Roman"/>
                <w:sz w:val="24"/>
                <w:szCs w:val="24"/>
                <w:rtl/>
                <w:lang w:bidi="he-IL"/>
              </w:rPr>
              <w:t>פּ</w:t>
            </w:r>
          </w:p>
        </w:tc>
        <w:tc>
          <w:tcPr>
            <w:tcW w:w="2877" w:type="dxa"/>
          </w:tcPr>
          <w:p w14:paraId="7065D97A" w14:textId="77777777" w:rsidR="00634A26"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p</w:t>
            </w:r>
          </w:p>
          <w:p w14:paraId="6C034CA2" w14:textId="3A52C886" w:rsidR="005B5DD4"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f</w:t>
            </w:r>
          </w:p>
        </w:tc>
        <w:tc>
          <w:tcPr>
            <w:tcW w:w="2877" w:type="dxa"/>
          </w:tcPr>
          <w:p w14:paraId="275A0CDC" w14:textId="77777777" w:rsidR="00634A26"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p</w:t>
            </w:r>
            <w:r w:rsidRPr="009658F0">
              <w:rPr>
                <w:rFonts w:ascii="Times New Roman" w:hAnsi="Times New Roman" w:cs="Times New Roman"/>
                <w:sz w:val="24"/>
                <w:szCs w:val="24"/>
              </w:rPr>
              <w:t>ay</w:t>
            </w:r>
          </w:p>
          <w:p w14:paraId="559FCD66" w14:textId="09C77CAB" w:rsidR="005B5DD4"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f</w:t>
            </w:r>
            <w:r w:rsidRPr="009658F0">
              <w:rPr>
                <w:rFonts w:ascii="Times New Roman" w:hAnsi="Times New Roman" w:cs="Times New Roman"/>
                <w:sz w:val="24"/>
                <w:szCs w:val="24"/>
              </w:rPr>
              <w:t>it</w:t>
            </w:r>
          </w:p>
        </w:tc>
      </w:tr>
      <w:tr w:rsidR="009658F0" w:rsidRPr="009658F0" w14:paraId="1D006B87" w14:textId="77777777" w:rsidTr="00C77D56">
        <w:tc>
          <w:tcPr>
            <w:tcW w:w="2876" w:type="dxa"/>
          </w:tcPr>
          <w:p w14:paraId="4AF95E35" w14:textId="70C6D4C3" w:rsidR="00634A26"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tl/>
                <w:lang w:bidi="he-IL"/>
              </w:rPr>
              <w:t xml:space="preserve">צ </w:t>
            </w:r>
            <w:r w:rsidRPr="009658F0">
              <w:rPr>
                <w:rFonts w:ascii="Times New Roman" w:hAnsi="Times New Roman" w:cs="Times New Roman"/>
                <w:sz w:val="24"/>
                <w:szCs w:val="24"/>
                <w:lang w:bidi="he-IL"/>
              </w:rPr>
              <w:t xml:space="preserve"> *</w:t>
            </w:r>
            <w:r w:rsidRPr="009658F0">
              <w:rPr>
                <w:rFonts w:ascii="Times New Roman" w:hAnsi="Times New Roman" w:cs="Times New Roman"/>
                <w:sz w:val="24"/>
                <w:szCs w:val="24"/>
                <w:rtl/>
                <w:lang w:bidi="he-IL"/>
              </w:rPr>
              <w:t>ץ</w:t>
            </w:r>
            <w:r w:rsidRPr="009658F0">
              <w:rPr>
                <w:rFonts w:ascii="Times New Roman" w:hAnsi="Times New Roman" w:cs="Times New Roman"/>
                <w:sz w:val="24"/>
                <w:szCs w:val="24"/>
                <w:lang w:bidi="he-IL"/>
              </w:rPr>
              <w:t xml:space="preserve"> </w:t>
            </w:r>
          </w:p>
        </w:tc>
        <w:tc>
          <w:tcPr>
            <w:tcW w:w="2877" w:type="dxa"/>
          </w:tcPr>
          <w:p w14:paraId="5B9FE434" w14:textId="255BF72C" w:rsidR="00634A26" w:rsidRPr="009658F0" w:rsidRDefault="005B5DD4"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ts</w:t>
            </w:r>
            <w:proofErr w:type="spellEnd"/>
          </w:p>
        </w:tc>
        <w:tc>
          <w:tcPr>
            <w:tcW w:w="2877" w:type="dxa"/>
          </w:tcPr>
          <w:p w14:paraId="20028DA3" w14:textId="64EC9273" w:rsidR="00634A26"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l</w:t>
            </w:r>
            <w:r w:rsidRPr="009658F0">
              <w:rPr>
                <w:rFonts w:ascii="Times New Roman" w:hAnsi="Times New Roman" w:cs="Times New Roman"/>
                <w:sz w:val="24"/>
                <w:szCs w:val="24"/>
              </w:rPr>
              <w:t>ets</w:t>
            </w:r>
          </w:p>
        </w:tc>
      </w:tr>
      <w:tr w:rsidR="009658F0" w:rsidRPr="009658F0" w14:paraId="382D5367" w14:textId="77777777" w:rsidTr="00C77D56">
        <w:tc>
          <w:tcPr>
            <w:tcW w:w="2876" w:type="dxa"/>
          </w:tcPr>
          <w:p w14:paraId="50DA0176" w14:textId="0EA05CCB" w:rsidR="005B5DD4"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ק               </w:t>
            </w:r>
          </w:p>
        </w:tc>
        <w:tc>
          <w:tcPr>
            <w:tcW w:w="2877" w:type="dxa"/>
          </w:tcPr>
          <w:p w14:paraId="5676F73D" w14:textId="0C43E210" w:rsidR="005B5DD4"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k</w:t>
            </w:r>
          </w:p>
        </w:tc>
        <w:tc>
          <w:tcPr>
            <w:tcW w:w="2877" w:type="dxa"/>
          </w:tcPr>
          <w:p w14:paraId="2CF7C42A" w14:textId="357D5CD6" w:rsidR="005B5DD4"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K</w:t>
            </w:r>
            <w:r w:rsidRPr="009658F0">
              <w:rPr>
                <w:rFonts w:ascii="Times New Roman" w:hAnsi="Times New Roman" w:cs="Times New Roman"/>
                <w:sz w:val="24"/>
                <w:szCs w:val="24"/>
              </w:rPr>
              <w:t>ate</w:t>
            </w:r>
          </w:p>
        </w:tc>
      </w:tr>
      <w:tr w:rsidR="009658F0" w:rsidRPr="009658F0" w14:paraId="4C132B10" w14:textId="77777777" w:rsidTr="00C77D56">
        <w:tc>
          <w:tcPr>
            <w:tcW w:w="2876" w:type="dxa"/>
          </w:tcPr>
          <w:p w14:paraId="3DE56F95" w14:textId="795A584B" w:rsidR="005B5DD4"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ר               </w:t>
            </w:r>
          </w:p>
        </w:tc>
        <w:tc>
          <w:tcPr>
            <w:tcW w:w="2877" w:type="dxa"/>
          </w:tcPr>
          <w:p w14:paraId="25F686D0" w14:textId="11ABAD38" w:rsidR="005B5DD4"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r</w:t>
            </w:r>
          </w:p>
        </w:tc>
        <w:tc>
          <w:tcPr>
            <w:tcW w:w="2877" w:type="dxa"/>
          </w:tcPr>
          <w:p w14:paraId="7D9EB1AD" w14:textId="3EAF1E47" w:rsidR="005B5DD4"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gargling sound</w:t>
            </w:r>
          </w:p>
        </w:tc>
      </w:tr>
      <w:tr w:rsidR="009658F0" w:rsidRPr="009658F0" w14:paraId="4E25FCB7" w14:textId="77777777" w:rsidTr="00C77D56">
        <w:tc>
          <w:tcPr>
            <w:tcW w:w="2876" w:type="dxa"/>
          </w:tcPr>
          <w:p w14:paraId="1667F056" w14:textId="69D9E59A" w:rsidR="005B5DD4"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tl/>
                <w:lang w:bidi="he-IL"/>
              </w:rPr>
              <w:t>שׁ</w:t>
            </w:r>
          </w:p>
        </w:tc>
        <w:tc>
          <w:tcPr>
            <w:tcW w:w="2877" w:type="dxa"/>
          </w:tcPr>
          <w:p w14:paraId="2C7BDFD2" w14:textId="5A92C0CC" w:rsidR="005B5DD4" w:rsidRPr="009658F0" w:rsidRDefault="005B5DD4"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sh</w:t>
            </w:r>
            <w:proofErr w:type="spellEnd"/>
          </w:p>
        </w:tc>
        <w:tc>
          <w:tcPr>
            <w:tcW w:w="2877" w:type="dxa"/>
          </w:tcPr>
          <w:p w14:paraId="27464731" w14:textId="653CA8C8" w:rsidR="005B5DD4"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sh</w:t>
            </w:r>
            <w:r w:rsidRPr="009658F0">
              <w:rPr>
                <w:rFonts w:ascii="Times New Roman" w:hAnsi="Times New Roman" w:cs="Times New Roman"/>
                <w:sz w:val="24"/>
                <w:szCs w:val="24"/>
              </w:rPr>
              <w:t>ell</w:t>
            </w:r>
          </w:p>
        </w:tc>
      </w:tr>
      <w:tr w:rsidR="009658F0" w:rsidRPr="009658F0" w14:paraId="314CFF33" w14:textId="77777777" w:rsidTr="00C77D56">
        <w:tc>
          <w:tcPr>
            <w:tcW w:w="2876" w:type="dxa"/>
          </w:tcPr>
          <w:p w14:paraId="06264975" w14:textId="10E40950" w:rsidR="005B5DD4" w:rsidRPr="009658F0" w:rsidRDefault="005B5DD4" w:rsidP="006C1960">
            <w:pPr>
              <w:spacing w:after="120" w:line="360" w:lineRule="auto"/>
              <w:rPr>
                <w:rFonts w:ascii="Times New Roman" w:hAnsi="Times New Roman" w:cs="Times New Roman"/>
                <w:sz w:val="24"/>
                <w:szCs w:val="24"/>
                <w:rtl/>
                <w:lang w:bidi="he-IL"/>
              </w:rPr>
            </w:pPr>
            <w:r w:rsidRPr="009658F0">
              <w:rPr>
                <w:rFonts w:ascii="Times New Roman" w:hAnsi="Times New Roman" w:cs="Times New Roman"/>
                <w:sz w:val="24"/>
                <w:szCs w:val="24"/>
              </w:rPr>
              <w:t xml:space="preserve">ש               </w:t>
            </w:r>
          </w:p>
        </w:tc>
        <w:tc>
          <w:tcPr>
            <w:tcW w:w="2877" w:type="dxa"/>
          </w:tcPr>
          <w:p w14:paraId="05DCC22F" w14:textId="39D60FAB" w:rsidR="005B5DD4"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s</w:t>
            </w:r>
          </w:p>
        </w:tc>
        <w:tc>
          <w:tcPr>
            <w:tcW w:w="2877" w:type="dxa"/>
          </w:tcPr>
          <w:p w14:paraId="01122CCA" w14:textId="4B1D7EFF" w:rsidR="005B5DD4"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s</w:t>
            </w:r>
            <w:r w:rsidRPr="009658F0">
              <w:rPr>
                <w:rFonts w:ascii="Times New Roman" w:hAnsi="Times New Roman" w:cs="Times New Roman"/>
                <w:sz w:val="24"/>
                <w:szCs w:val="24"/>
              </w:rPr>
              <w:t>ay</w:t>
            </w:r>
          </w:p>
        </w:tc>
      </w:tr>
      <w:tr w:rsidR="009658F0" w:rsidRPr="009658F0" w14:paraId="321DA141" w14:textId="77777777" w:rsidTr="00C77D56">
        <w:tc>
          <w:tcPr>
            <w:tcW w:w="2876" w:type="dxa"/>
          </w:tcPr>
          <w:p w14:paraId="71E71BBF" w14:textId="7F168BF8" w:rsidR="005B5DD4" w:rsidRPr="009658F0" w:rsidRDefault="005B5DD4" w:rsidP="006C1960">
            <w:pPr>
              <w:spacing w:after="120" w:line="360" w:lineRule="auto"/>
              <w:rPr>
                <w:rFonts w:ascii="Times New Roman" w:hAnsi="Times New Roman" w:cs="Times New Roman"/>
                <w:sz w:val="24"/>
                <w:szCs w:val="24"/>
                <w:rtl/>
                <w:lang w:bidi="he-IL"/>
              </w:rPr>
            </w:pPr>
            <w:r w:rsidRPr="009658F0">
              <w:rPr>
                <w:rFonts w:ascii="Times New Roman" w:hAnsi="Times New Roman" w:cs="Times New Roman"/>
                <w:sz w:val="24"/>
                <w:szCs w:val="24"/>
              </w:rPr>
              <w:t xml:space="preserve">ת               </w:t>
            </w:r>
          </w:p>
        </w:tc>
        <w:tc>
          <w:tcPr>
            <w:tcW w:w="2877" w:type="dxa"/>
          </w:tcPr>
          <w:p w14:paraId="4A205A05" w14:textId="56CD0ACA" w:rsidR="005B5DD4"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t</w:t>
            </w:r>
          </w:p>
        </w:tc>
        <w:tc>
          <w:tcPr>
            <w:tcW w:w="2877" w:type="dxa"/>
          </w:tcPr>
          <w:p w14:paraId="562A5C23" w14:textId="268236F1" w:rsidR="005B5DD4"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as in </w:t>
            </w:r>
            <w:r w:rsidRPr="009658F0">
              <w:rPr>
                <w:rFonts w:ascii="Times New Roman" w:hAnsi="Times New Roman" w:cs="Times New Roman"/>
                <w:sz w:val="24"/>
                <w:szCs w:val="24"/>
                <w:u w:val="single"/>
              </w:rPr>
              <w:t>t</w:t>
            </w:r>
            <w:r w:rsidRPr="009658F0">
              <w:rPr>
                <w:rFonts w:ascii="Times New Roman" w:hAnsi="Times New Roman" w:cs="Times New Roman"/>
                <w:sz w:val="24"/>
                <w:szCs w:val="24"/>
              </w:rPr>
              <w:t>en</w:t>
            </w:r>
          </w:p>
        </w:tc>
      </w:tr>
    </w:tbl>
    <w:p w14:paraId="30451466" w14:textId="167EACFE" w:rsidR="00F2675A" w:rsidRPr="009658F0" w:rsidRDefault="00F2675A"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r>
      <w:r w:rsidR="005B5DD4" w:rsidRPr="009658F0" w:rsidDel="005B5DD4">
        <w:rPr>
          <w:rFonts w:ascii="Times New Roman" w:hAnsi="Times New Roman" w:cs="Times New Roman"/>
          <w:sz w:val="24"/>
          <w:szCs w:val="24"/>
        </w:rPr>
        <w:t xml:space="preserve"> </w:t>
      </w:r>
      <w:r w:rsidRPr="009658F0">
        <w:rPr>
          <w:rFonts w:ascii="Times New Roman" w:hAnsi="Times New Roman" w:cs="Times New Roman"/>
          <w:sz w:val="24"/>
          <w:szCs w:val="24"/>
        </w:rPr>
        <w:br/>
        <w:t>* This is the form of the letter when it appears at the end of a word.</w:t>
      </w:r>
      <w:r w:rsidRPr="009658F0">
        <w:rPr>
          <w:rFonts w:ascii="Times New Roman" w:hAnsi="Times New Roman" w:cs="Times New Roman"/>
          <w:sz w:val="24"/>
          <w:szCs w:val="24"/>
        </w:rPr>
        <w:br/>
      </w:r>
    </w:p>
    <w:p w14:paraId="52ACDE77" w14:textId="77777777" w:rsidR="00F2675A" w:rsidRPr="009658F0" w:rsidRDefault="00F2675A" w:rsidP="006C1960">
      <w:pPr>
        <w:spacing w:after="120" w:line="360" w:lineRule="auto"/>
        <w:rPr>
          <w:rFonts w:ascii="Times New Roman" w:hAnsi="Times New Roman" w:cs="Times New Roman"/>
          <w:sz w:val="24"/>
          <w:szCs w:val="24"/>
        </w:rPr>
      </w:pPr>
    </w:p>
    <w:p w14:paraId="1D78B694" w14:textId="77777777" w:rsidR="00200BA5" w:rsidRPr="009658F0" w:rsidRDefault="00200BA5" w:rsidP="006C1960">
      <w:pPr>
        <w:spacing w:after="120" w:line="360" w:lineRule="auto"/>
        <w:rPr>
          <w:rFonts w:ascii="Times New Roman" w:hAnsi="Times New Roman" w:cs="Times New Roman"/>
          <w:sz w:val="24"/>
          <w:szCs w:val="24"/>
        </w:rPr>
      </w:pPr>
    </w:p>
    <w:p w14:paraId="30EDB7F4" w14:textId="77777777" w:rsidR="00200BA5" w:rsidRPr="009658F0" w:rsidRDefault="00200BA5" w:rsidP="006C1960">
      <w:pPr>
        <w:spacing w:after="120" w:line="360" w:lineRule="auto"/>
        <w:rPr>
          <w:rFonts w:ascii="Times New Roman" w:hAnsi="Times New Roman" w:cs="Times New Roman"/>
          <w:sz w:val="24"/>
          <w:szCs w:val="24"/>
        </w:rPr>
      </w:pPr>
    </w:p>
    <w:p w14:paraId="4566332A" w14:textId="77777777" w:rsidR="00200BA5" w:rsidRPr="009658F0" w:rsidRDefault="00200BA5" w:rsidP="006C1960">
      <w:pPr>
        <w:spacing w:after="120" w:line="360" w:lineRule="auto"/>
        <w:rPr>
          <w:rFonts w:ascii="Times New Roman" w:hAnsi="Times New Roman" w:cs="Times New Roman"/>
          <w:sz w:val="24"/>
          <w:szCs w:val="24"/>
        </w:rPr>
      </w:pPr>
    </w:p>
    <w:p w14:paraId="493C6C2A" w14:textId="77777777" w:rsidR="00200BA5" w:rsidRPr="009658F0" w:rsidRDefault="00200BA5" w:rsidP="006C1960">
      <w:pPr>
        <w:spacing w:after="120" w:line="360" w:lineRule="auto"/>
        <w:rPr>
          <w:rFonts w:ascii="Times New Roman" w:hAnsi="Times New Roman" w:cs="Times New Roman"/>
          <w:sz w:val="24"/>
          <w:szCs w:val="24"/>
        </w:rPr>
      </w:pPr>
    </w:p>
    <w:p w14:paraId="783CD2EC" w14:textId="77777777" w:rsidR="00200BA5" w:rsidRPr="009658F0" w:rsidRDefault="00200BA5" w:rsidP="006C1960">
      <w:pPr>
        <w:spacing w:after="120" w:line="360" w:lineRule="auto"/>
        <w:rPr>
          <w:rFonts w:ascii="Times New Roman" w:hAnsi="Times New Roman" w:cs="Times New Roman"/>
          <w:sz w:val="24"/>
          <w:szCs w:val="24"/>
        </w:rPr>
      </w:pPr>
    </w:p>
    <w:p w14:paraId="27FF210E" w14:textId="77777777" w:rsidR="00200BA5" w:rsidRPr="009658F0" w:rsidRDefault="00200BA5" w:rsidP="006C1960">
      <w:pPr>
        <w:spacing w:after="120" w:line="360" w:lineRule="auto"/>
        <w:rPr>
          <w:rFonts w:ascii="Times New Roman" w:hAnsi="Times New Roman" w:cs="Times New Roman"/>
          <w:sz w:val="24"/>
          <w:szCs w:val="24"/>
        </w:rPr>
      </w:pPr>
    </w:p>
    <w:p w14:paraId="17175DF7" w14:textId="77777777" w:rsidR="00200BA5" w:rsidRPr="009658F0" w:rsidRDefault="00200BA5" w:rsidP="006C1960">
      <w:pPr>
        <w:spacing w:after="120" w:line="360" w:lineRule="auto"/>
        <w:rPr>
          <w:rFonts w:ascii="Times New Roman" w:hAnsi="Times New Roman" w:cs="Times New Roman"/>
          <w:sz w:val="24"/>
          <w:szCs w:val="24"/>
        </w:rPr>
      </w:pPr>
    </w:p>
    <w:p w14:paraId="382749D6" w14:textId="14BF490B" w:rsidR="00CD03DF" w:rsidRPr="009658F0" w:rsidRDefault="00200BA5"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t>VICTOR PAGE 17</w:t>
      </w:r>
      <w:r w:rsidRPr="009658F0">
        <w:rPr>
          <w:rFonts w:ascii="Times New Roman" w:hAnsi="Times New Roman" w:cs="Times New Roman"/>
          <w:sz w:val="24"/>
          <w:szCs w:val="24"/>
        </w:rPr>
        <w:br/>
        <w:t>Letter</w:t>
      </w:r>
      <w:r w:rsidRPr="009658F0">
        <w:rPr>
          <w:rFonts w:ascii="Times New Roman" w:hAnsi="Times New Roman" w:cs="Times New Roman"/>
          <w:sz w:val="24"/>
          <w:szCs w:val="24"/>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850"/>
        <w:gridCol w:w="993"/>
      </w:tblGrid>
      <w:tr w:rsidR="009658F0" w:rsidRPr="009658F0" w14:paraId="44E77673" w14:textId="77777777" w:rsidTr="00C77D56">
        <w:tc>
          <w:tcPr>
            <w:tcW w:w="846" w:type="dxa"/>
          </w:tcPr>
          <w:p w14:paraId="48F252B6" w14:textId="77777777" w:rsidR="00CD03DF" w:rsidRPr="009658F0" w:rsidRDefault="00CD03DF"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A</w:t>
            </w:r>
          </w:p>
        </w:tc>
        <w:tc>
          <w:tcPr>
            <w:tcW w:w="850" w:type="dxa"/>
          </w:tcPr>
          <w:p w14:paraId="135BFC51" w14:textId="77777777" w:rsidR="00CD03DF" w:rsidRPr="009658F0" w:rsidRDefault="00CD03DF"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 א </w:t>
            </w:r>
          </w:p>
        </w:tc>
        <w:tc>
          <w:tcPr>
            <w:tcW w:w="993" w:type="dxa"/>
          </w:tcPr>
          <w:p w14:paraId="4AEB6DFE" w14:textId="77777777" w:rsidR="00CD03DF" w:rsidRPr="009658F0" w:rsidRDefault="00CD03DF"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alef</w:t>
            </w:r>
          </w:p>
        </w:tc>
      </w:tr>
      <w:tr w:rsidR="009658F0" w:rsidRPr="009658F0" w14:paraId="5108D716" w14:textId="77777777" w:rsidTr="00C77D56">
        <w:tc>
          <w:tcPr>
            <w:tcW w:w="846" w:type="dxa"/>
          </w:tcPr>
          <w:p w14:paraId="7EB7F70F" w14:textId="3FE51B88" w:rsidR="00CD03DF" w:rsidRPr="009658F0" w:rsidRDefault="00CD03DF" w:rsidP="006C1960">
            <w:pPr>
              <w:spacing w:line="360" w:lineRule="auto"/>
              <w:rPr>
                <w:rFonts w:ascii="Times New Roman" w:hAnsi="Times New Roman" w:cs="Times New Roman"/>
              </w:rPr>
            </w:pPr>
            <w:r w:rsidRPr="009658F0">
              <w:rPr>
                <w:rFonts w:ascii="Times New Roman" w:hAnsi="Times New Roman" w:cs="Times New Roman"/>
                <w:sz w:val="24"/>
                <w:szCs w:val="24"/>
              </w:rPr>
              <w:t xml:space="preserve">B          </w:t>
            </w:r>
          </w:p>
        </w:tc>
        <w:tc>
          <w:tcPr>
            <w:tcW w:w="850" w:type="dxa"/>
          </w:tcPr>
          <w:p w14:paraId="728E001E" w14:textId="35966AC3" w:rsidR="00CD03DF" w:rsidRPr="009658F0" w:rsidRDefault="00CD03DF" w:rsidP="006C1960">
            <w:pPr>
              <w:spacing w:line="360" w:lineRule="auto"/>
              <w:rPr>
                <w:rFonts w:ascii="Times New Roman" w:hAnsi="Times New Roman" w:cs="Times New Roman"/>
              </w:rPr>
            </w:pPr>
            <w:r w:rsidRPr="009658F0">
              <w:rPr>
                <w:rFonts w:ascii="Times New Roman" w:hAnsi="Times New Roman" w:cs="Times New Roman"/>
                <w:sz w:val="24"/>
                <w:szCs w:val="24"/>
                <w:rtl/>
                <w:lang w:bidi="he-IL"/>
              </w:rPr>
              <w:t>בּ</w:t>
            </w:r>
            <w:r w:rsidRPr="009658F0" w:rsidDel="00A533E0">
              <w:rPr>
                <w:rFonts w:ascii="Times New Roman" w:hAnsi="Times New Roman" w:cs="Times New Roman"/>
                <w:sz w:val="24"/>
                <w:szCs w:val="24"/>
              </w:rPr>
              <w:t xml:space="preserve"> </w:t>
            </w:r>
            <w:r w:rsidRPr="009658F0">
              <w:rPr>
                <w:rFonts w:ascii="Times New Roman" w:hAnsi="Times New Roman" w:cs="Times New Roman"/>
                <w:sz w:val="24"/>
                <w:szCs w:val="24"/>
              </w:rPr>
              <w:t xml:space="preserve">        </w:t>
            </w:r>
          </w:p>
        </w:tc>
        <w:tc>
          <w:tcPr>
            <w:tcW w:w="993" w:type="dxa"/>
          </w:tcPr>
          <w:p w14:paraId="4CA780E6" w14:textId="0BE91D75" w:rsidR="00CD03DF" w:rsidRPr="009658F0" w:rsidRDefault="00CD03DF" w:rsidP="006C1960">
            <w:pPr>
              <w:spacing w:line="360" w:lineRule="auto"/>
              <w:rPr>
                <w:rFonts w:ascii="Times New Roman" w:hAnsi="Times New Roman" w:cs="Times New Roman"/>
              </w:rPr>
            </w:pPr>
            <w:r w:rsidRPr="009658F0">
              <w:rPr>
                <w:rFonts w:ascii="Times New Roman" w:hAnsi="Times New Roman" w:cs="Times New Roman"/>
                <w:sz w:val="24"/>
                <w:szCs w:val="24"/>
              </w:rPr>
              <w:t>bet</w:t>
            </w:r>
          </w:p>
        </w:tc>
      </w:tr>
      <w:tr w:rsidR="009658F0" w:rsidRPr="009658F0" w14:paraId="4BFD51FC" w14:textId="77777777" w:rsidTr="00C77D56">
        <w:tc>
          <w:tcPr>
            <w:tcW w:w="846" w:type="dxa"/>
          </w:tcPr>
          <w:p w14:paraId="4947528B" w14:textId="46B1C09B" w:rsidR="00CD03DF"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V</w:t>
            </w:r>
          </w:p>
        </w:tc>
        <w:tc>
          <w:tcPr>
            <w:tcW w:w="850" w:type="dxa"/>
          </w:tcPr>
          <w:p w14:paraId="503687B2" w14:textId="49F64028" w:rsidR="00CD03DF" w:rsidRPr="009658F0" w:rsidRDefault="00A747EE" w:rsidP="006C1960">
            <w:pPr>
              <w:spacing w:line="360" w:lineRule="auto"/>
              <w:rPr>
                <w:rFonts w:ascii="Times New Roman" w:hAnsi="Times New Roman" w:cs="Times New Roman"/>
                <w:sz w:val="24"/>
                <w:szCs w:val="24"/>
                <w:rtl/>
                <w:lang w:bidi="he-IL"/>
              </w:rPr>
            </w:pPr>
            <w:r w:rsidRPr="009658F0">
              <w:rPr>
                <w:rFonts w:ascii="Times New Roman" w:hAnsi="Times New Roman" w:cs="Times New Roman"/>
                <w:sz w:val="24"/>
                <w:szCs w:val="24"/>
              </w:rPr>
              <w:t>ב</w:t>
            </w:r>
          </w:p>
        </w:tc>
        <w:tc>
          <w:tcPr>
            <w:tcW w:w="993" w:type="dxa"/>
          </w:tcPr>
          <w:p w14:paraId="57009267" w14:textId="4CF52130" w:rsidR="00CD03DF"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vet</w:t>
            </w:r>
          </w:p>
        </w:tc>
      </w:tr>
      <w:tr w:rsidR="009658F0" w:rsidRPr="009658F0" w14:paraId="5F36884E" w14:textId="77777777" w:rsidTr="00C77D56">
        <w:tc>
          <w:tcPr>
            <w:tcW w:w="846" w:type="dxa"/>
          </w:tcPr>
          <w:p w14:paraId="503EFED9" w14:textId="568A7C84" w:rsidR="00CD03DF"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G               </w:t>
            </w:r>
          </w:p>
        </w:tc>
        <w:tc>
          <w:tcPr>
            <w:tcW w:w="850" w:type="dxa"/>
          </w:tcPr>
          <w:p w14:paraId="1BC39D8E" w14:textId="23314955" w:rsidR="00CD03DF" w:rsidRPr="009658F0" w:rsidRDefault="00A747EE" w:rsidP="006C1960">
            <w:pPr>
              <w:spacing w:line="360" w:lineRule="auto"/>
              <w:rPr>
                <w:rFonts w:ascii="Times New Roman" w:hAnsi="Times New Roman" w:cs="Times New Roman"/>
                <w:sz w:val="24"/>
                <w:szCs w:val="24"/>
                <w:rtl/>
                <w:lang w:bidi="he-IL"/>
              </w:rPr>
            </w:pPr>
            <w:r w:rsidRPr="009658F0">
              <w:rPr>
                <w:rFonts w:ascii="Times New Roman" w:hAnsi="Times New Roman" w:cs="Times New Roman"/>
                <w:sz w:val="24"/>
                <w:szCs w:val="24"/>
              </w:rPr>
              <w:t xml:space="preserve">ג               </w:t>
            </w:r>
          </w:p>
        </w:tc>
        <w:tc>
          <w:tcPr>
            <w:tcW w:w="993" w:type="dxa"/>
          </w:tcPr>
          <w:p w14:paraId="3A801871" w14:textId="130FBBCA" w:rsidR="00CD03DF"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gimel</w:t>
            </w:r>
          </w:p>
        </w:tc>
      </w:tr>
      <w:tr w:rsidR="009658F0" w:rsidRPr="009658F0" w14:paraId="06B6CC03" w14:textId="77777777" w:rsidTr="00C77D56">
        <w:tc>
          <w:tcPr>
            <w:tcW w:w="846" w:type="dxa"/>
          </w:tcPr>
          <w:p w14:paraId="7280213B" w14:textId="52FE2D4F" w:rsidR="00CD03DF"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D               </w:t>
            </w:r>
          </w:p>
        </w:tc>
        <w:tc>
          <w:tcPr>
            <w:tcW w:w="850" w:type="dxa"/>
          </w:tcPr>
          <w:p w14:paraId="3887C547" w14:textId="384EED7C" w:rsidR="00CD03DF" w:rsidRPr="009658F0" w:rsidRDefault="00A747EE" w:rsidP="006C1960">
            <w:pPr>
              <w:spacing w:line="360" w:lineRule="auto"/>
              <w:rPr>
                <w:rFonts w:ascii="Times New Roman" w:hAnsi="Times New Roman" w:cs="Times New Roman"/>
                <w:sz w:val="24"/>
                <w:szCs w:val="24"/>
                <w:rtl/>
                <w:lang w:bidi="he-IL"/>
              </w:rPr>
            </w:pPr>
            <w:r w:rsidRPr="009658F0">
              <w:rPr>
                <w:rFonts w:ascii="Times New Roman" w:hAnsi="Times New Roman" w:cs="Times New Roman"/>
                <w:sz w:val="24"/>
                <w:szCs w:val="24"/>
              </w:rPr>
              <w:t xml:space="preserve">ד              </w:t>
            </w:r>
          </w:p>
        </w:tc>
        <w:tc>
          <w:tcPr>
            <w:tcW w:w="993" w:type="dxa"/>
          </w:tcPr>
          <w:p w14:paraId="4BA7FD8C" w14:textId="05C8E847" w:rsidR="00CD03DF" w:rsidRPr="009658F0" w:rsidRDefault="00A747EE" w:rsidP="006C1960">
            <w:pPr>
              <w:spacing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dalet</w:t>
            </w:r>
            <w:proofErr w:type="spellEnd"/>
          </w:p>
        </w:tc>
      </w:tr>
      <w:tr w:rsidR="009658F0" w:rsidRPr="009658F0" w14:paraId="6BB8E24F" w14:textId="77777777" w:rsidTr="00C77D56">
        <w:tc>
          <w:tcPr>
            <w:tcW w:w="846" w:type="dxa"/>
          </w:tcPr>
          <w:p w14:paraId="2DBD5500" w14:textId="17D08787" w:rsidR="00CD03DF"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H</w:t>
            </w:r>
          </w:p>
        </w:tc>
        <w:tc>
          <w:tcPr>
            <w:tcW w:w="850" w:type="dxa"/>
          </w:tcPr>
          <w:p w14:paraId="5372A688" w14:textId="7E093E6A" w:rsidR="00CD03DF" w:rsidRPr="009658F0" w:rsidRDefault="00A747EE" w:rsidP="006C1960">
            <w:pPr>
              <w:spacing w:line="360" w:lineRule="auto"/>
              <w:rPr>
                <w:rFonts w:ascii="Times New Roman" w:hAnsi="Times New Roman" w:cs="Times New Roman"/>
                <w:sz w:val="24"/>
                <w:szCs w:val="24"/>
                <w:rtl/>
                <w:lang w:bidi="he-IL"/>
              </w:rPr>
            </w:pPr>
            <w:r w:rsidRPr="009658F0">
              <w:rPr>
                <w:rFonts w:ascii="Times New Roman" w:hAnsi="Times New Roman" w:cs="Times New Roman"/>
                <w:sz w:val="24"/>
                <w:szCs w:val="24"/>
              </w:rPr>
              <w:t xml:space="preserve">ה              </w:t>
            </w:r>
          </w:p>
        </w:tc>
        <w:tc>
          <w:tcPr>
            <w:tcW w:w="993" w:type="dxa"/>
          </w:tcPr>
          <w:p w14:paraId="706B9ED2" w14:textId="6C2AE28A" w:rsidR="00CD03DF"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he</w:t>
            </w:r>
          </w:p>
        </w:tc>
      </w:tr>
      <w:tr w:rsidR="009658F0" w:rsidRPr="009658F0" w14:paraId="639D447A" w14:textId="77777777" w:rsidTr="00C77D56">
        <w:tc>
          <w:tcPr>
            <w:tcW w:w="846" w:type="dxa"/>
          </w:tcPr>
          <w:p w14:paraId="536BD247" w14:textId="7423279A"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V</w:t>
            </w:r>
          </w:p>
        </w:tc>
        <w:tc>
          <w:tcPr>
            <w:tcW w:w="850" w:type="dxa"/>
          </w:tcPr>
          <w:p w14:paraId="6A6ECAC7" w14:textId="39D235AB"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ו             </w:t>
            </w:r>
          </w:p>
        </w:tc>
        <w:tc>
          <w:tcPr>
            <w:tcW w:w="993" w:type="dxa"/>
          </w:tcPr>
          <w:p w14:paraId="37661E18" w14:textId="38650BB5"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vav</w:t>
            </w:r>
          </w:p>
        </w:tc>
      </w:tr>
      <w:tr w:rsidR="009658F0" w:rsidRPr="009658F0" w14:paraId="1369AD8E" w14:textId="77777777" w:rsidTr="00C77D56">
        <w:tc>
          <w:tcPr>
            <w:tcW w:w="846" w:type="dxa"/>
          </w:tcPr>
          <w:p w14:paraId="2358DA48" w14:textId="141BC4E4"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Z</w:t>
            </w:r>
          </w:p>
        </w:tc>
        <w:tc>
          <w:tcPr>
            <w:tcW w:w="850" w:type="dxa"/>
          </w:tcPr>
          <w:p w14:paraId="22BACD75" w14:textId="55478CB9"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ז                         </w:t>
            </w:r>
          </w:p>
        </w:tc>
        <w:tc>
          <w:tcPr>
            <w:tcW w:w="993" w:type="dxa"/>
          </w:tcPr>
          <w:p w14:paraId="7368B80D" w14:textId="7998F461"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zain</w:t>
            </w:r>
          </w:p>
        </w:tc>
      </w:tr>
      <w:tr w:rsidR="009658F0" w:rsidRPr="009658F0" w14:paraId="737ADCBD" w14:textId="77777777" w:rsidTr="00C77D56">
        <w:tc>
          <w:tcPr>
            <w:tcW w:w="846" w:type="dxa"/>
          </w:tcPr>
          <w:p w14:paraId="5833EA8A" w14:textId="0F70121F"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KH</w:t>
            </w:r>
          </w:p>
        </w:tc>
        <w:tc>
          <w:tcPr>
            <w:tcW w:w="850" w:type="dxa"/>
          </w:tcPr>
          <w:p w14:paraId="5AB994AF" w14:textId="3DA4BA9A"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ח        </w:t>
            </w:r>
          </w:p>
        </w:tc>
        <w:tc>
          <w:tcPr>
            <w:tcW w:w="993" w:type="dxa"/>
          </w:tcPr>
          <w:p w14:paraId="1C89F4A3" w14:textId="0D6F3D8B"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het</w:t>
            </w:r>
          </w:p>
        </w:tc>
      </w:tr>
      <w:tr w:rsidR="009658F0" w:rsidRPr="009658F0" w14:paraId="1146918B" w14:textId="77777777" w:rsidTr="00C77D56">
        <w:tc>
          <w:tcPr>
            <w:tcW w:w="846" w:type="dxa"/>
          </w:tcPr>
          <w:p w14:paraId="4B734275" w14:textId="74788845"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T</w:t>
            </w:r>
          </w:p>
        </w:tc>
        <w:tc>
          <w:tcPr>
            <w:tcW w:w="850" w:type="dxa"/>
          </w:tcPr>
          <w:p w14:paraId="1FC96FD4" w14:textId="03B2EF4F"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ט               </w:t>
            </w:r>
          </w:p>
        </w:tc>
        <w:tc>
          <w:tcPr>
            <w:tcW w:w="993" w:type="dxa"/>
          </w:tcPr>
          <w:p w14:paraId="0DD3CC05" w14:textId="31CA689E" w:rsidR="00A747EE" w:rsidRPr="009658F0" w:rsidRDefault="00A747EE" w:rsidP="006C1960">
            <w:pPr>
              <w:spacing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tet</w:t>
            </w:r>
            <w:proofErr w:type="spellEnd"/>
          </w:p>
        </w:tc>
      </w:tr>
      <w:tr w:rsidR="009658F0" w:rsidRPr="009658F0" w14:paraId="7C4FB4FF" w14:textId="77777777" w:rsidTr="00C77D56">
        <w:tc>
          <w:tcPr>
            <w:tcW w:w="846" w:type="dxa"/>
          </w:tcPr>
          <w:p w14:paraId="5B4A3E09" w14:textId="36B0D0DB"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Y</w:t>
            </w:r>
          </w:p>
        </w:tc>
        <w:tc>
          <w:tcPr>
            <w:tcW w:w="850" w:type="dxa"/>
          </w:tcPr>
          <w:p w14:paraId="4A3AD67B" w14:textId="5DCF1A40"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י               </w:t>
            </w:r>
          </w:p>
        </w:tc>
        <w:tc>
          <w:tcPr>
            <w:tcW w:w="993" w:type="dxa"/>
          </w:tcPr>
          <w:p w14:paraId="4E430626" w14:textId="48DB05A5"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yod</w:t>
            </w:r>
          </w:p>
        </w:tc>
      </w:tr>
      <w:tr w:rsidR="009658F0" w:rsidRPr="009658F0" w14:paraId="15481888" w14:textId="77777777" w:rsidTr="00C77D56">
        <w:tc>
          <w:tcPr>
            <w:tcW w:w="846" w:type="dxa"/>
          </w:tcPr>
          <w:p w14:paraId="18DF88A2" w14:textId="743B0F65"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KH</w:t>
            </w:r>
          </w:p>
        </w:tc>
        <w:tc>
          <w:tcPr>
            <w:tcW w:w="850" w:type="dxa"/>
          </w:tcPr>
          <w:p w14:paraId="52897B34" w14:textId="45C70270"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כ               </w:t>
            </w:r>
          </w:p>
        </w:tc>
        <w:tc>
          <w:tcPr>
            <w:tcW w:w="993" w:type="dxa"/>
          </w:tcPr>
          <w:p w14:paraId="7F48573F" w14:textId="7FBE7225" w:rsidR="00A747EE" w:rsidRPr="009658F0" w:rsidRDefault="00A747EE" w:rsidP="006C1960">
            <w:pPr>
              <w:spacing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khaf</w:t>
            </w:r>
            <w:proofErr w:type="spellEnd"/>
          </w:p>
        </w:tc>
      </w:tr>
      <w:tr w:rsidR="009658F0" w:rsidRPr="009658F0" w14:paraId="0D4BA3C9" w14:textId="77777777" w:rsidTr="00C77D56">
        <w:tc>
          <w:tcPr>
            <w:tcW w:w="846" w:type="dxa"/>
          </w:tcPr>
          <w:p w14:paraId="6368A10B" w14:textId="05903FA0"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K</w:t>
            </w:r>
          </w:p>
        </w:tc>
        <w:tc>
          <w:tcPr>
            <w:tcW w:w="850" w:type="dxa"/>
          </w:tcPr>
          <w:p w14:paraId="3FF70F6B" w14:textId="3A9AC794"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tl/>
                <w:lang w:bidi="he-IL"/>
              </w:rPr>
              <w:t>כּ</w:t>
            </w:r>
          </w:p>
        </w:tc>
        <w:tc>
          <w:tcPr>
            <w:tcW w:w="993" w:type="dxa"/>
          </w:tcPr>
          <w:p w14:paraId="04174F58" w14:textId="7FEACB98"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kaf</w:t>
            </w:r>
          </w:p>
        </w:tc>
      </w:tr>
      <w:tr w:rsidR="009658F0" w:rsidRPr="009658F0" w14:paraId="37A7BF73" w14:textId="77777777" w:rsidTr="00C77D56">
        <w:tc>
          <w:tcPr>
            <w:tcW w:w="846" w:type="dxa"/>
          </w:tcPr>
          <w:p w14:paraId="29D70E11" w14:textId="635530F8"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L</w:t>
            </w:r>
          </w:p>
        </w:tc>
        <w:tc>
          <w:tcPr>
            <w:tcW w:w="850" w:type="dxa"/>
          </w:tcPr>
          <w:p w14:paraId="3A4376EC" w14:textId="753FAD58"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ל</w:t>
            </w:r>
          </w:p>
        </w:tc>
        <w:tc>
          <w:tcPr>
            <w:tcW w:w="993" w:type="dxa"/>
          </w:tcPr>
          <w:p w14:paraId="4935FFEB" w14:textId="06719868"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lamed</w:t>
            </w:r>
          </w:p>
        </w:tc>
      </w:tr>
      <w:tr w:rsidR="009658F0" w:rsidRPr="009658F0" w14:paraId="1DBE5A49" w14:textId="77777777" w:rsidTr="00C77D56">
        <w:tc>
          <w:tcPr>
            <w:tcW w:w="846" w:type="dxa"/>
          </w:tcPr>
          <w:p w14:paraId="396879E4" w14:textId="02CA9FB7"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M</w:t>
            </w:r>
          </w:p>
        </w:tc>
        <w:tc>
          <w:tcPr>
            <w:tcW w:w="850" w:type="dxa"/>
          </w:tcPr>
          <w:p w14:paraId="7818F4DE" w14:textId="06941322"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מ               </w:t>
            </w:r>
          </w:p>
        </w:tc>
        <w:tc>
          <w:tcPr>
            <w:tcW w:w="993" w:type="dxa"/>
          </w:tcPr>
          <w:p w14:paraId="7076EF11" w14:textId="7087674B"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mem</w:t>
            </w:r>
          </w:p>
        </w:tc>
      </w:tr>
      <w:tr w:rsidR="009658F0" w:rsidRPr="009658F0" w14:paraId="76534F00" w14:textId="77777777" w:rsidTr="00C77D56">
        <w:tc>
          <w:tcPr>
            <w:tcW w:w="846" w:type="dxa"/>
          </w:tcPr>
          <w:p w14:paraId="2A9A66C8" w14:textId="5990696C"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N</w:t>
            </w:r>
          </w:p>
        </w:tc>
        <w:tc>
          <w:tcPr>
            <w:tcW w:w="850" w:type="dxa"/>
          </w:tcPr>
          <w:p w14:paraId="0065CC58" w14:textId="24FFC2B1"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נ               </w:t>
            </w:r>
          </w:p>
        </w:tc>
        <w:tc>
          <w:tcPr>
            <w:tcW w:w="993" w:type="dxa"/>
          </w:tcPr>
          <w:p w14:paraId="5C5CFC99" w14:textId="04D4001F"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nun</w:t>
            </w:r>
          </w:p>
        </w:tc>
      </w:tr>
      <w:tr w:rsidR="009658F0" w:rsidRPr="009658F0" w14:paraId="64DFABCA" w14:textId="77777777" w:rsidTr="00C77D56">
        <w:tc>
          <w:tcPr>
            <w:tcW w:w="846" w:type="dxa"/>
          </w:tcPr>
          <w:p w14:paraId="750A9DEB" w14:textId="1E91F95A"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S</w:t>
            </w:r>
          </w:p>
        </w:tc>
        <w:tc>
          <w:tcPr>
            <w:tcW w:w="850" w:type="dxa"/>
          </w:tcPr>
          <w:p w14:paraId="3359485E" w14:textId="0493FA9A"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ס               </w:t>
            </w:r>
          </w:p>
        </w:tc>
        <w:tc>
          <w:tcPr>
            <w:tcW w:w="993" w:type="dxa"/>
          </w:tcPr>
          <w:p w14:paraId="033A0BB4" w14:textId="67908101"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samekh</w:t>
            </w:r>
          </w:p>
        </w:tc>
      </w:tr>
      <w:tr w:rsidR="009658F0" w:rsidRPr="009658F0" w14:paraId="6BA8F5DF" w14:textId="77777777" w:rsidTr="00C77D56">
        <w:tc>
          <w:tcPr>
            <w:tcW w:w="846" w:type="dxa"/>
          </w:tcPr>
          <w:p w14:paraId="73CE5573" w14:textId="290A2EAA"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A</w:t>
            </w:r>
          </w:p>
        </w:tc>
        <w:tc>
          <w:tcPr>
            <w:tcW w:w="850" w:type="dxa"/>
          </w:tcPr>
          <w:p w14:paraId="4DB1114A" w14:textId="055A3BD5"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ע               </w:t>
            </w:r>
          </w:p>
        </w:tc>
        <w:tc>
          <w:tcPr>
            <w:tcW w:w="993" w:type="dxa"/>
          </w:tcPr>
          <w:p w14:paraId="1CF12F1C" w14:textId="30738965" w:rsidR="00A747EE" w:rsidRPr="009658F0" w:rsidRDefault="00A747EE" w:rsidP="006C1960">
            <w:pPr>
              <w:spacing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ain</w:t>
            </w:r>
            <w:proofErr w:type="spellEnd"/>
          </w:p>
        </w:tc>
      </w:tr>
      <w:tr w:rsidR="009658F0" w:rsidRPr="009658F0" w14:paraId="55675CB1" w14:textId="77777777" w:rsidTr="00C77D56">
        <w:tc>
          <w:tcPr>
            <w:tcW w:w="846" w:type="dxa"/>
          </w:tcPr>
          <w:p w14:paraId="38885682" w14:textId="2AC010C4"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P</w:t>
            </w:r>
          </w:p>
        </w:tc>
        <w:tc>
          <w:tcPr>
            <w:tcW w:w="850" w:type="dxa"/>
          </w:tcPr>
          <w:p w14:paraId="616B941D" w14:textId="0664E3AA"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פ               </w:t>
            </w:r>
          </w:p>
        </w:tc>
        <w:tc>
          <w:tcPr>
            <w:tcW w:w="993" w:type="dxa"/>
          </w:tcPr>
          <w:p w14:paraId="771E0309" w14:textId="29EB62B2" w:rsidR="00A747EE" w:rsidRPr="009658F0" w:rsidRDefault="00A747EE" w:rsidP="006C1960">
            <w:pPr>
              <w:spacing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pey</w:t>
            </w:r>
            <w:proofErr w:type="spellEnd"/>
          </w:p>
        </w:tc>
      </w:tr>
      <w:tr w:rsidR="009658F0" w:rsidRPr="009658F0" w14:paraId="491BC703" w14:textId="77777777" w:rsidTr="00C77D56">
        <w:tc>
          <w:tcPr>
            <w:tcW w:w="846" w:type="dxa"/>
          </w:tcPr>
          <w:p w14:paraId="795BC5D8" w14:textId="4830ED0A"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F</w:t>
            </w:r>
          </w:p>
        </w:tc>
        <w:tc>
          <w:tcPr>
            <w:tcW w:w="850" w:type="dxa"/>
          </w:tcPr>
          <w:p w14:paraId="50C1DD9D" w14:textId="3EC880E9"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tl/>
                <w:lang w:bidi="he-IL"/>
              </w:rPr>
              <w:t>פּ</w:t>
            </w:r>
          </w:p>
        </w:tc>
        <w:tc>
          <w:tcPr>
            <w:tcW w:w="993" w:type="dxa"/>
          </w:tcPr>
          <w:p w14:paraId="385FAA79" w14:textId="3193A97F"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fey</w:t>
            </w:r>
          </w:p>
        </w:tc>
      </w:tr>
      <w:tr w:rsidR="009658F0" w:rsidRPr="009658F0" w14:paraId="681ED0A1" w14:textId="77777777" w:rsidTr="00C77D56">
        <w:tc>
          <w:tcPr>
            <w:tcW w:w="846" w:type="dxa"/>
          </w:tcPr>
          <w:p w14:paraId="49AE9CE0" w14:textId="0045A45C"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TS</w:t>
            </w:r>
          </w:p>
        </w:tc>
        <w:tc>
          <w:tcPr>
            <w:tcW w:w="850" w:type="dxa"/>
          </w:tcPr>
          <w:p w14:paraId="4AC50E99" w14:textId="5FD51DF8"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צ               </w:t>
            </w:r>
          </w:p>
        </w:tc>
        <w:tc>
          <w:tcPr>
            <w:tcW w:w="993" w:type="dxa"/>
          </w:tcPr>
          <w:p w14:paraId="04CDD987" w14:textId="3718A87D" w:rsidR="00A747EE" w:rsidRPr="009658F0" w:rsidRDefault="00A747EE" w:rsidP="006C1960">
            <w:pPr>
              <w:spacing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tsadi</w:t>
            </w:r>
            <w:proofErr w:type="spellEnd"/>
          </w:p>
        </w:tc>
      </w:tr>
      <w:tr w:rsidR="009658F0" w:rsidRPr="009658F0" w14:paraId="352FB65B" w14:textId="77777777" w:rsidTr="00C77D56">
        <w:tc>
          <w:tcPr>
            <w:tcW w:w="846" w:type="dxa"/>
          </w:tcPr>
          <w:p w14:paraId="0136A05C" w14:textId="4913DBD5"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K</w:t>
            </w:r>
          </w:p>
        </w:tc>
        <w:tc>
          <w:tcPr>
            <w:tcW w:w="850" w:type="dxa"/>
          </w:tcPr>
          <w:p w14:paraId="27B2A42B" w14:textId="00DC5C1A"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ק               </w:t>
            </w:r>
          </w:p>
        </w:tc>
        <w:tc>
          <w:tcPr>
            <w:tcW w:w="993" w:type="dxa"/>
          </w:tcPr>
          <w:p w14:paraId="0B50C8B0" w14:textId="2D6C6BF9" w:rsidR="00A747EE" w:rsidRPr="009658F0" w:rsidRDefault="00A747EE" w:rsidP="006C1960">
            <w:pPr>
              <w:spacing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kof</w:t>
            </w:r>
            <w:proofErr w:type="spellEnd"/>
          </w:p>
        </w:tc>
      </w:tr>
      <w:tr w:rsidR="009658F0" w:rsidRPr="009658F0" w14:paraId="138B43D6" w14:textId="77777777" w:rsidTr="00C77D56">
        <w:tc>
          <w:tcPr>
            <w:tcW w:w="846" w:type="dxa"/>
          </w:tcPr>
          <w:p w14:paraId="02739BEA" w14:textId="2CC8C153"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R</w:t>
            </w:r>
          </w:p>
        </w:tc>
        <w:tc>
          <w:tcPr>
            <w:tcW w:w="850" w:type="dxa"/>
          </w:tcPr>
          <w:p w14:paraId="2831097B" w14:textId="09C204F7"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ר               </w:t>
            </w:r>
          </w:p>
        </w:tc>
        <w:tc>
          <w:tcPr>
            <w:tcW w:w="993" w:type="dxa"/>
          </w:tcPr>
          <w:p w14:paraId="7C458EFC" w14:textId="0D049A42"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resh</w:t>
            </w:r>
          </w:p>
        </w:tc>
      </w:tr>
      <w:tr w:rsidR="009658F0" w:rsidRPr="009658F0" w14:paraId="70613951" w14:textId="77777777" w:rsidTr="00C77D56">
        <w:tc>
          <w:tcPr>
            <w:tcW w:w="846" w:type="dxa"/>
          </w:tcPr>
          <w:p w14:paraId="60B6225C" w14:textId="3F6A8666"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SH</w:t>
            </w:r>
          </w:p>
        </w:tc>
        <w:tc>
          <w:tcPr>
            <w:tcW w:w="850" w:type="dxa"/>
          </w:tcPr>
          <w:p w14:paraId="46511769" w14:textId="5E1E2DA4"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ש               </w:t>
            </w:r>
          </w:p>
        </w:tc>
        <w:tc>
          <w:tcPr>
            <w:tcW w:w="993" w:type="dxa"/>
          </w:tcPr>
          <w:p w14:paraId="2FFBF7E1" w14:textId="52EAC511"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shin</w:t>
            </w:r>
          </w:p>
        </w:tc>
      </w:tr>
      <w:tr w:rsidR="009658F0" w:rsidRPr="009658F0" w14:paraId="08E19397" w14:textId="77777777" w:rsidTr="00C77D56">
        <w:tc>
          <w:tcPr>
            <w:tcW w:w="846" w:type="dxa"/>
          </w:tcPr>
          <w:p w14:paraId="5CE0DCAC" w14:textId="748D7043"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S</w:t>
            </w:r>
          </w:p>
        </w:tc>
        <w:tc>
          <w:tcPr>
            <w:tcW w:w="850" w:type="dxa"/>
          </w:tcPr>
          <w:p w14:paraId="397EA341" w14:textId="4D9BD1CF"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ש               </w:t>
            </w:r>
          </w:p>
        </w:tc>
        <w:tc>
          <w:tcPr>
            <w:tcW w:w="993" w:type="dxa"/>
          </w:tcPr>
          <w:p w14:paraId="4A49B640" w14:textId="5BF5047E"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sin</w:t>
            </w:r>
          </w:p>
        </w:tc>
      </w:tr>
      <w:tr w:rsidR="009658F0" w:rsidRPr="009658F0" w14:paraId="451EDB9D" w14:textId="77777777" w:rsidTr="00C77D56">
        <w:tc>
          <w:tcPr>
            <w:tcW w:w="846" w:type="dxa"/>
          </w:tcPr>
          <w:p w14:paraId="50E7AF44" w14:textId="58DCAB1F"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lastRenderedPageBreak/>
              <w:t>T</w:t>
            </w:r>
          </w:p>
        </w:tc>
        <w:tc>
          <w:tcPr>
            <w:tcW w:w="850" w:type="dxa"/>
          </w:tcPr>
          <w:p w14:paraId="633BB25F" w14:textId="46119B51" w:rsidR="00A747EE" w:rsidRPr="009658F0" w:rsidRDefault="00A747EE"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ת               </w:t>
            </w:r>
          </w:p>
        </w:tc>
        <w:tc>
          <w:tcPr>
            <w:tcW w:w="993" w:type="dxa"/>
          </w:tcPr>
          <w:p w14:paraId="0436CB38" w14:textId="782001A7" w:rsidR="00A747EE" w:rsidRPr="009658F0" w:rsidRDefault="00A747EE" w:rsidP="006C1960">
            <w:pPr>
              <w:spacing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tav</w:t>
            </w:r>
            <w:proofErr w:type="spellEnd"/>
          </w:p>
        </w:tc>
      </w:tr>
    </w:tbl>
    <w:p w14:paraId="30A31CAF" w14:textId="28AD86D2" w:rsidR="005B5DD4" w:rsidRPr="009658F0" w:rsidRDefault="005B5DD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type="page"/>
      </w:r>
    </w:p>
    <w:p w14:paraId="2419DEF0" w14:textId="77777777" w:rsidR="00AC1759" w:rsidRPr="009658F0" w:rsidRDefault="00AC1759" w:rsidP="006C1960">
      <w:pPr>
        <w:spacing w:after="120" w:line="360" w:lineRule="auto"/>
        <w:rPr>
          <w:rFonts w:ascii="Times New Roman" w:hAnsi="Times New Roman" w:cs="Times New Roman"/>
          <w:sz w:val="24"/>
          <w:szCs w:val="24"/>
        </w:rPr>
      </w:pPr>
    </w:p>
    <w:p w14:paraId="4245950E" w14:textId="74739191" w:rsidR="00AC1759" w:rsidRPr="009658F0" w:rsidRDefault="00AC1759"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t>VICTOR PAGE  18</w:t>
      </w:r>
    </w:p>
    <w:p w14:paraId="02740C70" w14:textId="4C3473AB" w:rsidR="00AC1759" w:rsidRPr="009658F0" w:rsidRDefault="00AC1759"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r>
      <w:r w:rsidRPr="009658F0">
        <w:rPr>
          <w:rFonts w:ascii="Times New Roman" w:hAnsi="Times New Roman" w:cs="Times New Roman"/>
          <w:sz w:val="24"/>
          <w:szCs w:val="24"/>
          <w:u w:val="single"/>
        </w:rPr>
        <w:t>Letter</w:t>
      </w:r>
      <w:r w:rsidRPr="009658F0">
        <w:rPr>
          <w:rFonts w:ascii="Times New Roman" w:hAnsi="Times New Roman" w:cs="Times New Roman"/>
          <w:sz w:val="24"/>
          <w:szCs w:val="24"/>
        </w:rPr>
        <w:t xml:space="preserve">        </w:t>
      </w:r>
      <w:r w:rsidRPr="009658F0">
        <w:rPr>
          <w:rFonts w:ascii="Times New Roman" w:hAnsi="Times New Roman" w:cs="Times New Roman"/>
          <w:sz w:val="24"/>
          <w:szCs w:val="24"/>
          <w:u w:val="single"/>
        </w:rPr>
        <w:t>Approx. Pronunciation</w:t>
      </w:r>
      <w:r w:rsidRPr="009658F0">
        <w:rPr>
          <w:rFonts w:ascii="Times New Roman" w:hAnsi="Times New Roman" w:cs="Times New Roman"/>
          <w:sz w:val="24"/>
          <w:szCs w:val="24"/>
        </w:rPr>
        <w:t xml:space="preserve"> </w:t>
      </w:r>
      <w:r w:rsidR="005B5DD4" w:rsidRPr="009658F0">
        <w:rPr>
          <w:rFonts w:ascii="Times New Roman" w:hAnsi="Times New Roman" w:cs="Times New Roman"/>
          <w:sz w:val="24"/>
          <w:szCs w:val="24"/>
        </w:rPr>
        <w:tab/>
      </w:r>
      <w:r w:rsidRPr="009658F0">
        <w:rPr>
          <w:rFonts w:ascii="Times New Roman" w:hAnsi="Times New Roman" w:cs="Times New Roman"/>
          <w:sz w:val="24"/>
          <w:szCs w:val="24"/>
        </w:rPr>
        <w:t xml:space="preserve"> </w:t>
      </w:r>
      <w:r w:rsidRPr="009658F0">
        <w:rPr>
          <w:rFonts w:ascii="Times New Roman" w:hAnsi="Times New Roman" w:cs="Times New Roman"/>
          <w:sz w:val="24"/>
          <w:szCs w:val="24"/>
          <w:u w:val="single"/>
        </w:rPr>
        <w:t>Example</w:t>
      </w:r>
      <w:r w:rsidRPr="009658F0">
        <w:rPr>
          <w:rFonts w:ascii="Times New Roman" w:hAnsi="Times New Roman" w:cs="Times New Roman"/>
          <w:sz w:val="24"/>
          <w:szCs w:val="24"/>
        </w:rPr>
        <w:br/>
      </w:r>
      <w:r w:rsidRPr="009658F0">
        <w:rPr>
          <w:rFonts w:ascii="Times New Roman" w:hAnsi="Times New Roman" w:cs="Times New Roman"/>
          <w:sz w:val="24"/>
          <w:szCs w:val="24"/>
        </w:rPr>
        <w:br/>
        <w:t xml:space="preserve">א (alef)     agrees w. vowel sign - </w:t>
      </w:r>
      <w:proofErr w:type="spellStart"/>
      <w:r w:rsidRPr="009658F0">
        <w:rPr>
          <w:rFonts w:ascii="Times New Roman" w:hAnsi="Times New Roman" w:cs="Times New Roman"/>
          <w:sz w:val="24"/>
          <w:szCs w:val="24"/>
        </w:rPr>
        <w:t>a,e,i,o,u</w:t>
      </w:r>
      <w:proofErr w:type="spellEnd"/>
      <w:r w:rsidRPr="009658F0">
        <w:rPr>
          <w:rFonts w:ascii="Times New Roman" w:hAnsi="Times New Roman" w:cs="Times New Roman"/>
          <w:sz w:val="24"/>
          <w:szCs w:val="24"/>
        </w:rPr>
        <w:t xml:space="preserve">  </w:t>
      </w:r>
      <w:r w:rsidR="005B5DD4" w:rsidRPr="009658F0">
        <w:rPr>
          <w:rFonts w:ascii="Times New Roman" w:hAnsi="Times New Roman" w:cs="Times New Roman"/>
          <w:sz w:val="24"/>
          <w:szCs w:val="24"/>
        </w:rPr>
        <w:tab/>
      </w:r>
      <w:r w:rsidRPr="009658F0">
        <w:rPr>
          <w:rFonts w:ascii="Times New Roman" w:hAnsi="Times New Roman" w:cs="Times New Roman"/>
          <w:sz w:val="24"/>
          <w:szCs w:val="24"/>
        </w:rPr>
        <w:t xml:space="preserve"> </w:t>
      </w:r>
      <w:proofErr w:type="spellStart"/>
      <w:r w:rsidRPr="009658F0">
        <w:rPr>
          <w:rFonts w:ascii="Times New Roman" w:hAnsi="Times New Roman" w:cs="Times New Roman"/>
          <w:sz w:val="24"/>
          <w:szCs w:val="24"/>
        </w:rPr>
        <w:t>אֲמַר</w:t>
      </w:r>
      <w:proofErr w:type="spellEnd"/>
      <w:r w:rsidRPr="009658F0">
        <w:rPr>
          <w:rFonts w:ascii="Times New Roman" w:hAnsi="Times New Roman" w:cs="Times New Roman"/>
          <w:sz w:val="24"/>
          <w:szCs w:val="24"/>
        </w:rPr>
        <w:t xml:space="preserve"> </w:t>
      </w:r>
      <w:proofErr w:type="spellStart"/>
      <w:r w:rsidRPr="009658F0">
        <w:rPr>
          <w:rFonts w:ascii="Times New Roman" w:hAnsi="Times New Roman" w:cs="Times New Roman"/>
          <w:sz w:val="24"/>
          <w:szCs w:val="24"/>
        </w:rPr>
        <w:t>amar</w:t>
      </w:r>
      <w:proofErr w:type="spellEnd"/>
      <w:r w:rsidRPr="009658F0">
        <w:rPr>
          <w:rFonts w:ascii="Times New Roman" w:hAnsi="Times New Roman" w:cs="Times New Roman"/>
          <w:sz w:val="24"/>
          <w:szCs w:val="24"/>
        </w:rPr>
        <w:br/>
        <w:t xml:space="preserve">                                                      </w:t>
      </w:r>
      <w:proofErr w:type="spellStart"/>
      <w:r w:rsidRPr="009658F0">
        <w:rPr>
          <w:rFonts w:ascii="Times New Roman" w:hAnsi="Times New Roman" w:cs="Times New Roman"/>
          <w:sz w:val="24"/>
          <w:szCs w:val="24"/>
        </w:rPr>
        <w:t>אֶש</w:t>
      </w:r>
      <w:proofErr w:type="spellEnd"/>
      <w:r w:rsidRPr="009658F0">
        <w:rPr>
          <w:rFonts w:ascii="Times New Roman" w:hAnsi="Times New Roman" w:cs="Times New Roman"/>
          <w:sz w:val="24"/>
          <w:szCs w:val="24"/>
        </w:rPr>
        <w:t>ְׁ</w:t>
      </w:r>
      <w:proofErr w:type="spellStart"/>
      <w:r w:rsidRPr="009658F0">
        <w:rPr>
          <w:rFonts w:ascii="Times New Roman" w:hAnsi="Times New Roman" w:cs="Times New Roman"/>
          <w:sz w:val="24"/>
          <w:szCs w:val="24"/>
        </w:rPr>
        <w:t>כּוֹלִית</w:t>
      </w:r>
      <w:proofErr w:type="spellEnd"/>
      <w:r w:rsidRPr="009658F0">
        <w:rPr>
          <w:rFonts w:ascii="Times New Roman" w:hAnsi="Times New Roman" w:cs="Times New Roman"/>
          <w:sz w:val="24"/>
          <w:szCs w:val="24"/>
        </w:rPr>
        <w:t xml:space="preserve"> </w:t>
      </w:r>
      <w:proofErr w:type="spellStart"/>
      <w:r w:rsidRPr="009658F0">
        <w:rPr>
          <w:rFonts w:ascii="Times New Roman" w:hAnsi="Times New Roman" w:cs="Times New Roman"/>
          <w:sz w:val="24"/>
          <w:szCs w:val="24"/>
        </w:rPr>
        <w:t>eshkolit</w:t>
      </w:r>
      <w:proofErr w:type="spellEnd"/>
      <w:r w:rsidRPr="009658F0">
        <w:rPr>
          <w:rFonts w:ascii="Times New Roman" w:hAnsi="Times New Roman" w:cs="Times New Roman"/>
          <w:sz w:val="24"/>
          <w:szCs w:val="24"/>
        </w:rPr>
        <w:br/>
      </w:r>
    </w:p>
    <w:p w14:paraId="652A6BD5" w14:textId="77777777" w:rsidR="005B5DD4" w:rsidRPr="009658F0" w:rsidRDefault="005B5DD4" w:rsidP="006C1960">
      <w:pPr>
        <w:spacing w:line="360" w:lineRule="auto"/>
        <w:rPr>
          <w:rFonts w:ascii="Times New Roman" w:hAnsi="Times New Roman" w:cs="Times New Roman"/>
          <w:sz w:val="24"/>
          <w:szCs w:val="24"/>
          <w:highlight w:val="yellow"/>
        </w:rPr>
      </w:pPr>
      <w:r w:rsidRPr="009658F0">
        <w:rPr>
          <w:rFonts w:ascii="Times New Roman" w:hAnsi="Times New Roman" w:cs="Times New Roman"/>
          <w:sz w:val="24"/>
          <w:szCs w:val="24"/>
          <w:highlight w:val="yellow"/>
        </w:rPr>
        <w:br w:type="page"/>
      </w:r>
    </w:p>
    <w:p w14:paraId="4140C411" w14:textId="5417B903" w:rsidR="00AC1759" w:rsidRPr="009658F0" w:rsidRDefault="00AC1759"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lastRenderedPageBreak/>
        <w:t>VICTOR PAGE 19</w:t>
      </w:r>
      <w:r w:rsidRPr="009658F0">
        <w:rPr>
          <w:rFonts w:ascii="Times New Roman" w:hAnsi="Times New Roman" w:cs="Times New Roman"/>
          <w:sz w:val="24"/>
          <w:szCs w:val="24"/>
        </w:rPr>
        <w:br/>
        <w:t>Lunar Calendar</w:t>
      </w:r>
      <w:r w:rsidRPr="009658F0">
        <w:rPr>
          <w:rFonts w:ascii="Times New Roman" w:hAnsi="Times New Roman" w:cs="Times New Roman"/>
          <w:sz w:val="24"/>
          <w:szCs w:val="24"/>
        </w:rPr>
        <w:br/>
      </w:r>
      <w:r w:rsidRPr="009658F0">
        <w:rPr>
          <w:rFonts w:ascii="Times New Roman" w:hAnsi="Times New Roman" w:cs="Times New Roman"/>
          <w:sz w:val="24"/>
          <w:szCs w:val="24"/>
        </w:rPr>
        <w:br/>
      </w:r>
      <w:proofErr w:type="spellStart"/>
      <w:r w:rsidRPr="009658F0">
        <w:rPr>
          <w:rFonts w:ascii="Times New Roman" w:hAnsi="Times New Roman" w:cs="Times New Roman"/>
          <w:sz w:val="24"/>
          <w:szCs w:val="24"/>
        </w:rPr>
        <w:t>Tishrey</w:t>
      </w:r>
      <w:proofErr w:type="spellEnd"/>
      <w:r w:rsidRPr="009658F0">
        <w:rPr>
          <w:rFonts w:ascii="Times New Roman" w:hAnsi="Times New Roman" w:cs="Times New Roman"/>
          <w:sz w:val="24"/>
          <w:szCs w:val="24"/>
        </w:rPr>
        <w:t xml:space="preserve">     (Sept. - Oct.)</w:t>
      </w:r>
      <w:r w:rsidRPr="009658F0">
        <w:rPr>
          <w:rFonts w:ascii="Times New Roman" w:hAnsi="Times New Roman" w:cs="Times New Roman"/>
          <w:sz w:val="24"/>
          <w:szCs w:val="24"/>
        </w:rPr>
        <w:br/>
        <w:t>Heshvan     (Oct. - Nov.)</w:t>
      </w:r>
      <w:r w:rsidRPr="009658F0">
        <w:rPr>
          <w:rFonts w:ascii="Times New Roman" w:hAnsi="Times New Roman" w:cs="Times New Roman"/>
          <w:sz w:val="24"/>
          <w:szCs w:val="24"/>
        </w:rPr>
        <w:br/>
        <w:t>Kislev      (Nov. - Dec.)</w:t>
      </w:r>
      <w:r w:rsidRPr="009658F0">
        <w:rPr>
          <w:rFonts w:ascii="Times New Roman" w:hAnsi="Times New Roman" w:cs="Times New Roman"/>
          <w:sz w:val="24"/>
          <w:szCs w:val="24"/>
        </w:rPr>
        <w:br/>
        <w:t>Tevet       (Dec. - Jan.)</w:t>
      </w:r>
      <w:r w:rsidRPr="009658F0">
        <w:rPr>
          <w:rFonts w:ascii="Times New Roman" w:hAnsi="Times New Roman" w:cs="Times New Roman"/>
          <w:sz w:val="24"/>
          <w:szCs w:val="24"/>
        </w:rPr>
        <w:br/>
        <w:t>Shevet      (Jan. - Feb.)</w:t>
      </w:r>
      <w:r w:rsidRPr="009658F0">
        <w:rPr>
          <w:rFonts w:ascii="Times New Roman" w:hAnsi="Times New Roman" w:cs="Times New Roman"/>
          <w:sz w:val="24"/>
          <w:szCs w:val="24"/>
        </w:rPr>
        <w:br/>
        <w:t>Adar        (Feb. - March)</w:t>
      </w:r>
      <w:r w:rsidRPr="009658F0">
        <w:rPr>
          <w:rFonts w:ascii="Times New Roman" w:hAnsi="Times New Roman" w:cs="Times New Roman"/>
          <w:sz w:val="24"/>
          <w:szCs w:val="24"/>
        </w:rPr>
        <w:br/>
        <w:t>Nisan       (March - April)</w:t>
      </w:r>
      <w:r w:rsidRPr="009658F0">
        <w:rPr>
          <w:rFonts w:ascii="Times New Roman" w:hAnsi="Times New Roman" w:cs="Times New Roman"/>
          <w:sz w:val="24"/>
          <w:szCs w:val="24"/>
        </w:rPr>
        <w:br/>
        <w:t>Iyar        (April - May)</w:t>
      </w:r>
      <w:r w:rsidRPr="009658F0">
        <w:rPr>
          <w:rFonts w:ascii="Times New Roman" w:hAnsi="Times New Roman" w:cs="Times New Roman"/>
          <w:sz w:val="24"/>
          <w:szCs w:val="24"/>
        </w:rPr>
        <w:br/>
        <w:t>Sivan       (May - June)</w:t>
      </w:r>
      <w:r w:rsidRPr="009658F0">
        <w:rPr>
          <w:rFonts w:ascii="Times New Roman" w:hAnsi="Times New Roman" w:cs="Times New Roman"/>
          <w:sz w:val="24"/>
          <w:szCs w:val="24"/>
        </w:rPr>
        <w:br/>
        <w:t>Tamuz       (June - July)</w:t>
      </w:r>
      <w:r w:rsidRPr="009658F0">
        <w:rPr>
          <w:rFonts w:ascii="Times New Roman" w:hAnsi="Times New Roman" w:cs="Times New Roman"/>
          <w:sz w:val="24"/>
          <w:szCs w:val="24"/>
        </w:rPr>
        <w:br/>
        <w:t>Av          (July - August)</w:t>
      </w:r>
      <w:r w:rsidRPr="009658F0">
        <w:rPr>
          <w:rFonts w:ascii="Times New Roman" w:hAnsi="Times New Roman" w:cs="Times New Roman"/>
          <w:sz w:val="24"/>
          <w:szCs w:val="24"/>
        </w:rPr>
        <w:br/>
        <w:t>Elul        (August - Sept.)</w:t>
      </w:r>
      <w:r w:rsidRPr="009658F0">
        <w:rPr>
          <w:rFonts w:ascii="Times New Roman" w:hAnsi="Times New Roman" w:cs="Times New Roman"/>
          <w:sz w:val="24"/>
          <w:szCs w:val="24"/>
        </w:rPr>
        <w:br/>
      </w:r>
      <w:r w:rsidRPr="009658F0">
        <w:rPr>
          <w:rFonts w:ascii="Times New Roman" w:hAnsi="Times New Roman" w:cs="Times New Roman"/>
          <w:sz w:val="24"/>
          <w:szCs w:val="24"/>
        </w:rPr>
        <w:br/>
        <w:t>NEW YEAR       1st &amp; 2nd TISHREY</w:t>
      </w:r>
      <w:r w:rsidRPr="009658F0">
        <w:rPr>
          <w:rFonts w:ascii="Times New Roman" w:hAnsi="Times New Roman" w:cs="Times New Roman"/>
          <w:sz w:val="24"/>
          <w:szCs w:val="24"/>
        </w:rPr>
        <w:br/>
        <w:t>DAY OF ATONEMENT  10th TISHREY</w:t>
      </w:r>
      <w:r w:rsidRPr="009658F0">
        <w:rPr>
          <w:rFonts w:ascii="Times New Roman" w:hAnsi="Times New Roman" w:cs="Times New Roman"/>
          <w:sz w:val="24"/>
          <w:szCs w:val="24"/>
        </w:rPr>
        <w:br/>
        <w:t>FEAST OF TABERNACLES  15th-21st TISHREY; only the 1st &amp; last days are holidays, the others semi-holidays.</w:t>
      </w:r>
      <w:r w:rsidRPr="009658F0">
        <w:rPr>
          <w:rFonts w:ascii="Times New Roman" w:hAnsi="Times New Roman" w:cs="Times New Roman"/>
          <w:sz w:val="24"/>
          <w:szCs w:val="24"/>
        </w:rPr>
        <w:br/>
        <w:t>PASSOVER; 1st night feast - Seder; only 1st &amp; last days are holidays the others semi-holidays. 15th</w:t>
      </w:r>
      <w:r w:rsidR="00AC5FFB">
        <w:rPr>
          <w:rFonts w:ascii="Times New Roman" w:hAnsi="Times New Roman" w:cs="Times New Roman"/>
          <w:sz w:val="24"/>
          <w:szCs w:val="24"/>
        </w:rPr>
        <w:t>–</w:t>
      </w:r>
      <w:r w:rsidRPr="009658F0">
        <w:rPr>
          <w:rFonts w:ascii="Times New Roman" w:hAnsi="Times New Roman" w:cs="Times New Roman"/>
          <w:sz w:val="24"/>
          <w:szCs w:val="24"/>
        </w:rPr>
        <w:t>21st NISAN.</w:t>
      </w:r>
      <w:r w:rsidRPr="009658F0">
        <w:rPr>
          <w:rFonts w:ascii="Times New Roman" w:hAnsi="Times New Roman" w:cs="Times New Roman"/>
          <w:sz w:val="24"/>
          <w:szCs w:val="24"/>
        </w:rPr>
        <w:br/>
        <w:t>INDEPENDENCE DAY.  5th IYAR</w:t>
      </w:r>
      <w:r w:rsidRPr="009658F0">
        <w:rPr>
          <w:rFonts w:ascii="Times New Roman" w:hAnsi="Times New Roman" w:cs="Times New Roman"/>
          <w:sz w:val="24"/>
          <w:szCs w:val="24"/>
        </w:rPr>
        <w:br/>
        <w:t>PENTECOST       6th SIVAN.</w:t>
      </w:r>
      <w:r w:rsidRPr="009658F0">
        <w:rPr>
          <w:rFonts w:ascii="Times New Roman" w:hAnsi="Times New Roman" w:cs="Times New Roman"/>
          <w:sz w:val="24"/>
          <w:szCs w:val="24"/>
        </w:rPr>
        <w:br/>
        <w:t>DESTRUCTION of TEMPLE  9th AV.</w:t>
      </w:r>
      <w:r w:rsidRPr="009658F0">
        <w:rPr>
          <w:rFonts w:ascii="Times New Roman" w:hAnsi="Times New Roman" w:cs="Times New Roman"/>
          <w:sz w:val="24"/>
          <w:szCs w:val="24"/>
        </w:rPr>
        <w:br/>
      </w:r>
    </w:p>
    <w:p w14:paraId="41DE4873" w14:textId="665D9ED4" w:rsidR="00200BA5" w:rsidRPr="009658F0" w:rsidRDefault="00200BA5"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r>
    </w:p>
    <w:p w14:paraId="23602B22" w14:textId="77777777" w:rsidR="00200BA5" w:rsidRPr="009658F0" w:rsidRDefault="00200BA5" w:rsidP="006C1960">
      <w:pPr>
        <w:spacing w:after="120" w:line="360" w:lineRule="auto"/>
        <w:rPr>
          <w:rFonts w:ascii="Times New Roman" w:hAnsi="Times New Roman" w:cs="Times New Roman"/>
          <w:sz w:val="24"/>
          <w:szCs w:val="24"/>
        </w:rPr>
      </w:pPr>
    </w:p>
    <w:p w14:paraId="715389AF" w14:textId="77777777" w:rsidR="00200BA5" w:rsidRPr="009658F0" w:rsidRDefault="00200BA5" w:rsidP="006C1960">
      <w:pPr>
        <w:spacing w:after="120" w:line="360" w:lineRule="auto"/>
        <w:rPr>
          <w:rFonts w:ascii="Times New Roman" w:hAnsi="Times New Roman" w:cs="Times New Roman"/>
          <w:sz w:val="24"/>
          <w:szCs w:val="24"/>
        </w:rPr>
      </w:pPr>
    </w:p>
    <w:p w14:paraId="7FAB0B77" w14:textId="77777777" w:rsidR="00AC1759" w:rsidRPr="009658F0" w:rsidRDefault="00AC1759" w:rsidP="006C1960">
      <w:pPr>
        <w:spacing w:after="120" w:line="360" w:lineRule="auto"/>
        <w:rPr>
          <w:rFonts w:ascii="Times New Roman" w:hAnsi="Times New Roman" w:cs="Times New Roman"/>
          <w:sz w:val="24"/>
          <w:szCs w:val="24"/>
        </w:rPr>
      </w:pPr>
    </w:p>
    <w:p w14:paraId="75482636" w14:textId="77777777" w:rsidR="00AC1759" w:rsidRPr="009658F0" w:rsidRDefault="00AC1759"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t>VICTOR PAGE 20</w:t>
      </w:r>
    </w:p>
    <w:p w14:paraId="6BEEDB2D" w14:textId="4827A8FC" w:rsidR="00AC1759" w:rsidRPr="009658F0" w:rsidRDefault="00AC1759"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r>
      <w:r w:rsidRPr="009658F0">
        <w:rPr>
          <w:rFonts w:ascii="Times New Roman" w:hAnsi="Times New Roman" w:cs="Times New Roman"/>
          <w:sz w:val="24"/>
          <w:szCs w:val="24"/>
          <w:u w:val="single"/>
        </w:rPr>
        <w:t>NUMBERS</w:t>
      </w:r>
      <w:r w:rsidRPr="009658F0">
        <w:rPr>
          <w:rFonts w:ascii="Times New Roman" w:hAnsi="Times New Roman" w:cs="Times New Roman"/>
          <w:sz w:val="24"/>
          <w:szCs w:val="24"/>
        </w:rPr>
        <w:br/>
      </w:r>
      <w:r w:rsidRPr="009658F0">
        <w:rPr>
          <w:rFonts w:ascii="Times New Roman" w:hAnsi="Times New Roman" w:cs="Times New Roman"/>
          <w:sz w:val="24"/>
          <w:szCs w:val="24"/>
        </w:rPr>
        <w:br/>
        <w:t xml:space="preserve">1.  EHAD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 xml:space="preserve">1st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RISHON</w:t>
      </w:r>
      <w:r w:rsidRPr="009658F0">
        <w:rPr>
          <w:rFonts w:ascii="Times New Roman" w:hAnsi="Times New Roman" w:cs="Times New Roman"/>
          <w:sz w:val="24"/>
          <w:szCs w:val="24"/>
        </w:rPr>
        <w:br/>
        <w:t xml:space="preserve">2.  SHENAYIM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 xml:space="preserve">2nd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SHENI</w:t>
      </w:r>
      <w:r w:rsidRPr="009658F0">
        <w:rPr>
          <w:rFonts w:ascii="Times New Roman" w:hAnsi="Times New Roman" w:cs="Times New Roman"/>
          <w:sz w:val="24"/>
          <w:szCs w:val="24"/>
        </w:rPr>
        <w:br/>
        <w:t xml:space="preserve">3.  SHELOSHA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 xml:space="preserve">3rd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SHELISHI</w:t>
      </w:r>
      <w:r w:rsidRPr="009658F0">
        <w:rPr>
          <w:rFonts w:ascii="Times New Roman" w:hAnsi="Times New Roman" w:cs="Times New Roman"/>
          <w:sz w:val="24"/>
          <w:szCs w:val="24"/>
        </w:rPr>
        <w:br/>
        <w:t xml:space="preserve">4.  ARBAA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 xml:space="preserve">4th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REVI</w:t>
      </w:r>
      <w:r w:rsidR="006E1FC7" w:rsidRPr="009658F0">
        <w:rPr>
          <w:rFonts w:ascii="Times New Roman" w:hAnsi="Times New Roman" w:cs="Times New Roman"/>
          <w:sz w:val="24"/>
          <w:szCs w:val="24"/>
        </w:rPr>
        <w:t>I</w:t>
      </w:r>
      <w:r w:rsidRPr="009658F0">
        <w:rPr>
          <w:rFonts w:ascii="Times New Roman" w:hAnsi="Times New Roman" w:cs="Times New Roman"/>
          <w:sz w:val="24"/>
          <w:szCs w:val="24"/>
        </w:rPr>
        <w:br/>
        <w:t xml:space="preserve">5.  HAMISHA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 xml:space="preserve">5th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HAMISHI</w:t>
      </w:r>
      <w:r w:rsidRPr="009658F0">
        <w:rPr>
          <w:rFonts w:ascii="Times New Roman" w:hAnsi="Times New Roman" w:cs="Times New Roman"/>
          <w:sz w:val="24"/>
          <w:szCs w:val="24"/>
        </w:rPr>
        <w:br/>
        <w:t xml:space="preserve">6.  SHISHA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 xml:space="preserve">6th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SHISHI</w:t>
      </w:r>
      <w:r w:rsidRPr="009658F0">
        <w:rPr>
          <w:rFonts w:ascii="Times New Roman" w:hAnsi="Times New Roman" w:cs="Times New Roman"/>
          <w:sz w:val="24"/>
          <w:szCs w:val="24"/>
        </w:rPr>
        <w:br/>
        <w:t xml:space="preserve">7.  SHIVA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 xml:space="preserve">7th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SHEVII</w:t>
      </w:r>
      <w:r w:rsidRPr="009658F0">
        <w:rPr>
          <w:rFonts w:ascii="Times New Roman" w:hAnsi="Times New Roman" w:cs="Times New Roman"/>
          <w:sz w:val="24"/>
          <w:szCs w:val="24"/>
        </w:rPr>
        <w:br/>
        <w:t xml:space="preserve">8.  SHEMONA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 xml:space="preserve">8th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SHEMINI</w:t>
      </w:r>
      <w:r w:rsidRPr="009658F0">
        <w:rPr>
          <w:rFonts w:ascii="Times New Roman" w:hAnsi="Times New Roman" w:cs="Times New Roman"/>
          <w:sz w:val="24"/>
          <w:szCs w:val="24"/>
        </w:rPr>
        <w:br/>
        <w:t xml:space="preserve">9.  TISHA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 xml:space="preserve">9th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TESHI</w:t>
      </w:r>
      <w:r w:rsidRPr="009658F0">
        <w:rPr>
          <w:rFonts w:ascii="Times New Roman" w:hAnsi="Times New Roman" w:cs="Times New Roman"/>
          <w:sz w:val="24"/>
          <w:szCs w:val="24"/>
        </w:rPr>
        <w:br/>
        <w:t xml:space="preserve">10. ASARA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 xml:space="preserve">10th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ASIRI</w:t>
      </w:r>
      <w:r w:rsidRPr="009658F0">
        <w:rPr>
          <w:rFonts w:ascii="Times New Roman" w:hAnsi="Times New Roman" w:cs="Times New Roman"/>
          <w:sz w:val="24"/>
          <w:szCs w:val="24"/>
        </w:rPr>
        <w:br/>
        <w:t xml:space="preserve">11. AHAD-ASAR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 xml:space="preserve">Once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PAAM</w:t>
      </w:r>
      <w:r w:rsidRPr="009658F0">
        <w:rPr>
          <w:rFonts w:ascii="Times New Roman" w:hAnsi="Times New Roman" w:cs="Times New Roman"/>
          <w:sz w:val="24"/>
          <w:szCs w:val="24"/>
        </w:rPr>
        <w:br/>
        <w:t>12. SHENEYM-ASAR Twice PAAMAYIM</w:t>
      </w:r>
      <w:r w:rsidRPr="009658F0">
        <w:rPr>
          <w:rFonts w:ascii="Times New Roman" w:hAnsi="Times New Roman" w:cs="Times New Roman"/>
          <w:sz w:val="24"/>
          <w:szCs w:val="24"/>
        </w:rPr>
        <w:br/>
        <w:t>13. SHELOSHA-ASAR THRICE SHALOSH PAAMIM</w:t>
      </w:r>
      <w:r w:rsidRPr="009658F0">
        <w:rPr>
          <w:rFonts w:ascii="Times New Roman" w:hAnsi="Times New Roman" w:cs="Times New Roman"/>
          <w:sz w:val="24"/>
          <w:szCs w:val="24"/>
        </w:rPr>
        <w:br/>
        <w:t xml:space="preserve">14. ARBAA-ASAR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A HALF  HATZI</w:t>
      </w:r>
      <w:r w:rsidRPr="009658F0">
        <w:rPr>
          <w:rFonts w:ascii="Times New Roman" w:hAnsi="Times New Roman" w:cs="Times New Roman"/>
          <w:sz w:val="24"/>
          <w:szCs w:val="24"/>
        </w:rPr>
        <w:br/>
        <w:t>15. HAMISHA-ASAR A QUARTER REVA</w:t>
      </w:r>
      <w:r w:rsidRPr="009658F0">
        <w:rPr>
          <w:rFonts w:ascii="Times New Roman" w:hAnsi="Times New Roman" w:cs="Times New Roman"/>
          <w:sz w:val="24"/>
          <w:szCs w:val="24"/>
        </w:rPr>
        <w:br/>
        <w:t xml:space="preserve">16. SHISHA-ASAR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ONE THIRD SHELISH</w:t>
      </w:r>
      <w:r w:rsidRPr="009658F0">
        <w:rPr>
          <w:rFonts w:ascii="Times New Roman" w:hAnsi="Times New Roman" w:cs="Times New Roman"/>
          <w:sz w:val="24"/>
          <w:szCs w:val="24"/>
        </w:rPr>
        <w:br/>
        <w:t xml:space="preserve">17. SHEMONA-ASAR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A PAIR OF  ZUG</w:t>
      </w:r>
      <w:r w:rsidRPr="009658F0">
        <w:rPr>
          <w:rFonts w:ascii="Times New Roman" w:hAnsi="Times New Roman" w:cs="Times New Roman"/>
          <w:sz w:val="24"/>
          <w:szCs w:val="24"/>
        </w:rPr>
        <w:br/>
        <w:t xml:space="preserve">18. 20. ESRIM    </w:t>
      </w:r>
      <w:r w:rsidR="006E1FC7" w:rsidRPr="009658F0">
        <w:rPr>
          <w:rFonts w:ascii="Times New Roman" w:hAnsi="Times New Roman" w:cs="Times New Roman"/>
          <w:sz w:val="24"/>
          <w:szCs w:val="24"/>
        </w:rPr>
        <w:tab/>
      </w:r>
      <w:r w:rsidRPr="009658F0">
        <w:rPr>
          <w:rFonts w:ascii="Times New Roman" w:hAnsi="Times New Roman" w:cs="Times New Roman"/>
          <w:sz w:val="24"/>
          <w:szCs w:val="24"/>
        </w:rPr>
        <w:t>A DOZEN   TEREYSAR</w:t>
      </w:r>
      <w:r w:rsidRPr="009658F0">
        <w:rPr>
          <w:rFonts w:ascii="Times New Roman" w:hAnsi="Times New Roman" w:cs="Times New Roman"/>
          <w:sz w:val="24"/>
          <w:szCs w:val="24"/>
        </w:rPr>
        <w:br/>
        <w:t>19. ESRIM-VE-EHAD</w:t>
      </w:r>
      <w:r w:rsidRPr="009658F0">
        <w:rPr>
          <w:rFonts w:ascii="Times New Roman" w:hAnsi="Times New Roman" w:cs="Times New Roman"/>
          <w:sz w:val="24"/>
          <w:szCs w:val="24"/>
        </w:rPr>
        <w:br/>
        <w:t>20. ESRIM-USHNAYIM</w:t>
      </w:r>
      <w:r w:rsidRPr="009658F0">
        <w:rPr>
          <w:rFonts w:ascii="Times New Roman" w:hAnsi="Times New Roman" w:cs="Times New Roman"/>
          <w:sz w:val="24"/>
          <w:szCs w:val="24"/>
        </w:rPr>
        <w:br/>
        <w:t>21. ESRIM-USHLOSHA</w:t>
      </w:r>
      <w:r w:rsidRPr="009658F0">
        <w:rPr>
          <w:rFonts w:ascii="Times New Roman" w:hAnsi="Times New Roman" w:cs="Times New Roman"/>
          <w:sz w:val="24"/>
          <w:szCs w:val="24"/>
        </w:rPr>
        <w:br/>
        <w:t>22. ESRIM-VE-ARBA</w:t>
      </w:r>
      <w:r w:rsidRPr="009658F0">
        <w:rPr>
          <w:rFonts w:ascii="Times New Roman" w:hAnsi="Times New Roman" w:cs="Times New Roman"/>
          <w:sz w:val="24"/>
          <w:szCs w:val="24"/>
        </w:rPr>
        <w:br/>
      </w:r>
    </w:p>
    <w:p w14:paraId="43A6E912" w14:textId="77777777" w:rsidR="00AC1759" w:rsidRPr="009658F0" w:rsidRDefault="00AC1759" w:rsidP="006C1960">
      <w:pPr>
        <w:spacing w:after="120" w:line="360" w:lineRule="auto"/>
        <w:rPr>
          <w:rFonts w:ascii="Times New Roman" w:hAnsi="Times New Roman" w:cs="Times New Roman"/>
          <w:sz w:val="24"/>
          <w:szCs w:val="24"/>
        </w:rPr>
      </w:pPr>
    </w:p>
    <w:p w14:paraId="4761D42D" w14:textId="77777777" w:rsidR="00BA10F4" w:rsidRPr="009658F0" w:rsidRDefault="00BA10F4" w:rsidP="006C1960">
      <w:pPr>
        <w:spacing w:after="120" w:line="360" w:lineRule="auto"/>
        <w:rPr>
          <w:rFonts w:ascii="Times New Roman" w:hAnsi="Times New Roman" w:cs="Times New Roman"/>
          <w:sz w:val="24"/>
          <w:szCs w:val="24"/>
        </w:rPr>
      </w:pPr>
    </w:p>
    <w:p w14:paraId="4B72D891" w14:textId="77777777" w:rsidR="00BA10F4" w:rsidRPr="009658F0" w:rsidRDefault="00BA10F4" w:rsidP="006C1960">
      <w:pPr>
        <w:spacing w:after="120" w:line="360" w:lineRule="auto"/>
        <w:rPr>
          <w:rFonts w:ascii="Times New Roman" w:hAnsi="Times New Roman" w:cs="Times New Roman"/>
          <w:sz w:val="24"/>
          <w:szCs w:val="24"/>
        </w:rPr>
      </w:pPr>
    </w:p>
    <w:p w14:paraId="7DCCB34C" w14:textId="77777777" w:rsidR="00010398" w:rsidRPr="009658F0" w:rsidRDefault="00BA10F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VICTOR PAGE 21</w:t>
      </w:r>
      <w:r w:rsidRPr="009658F0">
        <w:rPr>
          <w:rFonts w:ascii="Times New Roman" w:hAnsi="Times New Roman" w:cs="Times New Roman"/>
          <w:sz w:val="24"/>
          <w:szCs w:val="24"/>
        </w:rPr>
        <w:br/>
      </w:r>
    </w:p>
    <w:p w14:paraId="3A6D40BF" w14:textId="6706753E" w:rsidR="00BA10F4" w:rsidRPr="009658F0" w:rsidRDefault="00BA10F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Ritual Terms</w:t>
      </w:r>
      <w:r w:rsidRPr="009658F0">
        <w:rPr>
          <w:rFonts w:ascii="Times New Roman" w:hAnsi="Times New Roman" w:cs="Times New Roman"/>
          <w:sz w:val="24"/>
          <w:szCs w:val="24"/>
        </w:rPr>
        <w:br/>
      </w:r>
      <w:r w:rsidRPr="009658F0">
        <w:rPr>
          <w:rFonts w:ascii="Times New Roman" w:hAnsi="Times New Roman" w:cs="Times New Roman"/>
          <w:sz w:val="24"/>
          <w:szCs w:val="24"/>
        </w:rPr>
        <w:br/>
        <w:t>AVODAH ZARAH = idol worship</w:t>
      </w:r>
      <w:r w:rsidRPr="009658F0">
        <w:rPr>
          <w:rFonts w:ascii="Times New Roman" w:hAnsi="Times New Roman" w:cs="Times New Roman"/>
          <w:sz w:val="24"/>
          <w:szCs w:val="24"/>
        </w:rPr>
        <w:br/>
      </w:r>
      <w:r w:rsidRPr="009658F0">
        <w:rPr>
          <w:rFonts w:ascii="Times New Roman" w:hAnsi="Times New Roman" w:cs="Times New Roman"/>
          <w:sz w:val="24"/>
          <w:szCs w:val="24"/>
        </w:rPr>
        <w:br/>
        <w:t xml:space="preserve">MEZUZAH (literally, </w:t>
      </w:r>
      <w:r w:rsidR="00010398" w:rsidRPr="009658F0">
        <w:rPr>
          <w:rFonts w:ascii="Times New Roman" w:hAnsi="Times New Roman" w:cs="Times New Roman"/>
          <w:sz w:val="24"/>
          <w:szCs w:val="24"/>
        </w:rPr>
        <w:t>“</w:t>
      </w:r>
      <w:r w:rsidRPr="009658F0">
        <w:rPr>
          <w:rFonts w:ascii="Times New Roman" w:hAnsi="Times New Roman" w:cs="Times New Roman"/>
          <w:sz w:val="24"/>
          <w:szCs w:val="24"/>
        </w:rPr>
        <w:t>doorpost</w:t>
      </w:r>
      <w:r w:rsidR="00010398" w:rsidRPr="009658F0">
        <w:rPr>
          <w:rFonts w:ascii="Times New Roman" w:hAnsi="Times New Roman" w:cs="Times New Roman"/>
          <w:sz w:val="24"/>
          <w:szCs w:val="24"/>
        </w:rPr>
        <w:t>”</w:t>
      </w:r>
      <w:r w:rsidRPr="009658F0">
        <w:rPr>
          <w:rFonts w:ascii="Times New Roman" w:hAnsi="Times New Roman" w:cs="Times New Roman"/>
          <w:sz w:val="24"/>
          <w:szCs w:val="24"/>
        </w:rPr>
        <w:t>) = piece of parchment on wh. the Shema is carefully handwritten. The parchment is enclosed in a small oblong case of no prescribed material or design but so made that thru glass or an openin</w:t>
      </w:r>
      <w:r w:rsidR="006E1FC7" w:rsidRPr="009658F0">
        <w:rPr>
          <w:rFonts w:ascii="Times New Roman" w:hAnsi="Times New Roman" w:cs="Times New Roman"/>
          <w:sz w:val="24"/>
          <w:szCs w:val="24"/>
        </w:rPr>
        <w:t>g</w:t>
      </w:r>
      <w:r w:rsidRPr="009658F0">
        <w:rPr>
          <w:rFonts w:ascii="Times New Roman" w:hAnsi="Times New Roman" w:cs="Times New Roman"/>
          <w:sz w:val="24"/>
          <w:szCs w:val="24"/>
        </w:rPr>
        <w:t xml:space="preserve"> the parchment within is visible. The Mezuzah in its case must be firmly affixed to the upper right side of the door frame - that is, the right side, as you enter.</w:t>
      </w:r>
      <w:r w:rsidRPr="009658F0">
        <w:rPr>
          <w:rFonts w:ascii="Times New Roman" w:hAnsi="Times New Roman" w:cs="Times New Roman"/>
          <w:sz w:val="24"/>
          <w:szCs w:val="24"/>
        </w:rPr>
        <w:br/>
      </w:r>
      <w:r w:rsidRPr="009658F0">
        <w:rPr>
          <w:rFonts w:ascii="Times New Roman" w:hAnsi="Times New Roman" w:cs="Times New Roman"/>
          <w:sz w:val="24"/>
          <w:szCs w:val="24"/>
        </w:rPr>
        <w:br/>
        <w:t>SID</w:t>
      </w:r>
      <w:r w:rsidR="006E1FC7" w:rsidRPr="009658F0">
        <w:rPr>
          <w:rFonts w:ascii="Times New Roman" w:hAnsi="Times New Roman" w:cs="Times New Roman"/>
          <w:sz w:val="24"/>
          <w:szCs w:val="24"/>
        </w:rPr>
        <w:t>D</w:t>
      </w:r>
      <w:r w:rsidRPr="009658F0">
        <w:rPr>
          <w:rFonts w:ascii="Times New Roman" w:hAnsi="Times New Roman" w:cs="Times New Roman"/>
          <w:sz w:val="24"/>
          <w:szCs w:val="24"/>
        </w:rPr>
        <w:t>UR = Jewish prayer book</w:t>
      </w:r>
      <w:r w:rsidRPr="009658F0">
        <w:rPr>
          <w:rFonts w:ascii="Times New Roman" w:hAnsi="Times New Roman" w:cs="Times New Roman"/>
          <w:sz w:val="24"/>
          <w:szCs w:val="24"/>
        </w:rPr>
        <w:br/>
      </w:r>
    </w:p>
    <w:p w14:paraId="46A81CFF" w14:textId="77777777" w:rsidR="00BA10F4" w:rsidRPr="009658F0" w:rsidRDefault="00BA10F4" w:rsidP="006C1960">
      <w:pPr>
        <w:spacing w:after="120" w:line="360" w:lineRule="auto"/>
        <w:rPr>
          <w:rFonts w:ascii="Times New Roman" w:hAnsi="Times New Roman" w:cs="Times New Roman"/>
          <w:sz w:val="24"/>
          <w:szCs w:val="24"/>
        </w:rPr>
      </w:pPr>
    </w:p>
    <w:p w14:paraId="6F6E8056" w14:textId="77777777" w:rsidR="006E1FC7" w:rsidRPr="009658F0" w:rsidRDefault="006E1FC7" w:rsidP="006C1960">
      <w:pPr>
        <w:spacing w:line="360" w:lineRule="auto"/>
        <w:rPr>
          <w:rFonts w:ascii="Times New Roman" w:hAnsi="Times New Roman" w:cs="Times New Roman"/>
          <w:sz w:val="24"/>
          <w:szCs w:val="24"/>
          <w:highlight w:val="yellow"/>
        </w:rPr>
      </w:pPr>
      <w:r w:rsidRPr="009658F0">
        <w:rPr>
          <w:rFonts w:ascii="Times New Roman" w:hAnsi="Times New Roman" w:cs="Times New Roman"/>
          <w:sz w:val="24"/>
          <w:szCs w:val="24"/>
          <w:highlight w:val="yellow"/>
        </w:rPr>
        <w:br w:type="page"/>
      </w:r>
    </w:p>
    <w:p w14:paraId="2F7F4346" w14:textId="2B1C156B" w:rsidR="00BA10F4" w:rsidRPr="009658F0" w:rsidRDefault="00BA10F4" w:rsidP="006C1960">
      <w:pPr>
        <w:spacing w:after="120" w:line="360" w:lineRule="auto"/>
        <w:rPr>
          <w:rFonts w:ascii="Times New Roman" w:hAnsi="Times New Roman" w:cs="Times New Roman"/>
          <w:sz w:val="24"/>
          <w:szCs w:val="24"/>
        </w:rPr>
      </w:pPr>
      <w:commentRangeStart w:id="3"/>
      <w:r w:rsidRPr="002E78A9">
        <w:rPr>
          <w:rFonts w:ascii="Times New Roman" w:hAnsi="Times New Roman" w:cs="Times New Roman"/>
          <w:sz w:val="24"/>
          <w:szCs w:val="24"/>
          <w:highlight w:val="yellow"/>
        </w:rPr>
        <w:lastRenderedPageBreak/>
        <w:t xml:space="preserve">VICTOR </w:t>
      </w:r>
      <w:commentRangeEnd w:id="3"/>
      <w:r w:rsidR="008D5E2F" w:rsidRPr="002E78A9">
        <w:rPr>
          <w:rStyle w:val="CommentReference"/>
          <w:rFonts w:ascii="Times New Roman" w:hAnsi="Times New Roman" w:cs="Times New Roman"/>
          <w:highlight w:val="yellow"/>
        </w:rPr>
        <w:commentReference w:id="3"/>
      </w:r>
      <w:r w:rsidRPr="002E78A9">
        <w:rPr>
          <w:rFonts w:ascii="Times New Roman" w:hAnsi="Times New Roman" w:cs="Times New Roman"/>
          <w:sz w:val="24"/>
          <w:szCs w:val="24"/>
          <w:highlight w:val="yellow"/>
        </w:rPr>
        <w:t>PAGE 22</w:t>
      </w:r>
    </w:p>
    <w:p w14:paraId="4044A6C7" w14:textId="13465592" w:rsidR="00BA10F4" w:rsidRPr="009658F0" w:rsidRDefault="00BA10F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r>
      <w:r w:rsidRPr="009658F0">
        <w:rPr>
          <w:rFonts w:ascii="Times New Roman" w:hAnsi="Times New Roman" w:cs="Times New Roman"/>
          <w:sz w:val="24"/>
          <w:szCs w:val="24"/>
          <w:u w:val="single"/>
        </w:rPr>
        <w:t>Prof Eliezer Goldman</w:t>
      </w:r>
      <w:r w:rsidRPr="009658F0">
        <w:rPr>
          <w:rFonts w:ascii="Times New Roman" w:hAnsi="Times New Roman" w:cs="Times New Roman"/>
          <w:sz w:val="24"/>
          <w:szCs w:val="24"/>
        </w:rPr>
        <w:br/>
        <w:t xml:space="preserve">Address: </w:t>
      </w:r>
      <w:proofErr w:type="spellStart"/>
      <w:r w:rsidRPr="009658F0">
        <w:rPr>
          <w:rFonts w:ascii="Times New Roman" w:hAnsi="Times New Roman" w:cs="Times New Roman"/>
          <w:sz w:val="24"/>
          <w:szCs w:val="24"/>
        </w:rPr>
        <w:t>Sdeh</w:t>
      </w:r>
      <w:proofErr w:type="spellEnd"/>
      <w:r w:rsidR="006E1FC7" w:rsidRPr="009658F0">
        <w:rPr>
          <w:rFonts w:ascii="Times New Roman" w:hAnsi="Times New Roman" w:cs="Times New Roman"/>
          <w:sz w:val="24"/>
          <w:szCs w:val="24"/>
        </w:rPr>
        <w:t xml:space="preserve"> – (SDEH)</w:t>
      </w:r>
      <w:r w:rsidRPr="009658F0">
        <w:rPr>
          <w:rFonts w:ascii="Times New Roman" w:hAnsi="Times New Roman" w:cs="Times New Roman"/>
          <w:sz w:val="24"/>
          <w:szCs w:val="24"/>
        </w:rPr>
        <w:t xml:space="preserve"> Eliyahu  Mobile Post</w:t>
      </w:r>
      <w:r w:rsidRPr="009658F0">
        <w:rPr>
          <w:rFonts w:ascii="Times New Roman" w:hAnsi="Times New Roman" w:cs="Times New Roman"/>
          <w:sz w:val="24"/>
          <w:szCs w:val="24"/>
        </w:rPr>
        <w:br/>
        <w:t xml:space="preserve">Beth </w:t>
      </w:r>
      <w:proofErr w:type="spellStart"/>
      <w:r w:rsidRPr="009658F0">
        <w:rPr>
          <w:rFonts w:ascii="Times New Roman" w:hAnsi="Times New Roman" w:cs="Times New Roman"/>
          <w:sz w:val="24"/>
          <w:szCs w:val="24"/>
        </w:rPr>
        <w:t>Sh</w:t>
      </w:r>
      <w:r w:rsidR="00010398" w:rsidRPr="009658F0">
        <w:rPr>
          <w:rFonts w:ascii="Times New Roman" w:hAnsi="Times New Roman" w:cs="Times New Roman"/>
          <w:sz w:val="24"/>
          <w:szCs w:val="24"/>
        </w:rPr>
        <w:t>’a</w:t>
      </w:r>
      <w:r w:rsidRPr="009658F0">
        <w:rPr>
          <w:rFonts w:ascii="Times New Roman" w:hAnsi="Times New Roman" w:cs="Times New Roman"/>
          <w:sz w:val="24"/>
          <w:szCs w:val="24"/>
        </w:rPr>
        <w:t>n</w:t>
      </w:r>
      <w:proofErr w:type="spellEnd"/>
      <w:r w:rsidRPr="009658F0">
        <w:rPr>
          <w:rFonts w:ascii="Times New Roman" w:hAnsi="Times New Roman" w:cs="Times New Roman"/>
          <w:sz w:val="24"/>
          <w:szCs w:val="24"/>
        </w:rPr>
        <w:br/>
        <w:t>Israel</w:t>
      </w:r>
      <w:r w:rsidRPr="009658F0">
        <w:rPr>
          <w:rFonts w:ascii="Times New Roman" w:hAnsi="Times New Roman" w:cs="Times New Roman"/>
          <w:sz w:val="24"/>
          <w:szCs w:val="24"/>
        </w:rPr>
        <w:br/>
        <w:t>Tel. 065 - 87453</w:t>
      </w:r>
      <w:r w:rsidRPr="009658F0">
        <w:rPr>
          <w:rFonts w:ascii="Times New Roman" w:hAnsi="Times New Roman" w:cs="Times New Roman"/>
          <w:sz w:val="24"/>
          <w:szCs w:val="24"/>
        </w:rPr>
        <w:br/>
        <w:t xml:space="preserve">      065 - 87454</w:t>
      </w:r>
      <w:r w:rsidRPr="009658F0">
        <w:rPr>
          <w:rFonts w:ascii="Times New Roman" w:hAnsi="Times New Roman" w:cs="Times New Roman"/>
          <w:sz w:val="24"/>
          <w:szCs w:val="24"/>
        </w:rPr>
        <w:br/>
        <w:t>Ext. 542</w:t>
      </w:r>
      <w:r w:rsidRPr="009658F0">
        <w:rPr>
          <w:rFonts w:ascii="Times New Roman" w:hAnsi="Times New Roman" w:cs="Times New Roman"/>
          <w:sz w:val="24"/>
          <w:szCs w:val="24"/>
        </w:rPr>
        <w:br/>
        <w:t>13</w:t>
      </w:r>
      <w:r w:rsidR="00AC5FFB">
        <w:rPr>
          <w:rFonts w:ascii="Times New Roman" w:hAnsi="Times New Roman" w:cs="Times New Roman"/>
          <w:sz w:val="24"/>
          <w:szCs w:val="24"/>
        </w:rPr>
        <w:t>–</w:t>
      </w:r>
      <w:r w:rsidRPr="009658F0">
        <w:rPr>
          <w:rFonts w:ascii="Times New Roman" w:hAnsi="Times New Roman" w:cs="Times New Roman"/>
          <w:sz w:val="24"/>
          <w:szCs w:val="24"/>
        </w:rPr>
        <w:t xml:space="preserve">16th Feb </w:t>
      </w:r>
      <w:r w:rsidRPr="009658F0">
        <w:rPr>
          <w:rFonts w:ascii="Times New Roman" w:hAnsi="Times New Roman" w:cs="Times New Roman"/>
          <w:sz w:val="24"/>
          <w:szCs w:val="24"/>
          <w:u w:val="single"/>
        </w:rPr>
        <w:t>won</w:t>
      </w:r>
      <w:r w:rsidR="00010398" w:rsidRPr="009658F0">
        <w:rPr>
          <w:rFonts w:ascii="Times New Roman" w:hAnsi="Times New Roman" w:cs="Times New Roman"/>
          <w:sz w:val="24"/>
          <w:szCs w:val="24"/>
          <w:u w:val="single"/>
        </w:rPr>
        <w:t>’</w:t>
      </w:r>
      <w:r w:rsidRPr="009658F0">
        <w:rPr>
          <w:rFonts w:ascii="Times New Roman" w:hAnsi="Times New Roman" w:cs="Times New Roman"/>
          <w:sz w:val="24"/>
          <w:szCs w:val="24"/>
          <w:u w:val="single"/>
        </w:rPr>
        <w:t>t</w:t>
      </w:r>
      <w:r w:rsidRPr="009658F0">
        <w:rPr>
          <w:rFonts w:ascii="Times New Roman" w:hAnsi="Times New Roman" w:cs="Times New Roman"/>
          <w:sz w:val="24"/>
          <w:szCs w:val="24"/>
        </w:rPr>
        <w:t xml:space="preserve"> be home</w:t>
      </w:r>
      <w:r w:rsidRPr="009658F0">
        <w:rPr>
          <w:rFonts w:ascii="Times New Roman" w:hAnsi="Times New Roman" w:cs="Times New Roman"/>
          <w:sz w:val="24"/>
          <w:szCs w:val="24"/>
        </w:rPr>
        <w:br/>
      </w:r>
    </w:p>
    <w:p w14:paraId="743850C3" w14:textId="77777777" w:rsidR="00BA10F4" w:rsidRPr="009658F0" w:rsidRDefault="00BA10F4" w:rsidP="006C1960">
      <w:pPr>
        <w:spacing w:after="120" w:line="360" w:lineRule="auto"/>
        <w:rPr>
          <w:rFonts w:ascii="Times New Roman" w:hAnsi="Times New Roman" w:cs="Times New Roman"/>
          <w:sz w:val="24"/>
          <w:szCs w:val="24"/>
        </w:rPr>
      </w:pPr>
    </w:p>
    <w:p w14:paraId="044C006E" w14:textId="77777777" w:rsidR="00BA10F4" w:rsidRPr="009658F0" w:rsidRDefault="00BA10F4" w:rsidP="006C1960">
      <w:pPr>
        <w:spacing w:after="120" w:line="360" w:lineRule="auto"/>
        <w:rPr>
          <w:rFonts w:ascii="Times New Roman" w:hAnsi="Times New Roman" w:cs="Times New Roman"/>
          <w:sz w:val="24"/>
          <w:szCs w:val="24"/>
          <w:highlight w:val="yellow"/>
        </w:rPr>
      </w:pPr>
    </w:p>
    <w:p w14:paraId="439781CB" w14:textId="77777777" w:rsidR="00BA10F4" w:rsidRPr="009658F0" w:rsidRDefault="00BA10F4" w:rsidP="006C1960">
      <w:pPr>
        <w:spacing w:after="120" w:line="360" w:lineRule="auto"/>
        <w:rPr>
          <w:rFonts w:ascii="Times New Roman" w:hAnsi="Times New Roman" w:cs="Times New Roman"/>
          <w:sz w:val="24"/>
          <w:szCs w:val="24"/>
          <w:highlight w:val="yellow"/>
        </w:rPr>
      </w:pPr>
    </w:p>
    <w:p w14:paraId="111128C1" w14:textId="77777777" w:rsidR="00BA10F4" w:rsidRPr="009658F0" w:rsidRDefault="00BA10F4" w:rsidP="006C1960">
      <w:pPr>
        <w:spacing w:after="120" w:line="360" w:lineRule="auto"/>
        <w:rPr>
          <w:rFonts w:ascii="Times New Roman" w:hAnsi="Times New Roman" w:cs="Times New Roman"/>
          <w:sz w:val="24"/>
          <w:szCs w:val="24"/>
          <w:highlight w:val="yellow"/>
        </w:rPr>
      </w:pPr>
    </w:p>
    <w:p w14:paraId="10A5D47A" w14:textId="77777777" w:rsidR="00BA10F4" w:rsidRPr="009658F0" w:rsidRDefault="00BA10F4" w:rsidP="006C1960">
      <w:pPr>
        <w:spacing w:after="120" w:line="360" w:lineRule="auto"/>
        <w:rPr>
          <w:rFonts w:ascii="Times New Roman" w:hAnsi="Times New Roman" w:cs="Times New Roman"/>
          <w:sz w:val="24"/>
          <w:szCs w:val="24"/>
          <w:highlight w:val="yellow"/>
        </w:rPr>
      </w:pPr>
    </w:p>
    <w:p w14:paraId="3D17E7BE" w14:textId="77777777" w:rsidR="00BA10F4" w:rsidRPr="009658F0" w:rsidRDefault="00BA10F4" w:rsidP="006C1960">
      <w:pPr>
        <w:spacing w:after="120" w:line="360" w:lineRule="auto"/>
        <w:rPr>
          <w:rFonts w:ascii="Times New Roman" w:hAnsi="Times New Roman" w:cs="Times New Roman"/>
          <w:sz w:val="24"/>
          <w:szCs w:val="24"/>
          <w:highlight w:val="yellow"/>
        </w:rPr>
      </w:pPr>
    </w:p>
    <w:p w14:paraId="12DCCB40" w14:textId="77777777" w:rsidR="00BA10F4" w:rsidRPr="009658F0" w:rsidRDefault="00BA10F4" w:rsidP="006C1960">
      <w:pPr>
        <w:spacing w:after="120" w:line="360" w:lineRule="auto"/>
        <w:rPr>
          <w:rFonts w:ascii="Times New Roman" w:hAnsi="Times New Roman" w:cs="Times New Roman"/>
          <w:sz w:val="24"/>
          <w:szCs w:val="24"/>
          <w:highlight w:val="yellow"/>
        </w:rPr>
      </w:pPr>
    </w:p>
    <w:p w14:paraId="0AED4E6A" w14:textId="77777777" w:rsidR="00BA10F4" w:rsidRPr="009658F0" w:rsidRDefault="00BA10F4" w:rsidP="006C1960">
      <w:pPr>
        <w:spacing w:after="120" w:line="360" w:lineRule="auto"/>
        <w:rPr>
          <w:rFonts w:ascii="Times New Roman" w:hAnsi="Times New Roman" w:cs="Times New Roman"/>
          <w:sz w:val="24"/>
          <w:szCs w:val="24"/>
          <w:highlight w:val="yellow"/>
        </w:rPr>
      </w:pPr>
    </w:p>
    <w:p w14:paraId="2B0B3AB0" w14:textId="77777777" w:rsidR="00BA10F4" w:rsidRPr="009658F0" w:rsidRDefault="00BA10F4" w:rsidP="006C1960">
      <w:pPr>
        <w:spacing w:after="120" w:line="360" w:lineRule="auto"/>
        <w:rPr>
          <w:rFonts w:ascii="Times New Roman" w:hAnsi="Times New Roman" w:cs="Times New Roman"/>
          <w:sz w:val="24"/>
          <w:szCs w:val="24"/>
          <w:highlight w:val="yellow"/>
        </w:rPr>
      </w:pPr>
    </w:p>
    <w:p w14:paraId="22D40D63" w14:textId="77777777" w:rsidR="00BA10F4" w:rsidRPr="009658F0" w:rsidRDefault="00BA10F4" w:rsidP="006C1960">
      <w:pPr>
        <w:spacing w:after="120" w:line="360" w:lineRule="auto"/>
        <w:rPr>
          <w:rFonts w:ascii="Times New Roman" w:hAnsi="Times New Roman" w:cs="Times New Roman"/>
          <w:sz w:val="24"/>
          <w:szCs w:val="24"/>
          <w:highlight w:val="yellow"/>
        </w:rPr>
      </w:pPr>
    </w:p>
    <w:p w14:paraId="3AEECDE5" w14:textId="77777777" w:rsidR="006E1FC7" w:rsidRPr="009658F0" w:rsidRDefault="006E1FC7" w:rsidP="006C1960">
      <w:pPr>
        <w:spacing w:line="360" w:lineRule="auto"/>
        <w:rPr>
          <w:rFonts w:ascii="Times New Roman" w:hAnsi="Times New Roman" w:cs="Times New Roman"/>
          <w:sz w:val="24"/>
          <w:szCs w:val="24"/>
          <w:highlight w:val="yellow"/>
        </w:rPr>
      </w:pPr>
      <w:r w:rsidRPr="009658F0">
        <w:rPr>
          <w:rFonts w:ascii="Times New Roman" w:hAnsi="Times New Roman" w:cs="Times New Roman"/>
          <w:sz w:val="24"/>
          <w:szCs w:val="24"/>
          <w:highlight w:val="yellow"/>
        </w:rPr>
        <w:br w:type="page"/>
      </w:r>
    </w:p>
    <w:p w14:paraId="6667EF74" w14:textId="585B2031" w:rsidR="00BA10F4" w:rsidRPr="009658F0" w:rsidRDefault="00BA10F4" w:rsidP="006C1960">
      <w:pPr>
        <w:spacing w:after="120" w:line="360" w:lineRule="auto"/>
        <w:rPr>
          <w:rFonts w:ascii="Times New Roman" w:hAnsi="Times New Roman" w:cs="Times New Roman"/>
          <w:sz w:val="24"/>
          <w:szCs w:val="24"/>
        </w:rPr>
      </w:pPr>
      <w:r w:rsidRPr="002E78A9">
        <w:rPr>
          <w:rFonts w:ascii="Times New Roman" w:hAnsi="Times New Roman" w:cs="Times New Roman"/>
          <w:sz w:val="24"/>
          <w:szCs w:val="24"/>
          <w:highlight w:val="yellow"/>
        </w:rPr>
        <w:lastRenderedPageBreak/>
        <w:t>VICTOR PAGE 23</w:t>
      </w:r>
    </w:p>
    <w:p w14:paraId="4978CA18" w14:textId="77777777" w:rsidR="006E1FC7" w:rsidRPr="009658F0" w:rsidRDefault="00BA10F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t xml:space="preserve">Ben-Shlomo </w:t>
      </w:r>
    </w:p>
    <w:p w14:paraId="3C5A3545" w14:textId="3708D82B" w:rsidR="00BA10F4" w:rsidRPr="009658F0" w:rsidRDefault="00BA10F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GS </w:t>
      </w:r>
      <w:r w:rsidR="006E1FC7" w:rsidRPr="009658F0">
        <w:rPr>
          <w:rFonts w:ascii="Times New Roman" w:hAnsi="Times New Roman" w:cs="Times New Roman"/>
          <w:sz w:val="24"/>
          <w:szCs w:val="24"/>
        </w:rPr>
        <w:t xml:space="preserve"> K </w:t>
      </w:r>
      <w:r w:rsidRPr="009658F0">
        <w:rPr>
          <w:rFonts w:ascii="Times New Roman" w:hAnsi="Times New Roman" w:cs="Times New Roman"/>
          <w:sz w:val="24"/>
          <w:szCs w:val="24"/>
        </w:rPr>
        <w:t>p. 130</w:t>
      </w:r>
      <w:r w:rsidRPr="009658F0">
        <w:rPr>
          <w:rFonts w:ascii="Times New Roman" w:hAnsi="Times New Roman" w:cs="Times New Roman"/>
          <w:sz w:val="24"/>
          <w:szCs w:val="24"/>
        </w:rPr>
        <w:br/>
      </w:r>
      <w:r w:rsidRPr="009658F0">
        <w:rPr>
          <w:rFonts w:ascii="Times New Roman" w:hAnsi="Times New Roman" w:cs="Times New Roman"/>
          <w:sz w:val="24"/>
          <w:szCs w:val="24"/>
          <w:u w:val="single"/>
        </w:rPr>
        <w:t>Lurianic Kabbalah</w:t>
      </w:r>
      <w:r w:rsidRPr="009658F0">
        <w:rPr>
          <w:rFonts w:ascii="Times New Roman" w:hAnsi="Times New Roman" w:cs="Times New Roman"/>
          <w:sz w:val="24"/>
          <w:szCs w:val="24"/>
        </w:rPr>
        <w:br/>
      </w:r>
      <w:r w:rsidRPr="009658F0">
        <w:rPr>
          <w:rFonts w:ascii="Times New Roman" w:hAnsi="Times New Roman" w:cs="Times New Roman"/>
          <w:sz w:val="24"/>
          <w:szCs w:val="24"/>
        </w:rPr>
        <w:br/>
        <w:t xml:space="preserve">1st act of Ein-Sof was one of concealment and limitation. A withdrawal </w:t>
      </w:r>
      <w:r w:rsidRPr="009658F0">
        <w:rPr>
          <w:rFonts w:ascii="Times New Roman" w:hAnsi="Times New Roman" w:cs="Times New Roman"/>
          <w:sz w:val="24"/>
          <w:szCs w:val="24"/>
          <w:u w:val="single"/>
        </w:rPr>
        <w:t>from</w:t>
      </w:r>
      <w:r w:rsidRPr="009658F0">
        <w:rPr>
          <w:rFonts w:ascii="Times New Roman" w:hAnsi="Times New Roman" w:cs="Times New Roman"/>
          <w:sz w:val="24"/>
          <w:szCs w:val="24"/>
        </w:rPr>
        <w:t xml:space="preserve"> a place. </w:t>
      </w:r>
      <w:r w:rsidRPr="009658F0">
        <w:rPr>
          <w:rFonts w:ascii="Times New Roman" w:hAnsi="Times New Roman" w:cs="Times New Roman"/>
          <w:sz w:val="24"/>
          <w:szCs w:val="24"/>
          <w:u w:val="single"/>
        </w:rPr>
        <w:t>Zimzum</w:t>
      </w:r>
      <w:r w:rsidRPr="009658F0">
        <w:rPr>
          <w:rFonts w:ascii="Times New Roman" w:hAnsi="Times New Roman" w:cs="Times New Roman"/>
          <w:sz w:val="24"/>
          <w:szCs w:val="24"/>
        </w:rPr>
        <w:t xml:space="preserve"> - act of judgment and limitation. Before </w:t>
      </w:r>
      <w:r w:rsidR="006E1FC7" w:rsidRPr="009658F0">
        <w:rPr>
          <w:rFonts w:ascii="Times New Roman" w:hAnsi="Times New Roman" w:cs="Times New Roman"/>
          <w:sz w:val="24"/>
          <w:szCs w:val="24"/>
        </w:rPr>
        <w:t xml:space="preserve"> z</w:t>
      </w:r>
      <w:r w:rsidRPr="009658F0">
        <w:rPr>
          <w:rFonts w:ascii="Times New Roman" w:hAnsi="Times New Roman" w:cs="Times New Roman"/>
          <w:sz w:val="24"/>
          <w:szCs w:val="24"/>
        </w:rPr>
        <w:t>- all the forces of God were stored within his infinite self and equitably balanced without any separation between them. Hence even the forces of Din (</w:t>
      </w:r>
      <w:r w:rsidR="006E1FC7" w:rsidRPr="009658F0">
        <w:rPr>
          <w:rFonts w:ascii="Times New Roman" w:hAnsi="Times New Roman" w:cs="Times New Roman"/>
          <w:sz w:val="24"/>
          <w:szCs w:val="24"/>
        </w:rPr>
        <w:t>“</w:t>
      </w:r>
      <w:r w:rsidRPr="009658F0">
        <w:rPr>
          <w:rFonts w:ascii="Times New Roman" w:hAnsi="Times New Roman" w:cs="Times New Roman"/>
          <w:sz w:val="24"/>
          <w:szCs w:val="24"/>
        </w:rPr>
        <w:t>judgment</w:t>
      </w:r>
      <w:r w:rsidR="006E1FC7" w:rsidRPr="009658F0">
        <w:rPr>
          <w:rFonts w:ascii="Times New Roman" w:hAnsi="Times New Roman" w:cs="Times New Roman"/>
          <w:sz w:val="24"/>
          <w:szCs w:val="24"/>
        </w:rPr>
        <w:t>”</w:t>
      </w:r>
      <w:r w:rsidRPr="009658F0">
        <w:rPr>
          <w:rFonts w:ascii="Times New Roman" w:hAnsi="Times New Roman" w:cs="Times New Roman"/>
          <w:sz w:val="24"/>
          <w:szCs w:val="24"/>
        </w:rPr>
        <w:t xml:space="preserve">) were stored there but not distinguished as such. When the primal intention to create came into being, </w:t>
      </w:r>
      <w:r w:rsidRPr="009658F0">
        <w:rPr>
          <w:rFonts w:ascii="Times New Roman" w:hAnsi="Times New Roman" w:cs="Times New Roman"/>
          <w:sz w:val="24"/>
          <w:szCs w:val="24"/>
          <w:u w:val="single"/>
        </w:rPr>
        <w:t>Ein-Sof</w:t>
      </w:r>
      <w:r w:rsidRPr="009658F0">
        <w:rPr>
          <w:rFonts w:ascii="Times New Roman" w:hAnsi="Times New Roman" w:cs="Times New Roman"/>
          <w:sz w:val="24"/>
          <w:szCs w:val="24"/>
        </w:rPr>
        <w:t xml:space="preserve"> gathered together the roots of Din, which had been hitherto </w:t>
      </w:r>
      <w:r w:rsidR="006E1FC7" w:rsidRPr="009658F0">
        <w:rPr>
          <w:rFonts w:ascii="Times New Roman" w:hAnsi="Times New Roman" w:cs="Times New Roman"/>
          <w:sz w:val="24"/>
          <w:szCs w:val="24"/>
        </w:rPr>
        <w:t>concealed within him,</w:t>
      </w:r>
      <w:r w:rsidRPr="009658F0">
        <w:rPr>
          <w:rFonts w:ascii="Times New Roman" w:hAnsi="Times New Roman" w:cs="Times New Roman"/>
          <w:sz w:val="24"/>
          <w:szCs w:val="24"/>
        </w:rPr>
        <w:t xml:space="preserve"> into one place, from which the power of Mercy had departed.</w:t>
      </w:r>
      <w:r w:rsidRPr="009658F0">
        <w:rPr>
          <w:rFonts w:ascii="Times New Roman" w:hAnsi="Times New Roman" w:cs="Times New Roman"/>
          <w:sz w:val="24"/>
          <w:szCs w:val="24"/>
        </w:rPr>
        <w:br/>
      </w:r>
      <w:r w:rsidRPr="009658F0">
        <w:rPr>
          <w:rFonts w:ascii="Times New Roman" w:hAnsi="Times New Roman" w:cs="Times New Roman"/>
          <w:sz w:val="24"/>
          <w:szCs w:val="24"/>
        </w:rPr>
        <w:br/>
        <w:t>Din now concentrated.</w:t>
      </w:r>
      <w:r w:rsidRPr="009658F0">
        <w:rPr>
          <w:rFonts w:ascii="Times New Roman" w:hAnsi="Times New Roman" w:cs="Times New Roman"/>
          <w:sz w:val="24"/>
          <w:szCs w:val="24"/>
        </w:rPr>
        <w:br/>
      </w:r>
      <w:r w:rsidRPr="009658F0">
        <w:rPr>
          <w:rFonts w:ascii="Times New Roman" w:hAnsi="Times New Roman" w:cs="Times New Roman"/>
          <w:sz w:val="24"/>
          <w:szCs w:val="24"/>
          <w:u w:val="single"/>
        </w:rPr>
        <w:t>Zimzum</w:t>
      </w:r>
      <w:r w:rsidRPr="009658F0">
        <w:rPr>
          <w:rFonts w:ascii="Times New Roman" w:hAnsi="Times New Roman" w:cs="Times New Roman"/>
          <w:sz w:val="24"/>
          <w:szCs w:val="24"/>
        </w:rPr>
        <w:t>, therefore, was an act of judgment and self-limitation, and the process thus initiated was intended to continue by means of a progressive extrusion and catharsis of the power of Din that was left in primordial space, where it was.</w:t>
      </w:r>
      <w:r w:rsidRPr="009658F0">
        <w:rPr>
          <w:rFonts w:ascii="Times New Roman" w:hAnsi="Times New Roman" w:cs="Times New Roman"/>
          <w:sz w:val="24"/>
          <w:szCs w:val="24"/>
        </w:rPr>
        <w:br/>
      </w:r>
    </w:p>
    <w:p w14:paraId="3D2179E7" w14:textId="4AE9946A" w:rsidR="006E1FC7" w:rsidRPr="009658F0" w:rsidRDefault="006E1FC7"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br w:type="page"/>
      </w:r>
    </w:p>
    <w:p w14:paraId="7DEF74BB" w14:textId="77777777" w:rsidR="00F27C67" w:rsidRPr="009658F0" w:rsidRDefault="00F27C67" w:rsidP="006C1960">
      <w:pPr>
        <w:spacing w:after="120" w:line="360" w:lineRule="auto"/>
        <w:rPr>
          <w:rFonts w:ascii="Times New Roman" w:hAnsi="Times New Roman" w:cs="Times New Roman"/>
          <w:sz w:val="24"/>
          <w:szCs w:val="24"/>
        </w:rPr>
      </w:pPr>
    </w:p>
    <w:p w14:paraId="46CCDE5B" w14:textId="77777777" w:rsidR="00F27C67" w:rsidRPr="009658F0" w:rsidRDefault="00F27C67" w:rsidP="006C1960">
      <w:pPr>
        <w:spacing w:after="120" w:line="360" w:lineRule="auto"/>
        <w:rPr>
          <w:rFonts w:ascii="Times New Roman" w:hAnsi="Times New Roman" w:cs="Times New Roman"/>
          <w:sz w:val="24"/>
          <w:szCs w:val="24"/>
        </w:rPr>
      </w:pPr>
      <w:r w:rsidRPr="002E78A9">
        <w:rPr>
          <w:rFonts w:ascii="Times New Roman" w:hAnsi="Times New Roman" w:cs="Times New Roman"/>
          <w:sz w:val="24"/>
          <w:szCs w:val="24"/>
          <w:highlight w:val="yellow"/>
        </w:rPr>
        <w:t>VICTOR PAGE 24</w:t>
      </w:r>
    </w:p>
    <w:p w14:paraId="6406E099" w14:textId="6959AC01" w:rsidR="00BF2EFB" w:rsidRPr="009658F0" w:rsidRDefault="00F27C67" w:rsidP="00BF2EFB">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r>
      <w:r w:rsidR="006E1FC7" w:rsidRPr="009658F0">
        <w:rPr>
          <w:rFonts w:ascii="Times New Roman" w:hAnsi="Times New Roman" w:cs="Times New Roman"/>
          <w:sz w:val="24"/>
          <w:szCs w:val="24"/>
        </w:rPr>
        <w:t xml:space="preserve">intermingled </w:t>
      </w:r>
      <w:r w:rsidRPr="009658F0">
        <w:rPr>
          <w:rFonts w:ascii="Times New Roman" w:hAnsi="Times New Roman" w:cs="Times New Roman"/>
          <w:sz w:val="24"/>
          <w:szCs w:val="24"/>
        </w:rPr>
        <w:t xml:space="preserve">in a confused fashion with the remnants of the light of </w:t>
      </w:r>
      <w:r w:rsidRPr="009658F0">
        <w:rPr>
          <w:rFonts w:ascii="Times New Roman" w:hAnsi="Times New Roman" w:cs="Times New Roman"/>
          <w:sz w:val="24"/>
          <w:szCs w:val="24"/>
          <w:u w:val="single"/>
        </w:rPr>
        <w:t>Ein</w:t>
      </w:r>
      <w:r w:rsidRPr="009658F0">
        <w:rPr>
          <w:rFonts w:ascii="Times New Roman" w:hAnsi="Times New Roman" w:cs="Times New Roman"/>
          <w:sz w:val="24"/>
          <w:szCs w:val="24"/>
        </w:rPr>
        <w:t>-</w:t>
      </w:r>
      <w:r w:rsidRPr="009658F0">
        <w:rPr>
          <w:rFonts w:ascii="Times New Roman" w:hAnsi="Times New Roman" w:cs="Times New Roman"/>
          <w:sz w:val="24"/>
          <w:szCs w:val="24"/>
          <w:u w:val="single"/>
        </w:rPr>
        <w:t>Sof</w:t>
      </w:r>
      <w:r w:rsidRPr="009658F0">
        <w:rPr>
          <w:rFonts w:ascii="Times New Roman" w:hAnsi="Times New Roman" w:cs="Times New Roman"/>
          <w:sz w:val="24"/>
          <w:szCs w:val="24"/>
        </w:rPr>
        <w:t xml:space="preserve"> that had remained behind even after Zimzum, like the drops of oil that remain in a vessel after it has been emptied.</w:t>
      </w:r>
    </w:p>
    <w:p w14:paraId="28B191AC" w14:textId="3028A005" w:rsidR="00BF2EFB" w:rsidRPr="009658F0" w:rsidRDefault="00F27C67" w:rsidP="00BF2EFB">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This residue </w:t>
      </w:r>
      <w:proofErr w:type="gramStart"/>
      <w:r w:rsidRPr="009658F0">
        <w:rPr>
          <w:rFonts w:ascii="Times New Roman" w:hAnsi="Times New Roman" w:cs="Times New Roman"/>
          <w:sz w:val="24"/>
          <w:szCs w:val="24"/>
        </w:rPr>
        <w:t>called</w:t>
      </w:r>
      <w:proofErr w:type="gramEnd"/>
      <w:r w:rsidRPr="009658F0">
        <w:rPr>
          <w:rFonts w:ascii="Times New Roman" w:hAnsi="Times New Roman" w:cs="Times New Roman"/>
          <w:sz w:val="24"/>
          <w:szCs w:val="24"/>
        </w:rPr>
        <w:t xml:space="preserve"> </w:t>
      </w:r>
      <w:proofErr w:type="spellStart"/>
      <w:r w:rsidRPr="009658F0">
        <w:rPr>
          <w:rFonts w:ascii="Times New Roman" w:hAnsi="Times New Roman" w:cs="Times New Roman"/>
          <w:sz w:val="24"/>
          <w:szCs w:val="24"/>
          <w:u w:val="single"/>
        </w:rPr>
        <w:t>reshimu</w:t>
      </w:r>
      <w:proofErr w:type="spellEnd"/>
      <w:r w:rsidRPr="009658F0">
        <w:rPr>
          <w:rFonts w:ascii="Times New Roman" w:hAnsi="Times New Roman" w:cs="Times New Roman"/>
          <w:sz w:val="24"/>
          <w:szCs w:val="24"/>
        </w:rPr>
        <w:t>.</w:t>
      </w:r>
    </w:p>
    <w:p w14:paraId="7276C56C" w14:textId="1C2CC389" w:rsidR="00BF2EFB" w:rsidRPr="009658F0" w:rsidRDefault="00F27C67" w:rsidP="00BF2EFB">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Into this inchoate mixture, which is the </w:t>
      </w:r>
      <w:proofErr w:type="spellStart"/>
      <w:r w:rsidRPr="009658F0">
        <w:rPr>
          <w:rFonts w:ascii="Times New Roman" w:hAnsi="Times New Roman" w:cs="Times New Roman"/>
          <w:sz w:val="24"/>
          <w:szCs w:val="24"/>
        </w:rPr>
        <w:t>hylic</w:t>
      </w:r>
      <w:proofErr w:type="spellEnd"/>
      <w:r w:rsidRPr="009658F0">
        <w:rPr>
          <w:rFonts w:ascii="Times New Roman" w:hAnsi="Times New Roman" w:cs="Times New Roman"/>
          <w:sz w:val="24"/>
          <w:szCs w:val="24"/>
        </w:rPr>
        <w:t xml:space="preserve"> aspect of the future Universe, there descends from the primordial space-encompassing </w:t>
      </w:r>
      <w:r w:rsidRPr="009658F0">
        <w:rPr>
          <w:rFonts w:ascii="Times New Roman" w:hAnsi="Times New Roman" w:cs="Times New Roman"/>
          <w:sz w:val="24"/>
          <w:szCs w:val="24"/>
          <w:u w:val="single"/>
        </w:rPr>
        <w:t>Ein-Sof</w:t>
      </w:r>
      <w:r w:rsidRPr="009658F0">
        <w:rPr>
          <w:rFonts w:ascii="Times New Roman" w:hAnsi="Times New Roman" w:cs="Times New Roman"/>
          <w:sz w:val="24"/>
          <w:szCs w:val="24"/>
        </w:rPr>
        <w:t xml:space="preserve"> the light of the 1st letter of the </w:t>
      </w:r>
      <w:proofErr w:type="spellStart"/>
      <w:r w:rsidRPr="009658F0">
        <w:rPr>
          <w:rFonts w:ascii="Times New Roman" w:hAnsi="Times New Roman" w:cs="Times New Roman"/>
          <w:sz w:val="24"/>
          <w:szCs w:val="24"/>
        </w:rPr>
        <w:t>Tetragrammaton</w:t>
      </w:r>
      <w:proofErr w:type="spellEnd"/>
      <w:r w:rsidRPr="009658F0">
        <w:rPr>
          <w:rFonts w:ascii="Times New Roman" w:hAnsi="Times New Roman" w:cs="Times New Roman"/>
          <w:sz w:val="24"/>
          <w:szCs w:val="24"/>
        </w:rPr>
        <w:t xml:space="preserve">, which contains </w:t>
      </w:r>
      <w:r w:rsidR="006E1FC7" w:rsidRPr="009658F0">
        <w:rPr>
          <w:rFonts w:ascii="Times New Roman" w:hAnsi="Times New Roman" w:cs="Times New Roman"/>
          <w:sz w:val="24"/>
          <w:szCs w:val="24"/>
        </w:rPr>
        <w:t>a “</w:t>
      </w:r>
      <w:r w:rsidRPr="009658F0">
        <w:rPr>
          <w:rFonts w:ascii="Times New Roman" w:hAnsi="Times New Roman" w:cs="Times New Roman"/>
          <w:sz w:val="24"/>
          <w:szCs w:val="24"/>
        </w:rPr>
        <w:t>cosmic measure</w:t>
      </w:r>
      <w:r w:rsidR="006E1FC7" w:rsidRPr="009658F0">
        <w:rPr>
          <w:rFonts w:ascii="Times New Roman" w:hAnsi="Times New Roman" w:cs="Times New Roman"/>
          <w:sz w:val="24"/>
          <w:szCs w:val="24"/>
        </w:rPr>
        <w:t xml:space="preserve">” or </w:t>
      </w:r>
      <w:proofErr w:type="spellStart"/>
      <w:r w:rsidRPr="009658F0">
        <w:rPr>
          <w:rFonts w:ascii="Times New Roman" w:hAnsi="Times New Roman" w:cs="Times New Roman"/>
          <w:sz w:val="24"/>
          <w:szCs w:val="24"/>
        </w:rPr>
        <w:t>Ka</w:t>
      </w:r>
      <w:r w:rsidR="006E1FC7" w:rsidRPr="009658F0">
        <w:rPr>
          <w:rFonts w:ascii="Times New Roman" w:hAnsi="Times New Roman" w:cs="Times New Roman"/>
          <w:sz w:val="24"/>
          <w:szCs w:val="24"/>
        </w:rPr>
        <w:t>v</w:t>
      </w:r>
      <w:proofErr w:type="spellEnd"/>
      <w:r w:rsidR="006E1FC7" w:rsidRPr="009658F0">
        <w:rPr>
          <w:rFonts w:ascii="Times New Roman" w:hAnsi="Times New Roman" w:cs="Times New Roman"/>
          <w:sz w:val="24"/>
          <w:szCs w:val="24"/>
        </w:rPr>
        <w:t xml:space="preserve"> </w:t>
      </w:r>
      <w:r w:rsidRPr="009658F0">
        <w:rPr>
          <w:rFonts w:ascii="Times New Roman" w:hAnsi="Times New Roman" w:cs="Times New Roman"/>
          <w:sz w:val="24"/>
          <w:szCs w:val="24"/>
        </w:rPr>
        <w:t>ha</w:t>
      </w:r>
      <w:r w:rsidR="006E1FC7" w:rsidRPr="009658F0">
        <w:rPr>
          <w:rFonts w:ascii="Times New Roman" w:hAnsi="Times New Roman" w:cs="Times New Roman"/>
          <w:sz w:val="24"/>
          <w:szCs w:val="24"/>
        </w:rPr>
        <w:t>-</w:t>
      </w:r>
      <w:proofErr w:type="spellStart"/>
      <w:r w:rsidRPr="009658F0">
        <w:rPr>
          <w:rFonts w:ascii="Times New Roman" w:hAnsi="Times New Roman" w:cs="Times New Roman"/>
          <w:sz w:val="24"/>
          <w:szCs w:val="24"/>
        </w:rPr>
        <w:t>middah</w:t>
      </w:r>
      <w:proofErr w:type="spellEnd"/>
      <w:r w:rsidRPr="009658F0">
        <w:rPr>
          <w:rFonts w:ascii="Times New Roman" w:hAnsi="Times New Roman" w:cs="Times New Roman"/>
          <w:sz w:val="24"/>
          <w:szCs w:val="24"/>
        </w:rPr>
        <w:t xml:space="preserve"> that is the power of formation and organizati</w:t>
      </w:r>
      <w:r w:rsidR="006E1FC7" w:rsidRPr="009658F0">
        <w:rPr>
          <w:rFonts w:ascii="Times New Roman" w:hAnsi="Times New Roman" w:cs="Times New Roman"/>
          <w:sz w:val="24"/>
          <w:szCs w:val="24"/>
        </w:rPr>
        <w:t>on (</w:t>
      </w:r>
      <w:r w:rsidR="006E1FC7" w:rsidRPr="009658F0">
        <w:rPr>
          <w:rFonts w:ascii="Times New Roman" w:hAnsi="Times New Roman" w:cs="Times New Roman"/>
          <w:sz w:val="24"/>
          <w:szCs w:val="24"/>
          <w:u w:val="single"/>
        </w:rPr>
        <w:t>Logos</w:t>
      </w:r>
      <w:r w:rsidR="006E1FC7" w:rsidRPr="009658F0">
        <w:rPr>
          <w:rFonts w:ascii="Times New Roman" w:hAnsi="Times New Roman" w:cs="Times New Roman"/>
          <w:sz w:val="24"/>
          <w:szCs w:val="24"/>
        </w:rPr>
        <w:t>?)</w:t>
      </w:r>
    </w:p>
    <w:p w14:paraId="4946B717" w14:textId="77777777" w:rsidR="00BF2EFB" w:rsidRPr="009658F0" w:rsidRDefault="00F27C67" w:rsidP="00BF2EFB">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This power might be seen as belonging to the attribute of overflowing mercy (</w:t>
      </w:r>
      <w:proofErr w:type="spellStart"/>
      <w:r w:rsidRPr="009658F0">
        <w:rPr>
          <w:rFonts w:ascii="Times New Roman" w:hAnsi="Times New Roman" w:cs="Times New Roman"/>
          <w:sz w:val="24"/>
          <w:szCs w:val="24"/>
          <w:u w:val="single"/>
        </w:rPr>
        <w:t>Rahamim</w:t>
      </w:r>
      <w:proofErr w:type="spellEnd"/>
      <w:r w:rsidRPr="009658F0">
        <w:rPr>
          <w:rFonts w:ascii="Times New Roman" w:hAnsi="Times New Roman" w:cs="Times New Roman"/>
          <w:sz w:val="24"/>
          <w:szCs w:val="24"/>
        </w:rPr>
        <w:t>).</w:t>
      </w:r>
    </w:p>
    <w:p w14:paraId="3C7B2A9E" w14:textId="7C560E6C" w:rsidR="00F27C67" w:rsidRPr="009658F0" w:rsidRDefault="00F27C67" w:rsidP="00BF2EFB">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Creation is seen as a double activity of the emanating </w:t>
      </w:r>
      <w:r w:rsidRPr="009658F0">
        <w:rPr>
          <w:rFonts w:ascii="Times New Roman" w:hAnsi="Times New Roman" w:cs="Times New Roman"/>
          <w:sz w:val="24"/>
          <w:szCs w:val="24"/>
          <w:u w:val="single"/>
        </w:rPr>
        <w:t>Ein-Sof</w:t>
      </w:r>
      <w:r w:rsidRPr="009658F0">
        <w:rPr>
          <w:rFonts w:ascii="Times New Roman" w:hAnsi="Times New Roman" w:cs="Times New Roman"/>
          <w:sz w:val="24"/>
          <w:szCs w:val="24"/>
        </w:rPr>
        <w:t xml:space="preserve"> following on Zimzum. The Emanator acts as both a receptive substratum for the light of the </w:t>
      </w:r>
      <w:proofErr w:type="spellStart"/>
      <w:r w:rsidRPr="009658F0">
        <w:rPr>
          <w:rFonts w:ascii="Times New Roman" w:hAnsi="Times New Roman" w:cs="Times New Roman"/>
          <w:sz w:val="24"/>
          <w:szCs w:val="24"/>
          <w:u w:val="single"/>
        </w:rPr>
        <w:t>reshimu</w:t>
      </w:r>
      <w:proofErr w:type="spellEnd"/>
      <w:r w:rsidRPr="009658F0">
        <w:rPr>
          <w:rFonts w:ascii="Times New Roman" w:hAnsi="Times New Roman" w:cs="Times New Roman"/>
          <w:sz w:val="24"/>
          <w:szCs w:val="24"/>
        </w:rPr>
        <w:t>, and as a form-giving force which descends from the essence</w:t>
      </w:r>
      <w:r w:rsidRPr="009658F0">
        <w:rPr>
          <w:rFonts w:ascii="Times New Roman" w:hAnsi="Times New Roman" w:cs="Times New Roman"/>
          <w:sz w:val="24"/>
          <w:szCs w:val="24"/>
        </w:rPr>
        <w:br/>
      </w:r>
    </w:p>
    <w:p w14:paraId="2320952C" w14:textId="77777777" w:rsidR="00F27C67" w:rsidRPr="009658F0" w:rsidRDefault="00F27C67" w:rsidP="006C1960">
      <w:pPr>
        <w:spacing w:after="120" w:line="360" w:lineRule="auto"/>
        <w:rPr>
          <w:rFonts w:ascii="Times New Roman" w:hAnsi="Times New Roman" w:cs="Times New Roman"/>
          <w:sz w:val="24"/>
          <w:szCs w:val="24"/>
          <w:highlight w:val="yellow"/>
        </w:rPr>
      </w:pPr>
    </w:p>
    <w:p w14:paraId="1D262D8A" w14:textId="77777777" w:rsidR="00F27C67" w:rsidRPr="009658F0" w:rsidRDefault="00F27C67" w:rsidP="006C1960">
      <w:pPr>
        <w:spacing w:after="120" w:line="360" w:lineRule="auto"/>
        <w:rPr>
          <w:rFonts w:ascii="Times New Roman" w:hAnsi="Times New Roman" w:cs="Times New Roman"/>
          <w:sz w:val="24"/>
          <w:szCs w:val="24"/>
          <w:highlight w:val="yellow"/>
        </w:rPr>
      </w:pPr>
    </w:p>
    <w:p w14:paraId="12E4E16E" w14:textId="77777777" w:rsidR="00F27C67" w:rsidRPr="009658F0" w:rsidRDefault="00F27C67" w:rsidP="006C1960">
      <w:pPr>
        <w:spacing w:after="120" w:line="360" w:lineRule="auto"/>
        <w:rPr>
          <w:rFonts w:ascii="Times New Roman" w:hAnsi="Times New Roman" w:cs="Times New Roman"/>
          <w:sz w:val="24"/>
          <w:szCs w:val="24"/>
          <w:highlight w:val="yellow"/>
        </w:rPr>
      </w:pPr>
    </w:p>
    <w:p w14:paraId="2EF31F58" w14:textId="77777777" w:rsidR="00A669B7" w:rsidRPr="009658F0" w:rsidRDefault="00A669B7" w:rsidP="006C1960">
      <w:pPr>
        <w:spacing w:line="360" w:lineRule="auto"/>
        <w:rPr>
          <w:rFonts w:ascii="Times New Roman" w:hAnsi="Times New Roman" w:cs="Times New Roman"/>
          <w:sz w:val="24"/>
          <w:szCs w:val="24"/>
          <w:highlight w:val="yellow"/>
        </w:rPr>
      </w:pPr>
      <w:r w:rsidRPr="009658F0">
        <w:rPr>
          <w:rFonts w:ascii="Times New Roman" w:hAnsi="Times New Roman" w:cs="Times New Roman"/>
          <w:sz w:val="24"/>
          <w:szCs w:val="24"/>
          <w:highlight w:val="yellow"/>
        </w:rPr>
        <w:br w:type="page"/>
      </w:r>
    </w:p>
    <w:p w14:paraId="3F3977D4" w14:textId="60A82DD5" w:rsidR="00F27C67" w:rsidRPr="009658F0" w:rsidRDefault="00F27C67"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lastRenderedPageBreak/>
        <w:t>VICTOR PAGE 25</w:t>
      </w:r>
      <w:r w:rsidRPr="009658F0">
        <w:rPr>
          <w:rFonts w:ascii="Times New Roman" w:hAnsi="Times New Roman" w:cs="Times New Roman"/>
          <w:sz w:val="24"/>
          <w:szCs w:val="24"/>
        </w:rPr>
        <w:t xml:space="preserve"> </w:t>
      </w:r>
    </w:p>
    <w:p w14:paraId="64DF2B68" w14:textId="2B30194E" w:rsidR="00800F6E" w:rsidRPr="009658F0" w:rsidRDefault="00F27C67"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t xml:space="preserve">of the Ein-Sof to bring order and structure to the original confusion. </w:t>
      </w:r>
      <w:r w:rsidR="00787379" w:rsidRPr="009658F0">
        <w:rPr>
          <w:rFonts w:ascii="Times New Roman" w:hAnsi="Times New Roman" w:cs="Times New Roman"/>
          <w:sz w:val="24"/>
          <w:szCs w:val="24"/>
        </w:rPr>
        <w:t>Thus,</w:t>
      </w:r>
      <w:r w:rsidRPr="009658F0">
        <w:rPr>
          <w:rFonts w:ascii="Times New Roman" w:hAnsi="Times New Roman" w:cs="Times New Roman"/>
          <w:sz w:val="24"/>
          <w:szCs w:val="24"/>
        </w:rPr>
        <w:t xml:space="preserve"> both the subject and the object of the process of creation have their origin in God but were differentiated </w:t>
      </w:r>
      <w:proofErr w:type="spellStart"/>
      <w:r w:rsidRPr="009658F0">
        <w:rPr>
          <w:rFonts w:ascii="Times New Roman" w:hAnsi="Times New Roman" w:cs="Times New Roman"/>
          <w:sz w:val="24"/>
          <w:szCs w:val="24"/>
        </w:rPr>
        <w:t>fm</w:t>
      </w:r>
      <w:proofErr w:type="spellEnd"/>
      <w:r w:rsidRPr="009658F0">
        <w:rPr>
          <w:rFonts w:ascii="Times New Roman" w:hAnsi="Times New Roman" w:cs="Times New Roman"/>
          <w:sz w:val="24"/>
          <w:szCs w:val="24"/>
        </w:rPr>
        <w:t xml:space="preserve"> each other in the </w:t>
      </w:r>
      <w:r w:rsidRPr="009658F0">
        <w:rPr>
          <w:rFonts w:ascii="Times New Roman" w:hAnsi="Times New Roman" w:cs="Times New Roman"/>
          <w:sz w:val="24"/>
          <w:szCs w:val="24"/>
          <w:u w:val="single"/>
        </w:rPr>
        <w:t>zimzum</w:t>
      </w:r>
      <w:r w:rsidRPr="009658F0">
        <w:rPr>
          <w:rFonts w:ascii="Times New Roman" w:hAnsi="Times New Roman" w:cs="Times New Roman"/>
          <w:sz w:val="24"/>
          <w:szCs w:val="24"/>
        </w:rPr>
        <w:t xml:space="preserve">. This process is expressed in the creation of </w:t>
      </w:r>
      <w:r w:rsidR="00010398" w:rsidRPr="009658F0">
        <w:rPr>
          <w:rFonts w:ascii="Times New Roman" w:hAnsi="Times New Roman" w:cs="Times New Roman"/>
          <w:sz w:val="24"/>
          <w:szCs w:val="24"/>
        </w:rPr>
        <w:t>“</w:t>
      </w:r>
      <w:r w:rsidRPr="009658F0">
        <w:rPr>
          <w:rFonts w:ascii="Times New Roman" w:hAnsi="Times New Roman" w:cs="Times New Roman"/>
          <w:sz w:val="24"/>
          <w:szCs w:val="24"/>
        </w:rPr>
        <w:t>vessels</w:t>
      </w:r>
      <w:r w:rsidR="00010398" w:rsidRPr="009658F0">
        <w:rPr>
          <w:rFonts w:ascii="Times New Roman" w:hAnsi="Times New Roman" w:cs="Times New Roman"/>
          <w:sz w:val="24"/>
          <w:szCs w:val="24"/>
        </w:rPr>
        <w:t>”</w:t>
      </w:r>
      <w:r w:rsidRPr="009658F0">
        <w:rPr>
          <w:rFonts w:ascii="Times New Roman" w:hAnsi="Times New Roman" w:cs="Times New Roman"/>
          <w:sz w:val="24"/>
          <w:szCs w:val="24"/>
        </w:rPr>
        <w:t xml:space="preserve"> (</w:t>
      </w:r>
      <w:proofErr w:type="spellStart"/>
      <w:r w:rsidRPr="009658F0">
        <w:rPr>
          <w:rFonts w:ascii="Times New Roman" w:hAnsi="Times New Roman" w:cs="Times New Roman"/>
          <w:sz w:val="24"/>
          <w:szCs w:val="24"/>
          <w:u w:val="single"/>
        </w:rPr>
        <w:t>kelim</w:t>
      </w:r>
      <w:proofErr w:type="spellEnd"/>
      <w:r w:rsidRPr="009658F0">
        <w:rPr>
          <w:rFonts w:ascii="Times New Roman" w:hAnsi="Times New Roman" w:cs="Times New Roman"/>
          <w:sz w:val="24"/>
          <w:szCs w:val="24"/>
        </w:rPr>
        <w:t xml:space="preserve">) in which the divine essence that remained in primordial space is precipitated </w:t>
      </w:r>
      <w:r w:rsidR="00787379" w:rsidRPr="009658F0">
        <w:rPr>
          <w:rFonts w:ascii="Times New Roman" w:hAnsi="Times New Roman" w:cs="Times New Roman"/>
          <w:sz w:val="24"/>
          <w:szCs w:val="24"/>
        </w:rPr>
        <w:t>out</w:t>
      </w:r>
      <w:r w:rsidRPr="009658F0">
        <w:rPr>
          <w:rFonts w:ascii="Times New Roman" w:hAnsi="Times New Roman" w:cs="Times New Roman"/>
          <w:sz w:val="24"/>
          <w:szCs w:val="24"/>
        </w:rPr>
        <w:t xml:space="preserve">. This takes place still </w:t>
      </w:r>
      <w:proofErr w:type="spellStart"/>
      <w:r w:rsidRPr="009658F0">
        <w:rPr>
          <w:rFonts w:ascii="Times New Roman" w:hAnsi="Times New Roman" w:cs="Times New Roman"/>
          <w:sz w:val="24"/>
          <w:szCs w:val="24"/>
        </w:rPr>
        <w:t>hylically</w:t>
      </w:r>
      <w:proofErr w:type="spellEnd"/>
      <w:r w:rsidRPr="009658F0">
        <w:rPr>
          <w:rFonts w:ascii="Times New Roman" w:hAnsi="Times New Roman" w:cs="Times New Roman"/>
          <w:sz w:val="24"/>
          <w:szCs w:val="24"/>
        </w:rPr>
        <w:t xml:space="preserve"> in the vessel called </w:t>
      </w:r>
      <w:r w:rsidR="00010398" w:rsidRPr="009658F0">
        <w:rPr>
          <w:rFonts w:ascii="Times New Roman" w:hAnsi="Times New Roman" w:cs="Times New Roman"/>
          <w:sz w:val="24"/>
          <w:szCs w:val="24"/>
        </w:rPr>
        <w:t>“</w:t>
      </w:r>
      <w:r w:rsidRPr="009658F0">
        <w:rPr>
          <w:rFonts w:ascii="Times New Roman" w:hAnsi="Times New Roman" w:cs="Times New Roman"/>
          <w:sz w:val="24"/>
          <w:szCs w:val="24"/>
        </w:rPr>
        <w:t>primordial air</w:t>
      </w:r>
      <w:r w:rsidR="00010398" w:rsidRPr="009658F0">
        <w:rPr>
          <w:rFonts w:ascii="Times New Roman" w:hAnsi="Times New Roman" w:cs="Times New Roman"/>
          <w:sz w:val="24"/>
          <w:szCs w:val="24"/>
        </w:rPr>
        <w:t>”</w:t>
      </w:r>
      <w:r w:rsidRPr="009658F0">
        <w:rPr>
          <w:rFonts w:ascii="Times New Roman" w:hAnsi="Times New Roman" w:cs="Times New Roman"/>
          <w:sz w:val="24"/>
          <w:szCs w:val="24"/>
        </w:rPr>
        <w:t xml:space="preserve"> (</w:t>
      </w:r>
      <w:proofErr w:type="spellStart"/>
      <w:r w:rsidRPr="009658F0">
        <w:rPr>
          <w:rFonts w:ascii="Times New Roman" w:hAnsi="Times New Roman" w:cs="Times New Roman"/>
          <w:sz w:val="24"/>
          <w:szCs w:val="24"/>
          <w:u w:val="single"/>
        </w:rPr>
        <w:t>avir</w:t>
      </w:r>
      <w:proofErr w:type="spellEnd"/>
      <w:r w:rsidRPr="009658F0">
        <w:rPr>
          <w:rFonts w:ascii="Times New Roman" w:hAnsi="Times New Roman" w:cs="Times New Roman"/>
          <w:sz w:val="24"/>
          <w:szCs w:val="24"/>
        </w:rPr>
        <w:t xml:space="preserve"> </w:t>
      </w:r>
      <w:proofErr w:type="spellStart"/>
      <w:r w:rsidRPr="009658F0">
        <w:rPr>
          <w:rFonts w:ascii="Times New Roman" w:hAnsi="Times New Roman" w:cs="Times New Roman"/>
          <w:sz w:val="24"/>
          <w:szCs w:val="24"/>
          <w:u w:val="single"/>
        </w:rPr>
        <w:t>kadmon</w:t>
      </w:r>
      <w:proofErr w:type="spellEnd"/>
      <w:r w:rsidRPr="009658F0">
        <w:rPr>
          <w:rFonts w:ascii="Times New Roman" w:hAnsi="Times New Roman" w:cs="Times New Roman"/>
          <w:sz w:val="24"/>
          <w:szCs w:val="24"/>
        </w:rPr>
        <w:t>), but subsequently it assumes a clearer form in the vesse</w:t>
      </w:r>
      <w:r w:rsidR="00787379" w:rsidRPr="009658F0">
        <w:rPr>
          <w:rFonts w:ascii="Times New Roman" w:hAnsi="Times New Roman" w:cs="Times New Roman"/>
          <w:sz w:val="24"/>
          <w:szCs w:val="24"/>
        </w:rPr>
        <w:t xml:space="preserve">l called </w:t>
      </w:r>
      <w:r w:rsidR="00010398" w:rsidRPr="009658F0">
        <w:rPr>
          <w:rFonts w:ascii="Times New Roman" w:hAnsi="Times New Roman" w:cs="Times New Roman"/>
          <w:sz w:val="24"/>
          <w:szCs w:val="24"/>
        </w:rPr>
        <w:t>“</w:t>
      </w:r>
      <w:r w:rsidR="00787379" w:rsidRPr="009658F0">
        <w:rPr>
          <w:rFonts w:ascii="Times New Roman" w:hAnsi="Times New Roman" w:cs="Times New Roman"/>
          <w:sz w:val="24"/>
          <w:szCs w:val="24"/>
        </w:rPr>
        <w:t>primordial man” (</w:t>
      </w:r>
      <w:r w:rsidR="00787379" w:rsidRPr="009658F0">
        <w:rPr>
          <w:rFonts w:ascii="Times New Roman" w:hAnsi="Times New Roman" w:cs="Times New Roman"/>
          <w:sz w:val="24"/>
          <w:szCs w:val="24"/>
          <w:u w:val="single"/>
        </w:rPr>
        <w:t xml:space="preserve">Adam </w:t>
      </w:r>
      <w:proofErr w:type="spellStart"/>
      <w:r w:rsidR="00787379" w:rsidRPr="009658F0">
        <w:rPr>
          <w:rFonts w:ascii="Times New Roman" w:hAnsi="Times New Roman" w:cs="Times New Roman"/>
          <w:sz w:val="24"/>
          <w:szCs w:val="24"/>
          <w:u w:val="single"/>
        </w:rPr>
        <w:t>Kadmor</w:t>
      </w:r>
      <w:proofErr w:type="spellEnd"/>
      <w:r w:rsidR="00787379" w:rsidRPr="009658F0">
        <w:rPr>
          <w:rFonts w:ascii="Times New Roman" w:hAnsi="Times New Roman" w:cs="Times New Roman"/>
          <w:sz w:val="24"/>
          <w:szCs w:val="24"/>
        </w:rPr>
        <w:t xml:space="preserve">) that is created by a raising and lowering of the “cosmic measure”, which serves as a permanent connection between </w:t>
      </w:r>
      <w:r w:rsidR="00787379" w:rsidRPr="009658F0">
        <w:rPr>
          <w:rFonts w:ascii="Times New Roman" w:hAnsi="Times New Roman" w:cs="Times New Roman"/>
          <w:sz w:val="24"/>
          <w:szCs w:val="24"/>
          <w:u w:val="single"/>
        </w:rPr>
        <w:t>Ein-Sof</w:t>
      </w:r>
      <w:r w:rsidR="00787379" w:rsidRPr="009658F0">
        <w:rPr>
          <w:rFonts w:ascii="Times New Roman" w:hAnsi="Times New Roman" w:cs="Times New Roman"/>
          <w:sz w:val="24"/>
          <w:szCs w:val="24"/>
        </w:rPr>
        <w:t xml:space="preserve"> and the primordial space of </w:t>
      </w:r>
      <w:r w:rsidR="00787379" w:rsidRPr="009658F0">
        <w:rPr>
          <w:rFonts w:ascii="Times New Roman" w:hAnsi="Times New Roman" w:cs="Times New Roman"/>
          <w:sz w:val="24"/>
          <w:szCs w:val="24"/>
          <w:u w:val="single"/>
        </w:rPr>
        <w:t>Zimzum</w:t>
      </w:r>
      <w:r w:rsidR="00787379" w:rsidRPr="009658F0">
        <w:rPr>
          <w:rFonts w:ascii="Times New Roman" w:hAnsi="Times New Roman" w:cs="Times New Roman"/>
          <w:sz w:val="24"/>
          <w:szCs w:val="24"/>
        </w:rPr>
        <w:t>.</w:t>
      </w:r>
      <w:r w:rsidRPr="009658F0">
        <w:rPr>
          <w:rFonts w:ascii="Times New Roman" w:hAnsi="Times New Roman" w:cs="Times New Roman"/>
          <w:sz w:val="24"/>
          <w:szCs w:val="24"/>
        </w:rPr>
        <w:br/>
      </w:r>
      <w:r w:rsidRPr="009658F0">
        <w:rPr>
          <w:rFonts w:ascii="Times New Roman" w:hAnsi="Times New Roman" w:cs="Times New Roman"/>
          <w:sz w:val="24"/>
          <w:szCs w:val="24"/>
        </w:rPr>
        <w:br/>
        <w:t>This version obscured by Vital.</w:t>
      </w:r>
    </w:p>
    <w:p w14:paraId="3B2F35CD" w14:textId="43EF9F1E" w:rsidR="00787379" w:rsidRPr="009658F0" w:rsidRDefault="00787379"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br w:type="page"/>
      </w:r>
    </w:p>
    <w:p w14:paraId="5AB80914" w14:textId="77777777" w:rsidR="00800F6E" w:rsidRPr="009658F0" w:rsidRDefault="00800F6E" w:rsidP="006C1960">
      <w:pPr>
        <w:spacing w:after="120" w:line="360" w:lineRule="auto"/>
        <w:rPr>
          <w:rFonts w:ascii="Times New Roman" w:hAnsi="Times New Roman" w:cs="Times New Roman"/>
          <w:sz w:val="24"/>
          <w:szCs w:val="24"/>
        </w:rPr>
      </w:pPr>
    </w:p>
    <w:p w14:paraId="1D2FC8E6" w14:textId="6E40AD27" w:rsidR="00787379" w:rsidRPr="009658F0" w:rsidRDefault="00800F6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t>VICTOR PAGE 26</w:t>
      </w:r>
      <w:r w:rsidRPr="009658F0">
        <w:rPr>
          <w:rFonts w:ascii="Times New Roman" w:hAnsi="Times New Roman" w:cs="Times New Roman"/>
          <w:sz w:val="24"/>
          <w:szCs w:val="24"/>
        </w:rPr>
        <w:br/>
        <w:t>p. 131</w:t>
      </w:r>
      <w:r w:rsidRPr="009658F0">
        <w:rPr>
          <w:rFonts w:ascii="Times New Roman" w:hAnsi="Times New Roman" w:cs="Times New Roman"/>
          <w:sz w:val="24"/>
          <w:szCs w:val="24"/>
        </w:rPr>
        <w:br/>
      </w:r>
      <w:r w:rsidRPr="009658F0">
        <w:rPr>
          <w:rFonts w:ascii="Times New Roman" w:hAnsi="Times New Roman" w:cs="Times New Roman"/>
          <w:sz w:val="24"/>
          <w:szCs w:val="24"/>
        </w:rPr>
        <w:br/>
        <w:t>Vital</w:t>
      </w:r>
      <w:r w:rsidR="00010398" w:rsidRPr="009658F0">
        <w:rPr>
          <w:rFonts w:ascii="Times New Roman" w:hAnsi="Times New Roman" w:cs="Times New Roman"/>
          <w:sz w:val="24"/>
          <w:szCs w:val="24"/>
        </w:rPr>
        <w:t>’s</w:t>
      </w:r>
      <w:r w:rsidRPr="009658F0">
        <w:rPr>
          <w:rFonts w:ascii="Times New Roman" w:hAnsi="Times New Roman" w:cs="Times New Roman"/>
          <w:sz w:val="24"/>
          <w:szCs w:val="24"/>
        </w:rPr>
        <w:t xml:space="preserve"> simpler version at beginning of his</w:t>
      </w:r>
      <w:r w:rsidR="00787379" w:rsidRPr="009658F0">
        <w:rPr>
          <w:rFonts w:ascii="Times New Roman" w:hAnsi="Times New Roman" w:cs="Times New Roman"/>
          <w:sz w:val="24"/>
          <w:szCs w:val="24"/>
        </w:rPr>
        <w:t xml:space="preserve"> </w:t>
      </w:r>
      <w:r w:rsidRPr="009658F0">
        <w:rPr>
          <w:rFonts w:ascii="Times New Roman" w:hAnsi="Times New Roman" w:cs="Times New Roman"/>
          <w:sz w:val="24"/>
          <w:szCs w:val="24"/>
          <w:u w:val="single"/>
        </w:rPr>
        <w:t xml:space="preserve"> </w:t>
      </w:r>
      <w:proofErr w:type="spellStart"/>
      <w:r w:rsidR="00787379" w:rsidRPr="009658F0">
        <w:rPr>
          <w:rFonts w:ascii="Times New Roman" w:hAnsi="Times New Roman" w:cs="Times New Roman"/>
          <w:sz w:val="24"/>
          <w:szCs w:val="24"/>
          <w:u w:val="single"/>
        </w:rPr>
        <w:t>Ez</w:t>
      </w:r>
      <w:proofErr w:type="spellEnd"/>
      <w:r w:rsidR="00787379" w:rsidRPr="009658F0">
        <w:rPr>
          <w:rFonts w:ascii="Times New Roman" w:hAnsi="Times New Roman" w:cs="Times New Roman"/>
          <w:sz w:val="24"/>
          <w:szCs w:val="24"/>
          <w:u w:val="single"/>
        </w:rPr>
        <w:t xml:space="preserve"> H</w:t>
      </w:r>
      <w:r w:rsidRPr="009658F0">
        <w:rPr>
          <w:rFonts w:ascii="Times New Roman" w:hAnsi="Times New Roman" w:cs="Times New Roman"/>
          <w:sz w:val="24"/>
          <w:szCs w:val="24"/>
          <w:u w:val="single"/>
        </w:rPr>
        <w:t>ayyim.</w:t>
      </w:r>
      <w:r w:rsidRPr="009658F0">
        <w:rPr>
          <w:rFonts w:ascii="Times New Roman" w:hAnsi="Times New Roman" w:cs="Times New Roman"/>
          <w:sz w:val="24"/>
          <w:szCs w:val="24"/>
        </w:rPr>
        <w:t xml:space="preserve"> </w:t>
      </w:r>
      <w:r w:rsidRPr="009658F0">
        <w:rPr>
          <w:rFonts w:ascii="Times New Roman" w:hAnsi="Times New Roman" w:cs="Times New Roman"/>
          <w:sz w:val="24"/>
          <w:szCs w:val="24"/>
        </w:rPr>
        <w:br/>
        <w:t xml:space="preserve">As a result of the act of divine contraction an empty vacuum was formed </w:t>
      </w:r>
      <w:proofErr w:type="gramStart"/>
      <w:r w:rsidRPr="009658F0">
        <w:rPr>
          <w:rFonts w:ascii="Times New Roman" w:hAnsi="Times New Roman" w:cs="Times New Roman"/>
          <w:sz w:val="24"/>
          <w:szCs w:val="24"/>
        </w:rPr>
        <w:t>in the midst of</w:t>
      </w:r>
      <w:proofErr w:type="gramEnd"/>
      <w:r w:rsidRPr="009658F0">
        <w:rPr>
          <w:rFonts w:ascii="Times New Roman" w:hAnsi="Times New Roman" w:cs="Times New Roman"/>
          <w:sz w:val="24"/>
          <w:szCs w:val="24"/>
        </w:rPr>
        <w:t xml:space="preserve"> the </w:t>
      </w:r>
      <w:r w:rsidRPr="009658F0">
        <w:rPr>
          <w:rFonts w:ascii="Times New Roman" w:hAnsi="Times New Roman" w:cs="Times New Roman"/>
          <w:sz w:val="24"/>
          <w:szCs w:val="24"/>
          <w:u w:val="single"/>
        </w:rPr>
        <w:t>Ein-Sof</w:t>
      </w:r>
      <w:r w:rsidRPr="009658F0">
        <w:rPr>
          <w:rFonts w:ascii="Times New Roman" w:hAnsi="Times New Roman" w:cs="Times New Roman"/>
          <w:sz w:val="24"/>
          <w:szCs w:val="24"/>
        </w:rPr>
        <w:t xml:space="preserve"> into which emanated a ray of light wh</w:t>
      </w:r>
      <w:r w:rsidR="00787379" w:rsidRPr="009658F0">
        <w:rPr>
          <w:rFonts w:ascii="Times New Roman" w:hAnsi="Times New Roman" w:cs="Times New Roman"/>
          <w:sz w:val="24"/>
          <w:szCs w:val="24"/>
        </w:rPr>
        <w:t>.</w:t>
      </w:r>
      <w:r w:rsidRPr="009658F0">
        <w:rPr>
          <w:rFonts w:ascii="Times New Roman" w:hAnsi="Times New Roman" w:cs="Times New Roman"/>
          <w:sz w:val="24"/>
          <w:szCs w:val="24"/>
        </w:rPr>
        <w:t xml:space="preserve"> filled this space with ten </w:t>
      </w:r>
      <w:r w:rsidRPr="009658F0">
        <w:rPr>
          <w:rFonts w:ascii="Times New Roman" w:hAnsi="Times New Roman" w:cs="Times New Roman"/>
          <w:sz w:val="24"/>
          <w:szCs w:val="24"/>
          <w:u w:val="single"/>
        </w:rPr>
        <w:t>sefirot</w:t>
      </w:r>
      <w:r w:rsidRPr="009658F0">
        <w:rPr>
          <w:rFonts w:ascii="Times New Roman" w:hAnsi="Times New Roman" w:cs="Times New Roman"/>
          <w:sz w:val="24"/>
          <w:szCs w:val="24"/>
        </w:rPr>
        <w:t xml:space="preserve">. Since the </w:t>
      </w:r>
      <w:r w:rsidRPr="009658F0">
        <w:rPr>
          <w:rFonts w:ascii="Times New Roman" w:hAnsi="Times New Roman" w:cs="Times New Roman"/>
          <w:sz w:val="24"/>
          <w:szCs w:val="24"/>
          <w:u w:val="single"/>
        </w:rPr>
        <w:t>zimzum</w:t>
      </w:r>
      <w:r w:rsidRPr="009658F0">
        <w:rPr>
          <w:rFonts w:ascii="Times New Roman" w:hAnsi="Times New Roman" w:cs="Times New Roman"/>
          <w:sz w:val="24"/>
          <w:szCs w:val="24"/>
        </w:rPr>
        <w:t xml:space="preserve"> took place equally on all sides</w:t>
      </w:r>
      <w:r w:rsidRPr="009658F0">
        <w:rPr>
          <w:rFonts w:ascii="Times New Roman" w:hAnsi="Times New Roman" w:cs="Times New Roman"/>
          <w:sz w:val="24"/>
          <w:szCs w:val="24"/>
        </w:rPr>
        <w:br/>
      </w:r>
      <w:r w:rsidRPr="009658F0">
        <w:rPr>
          <w:rFonts w:ascii="Times New Roman" w:hAnsi="Times New Roman" w:cs="Times New Roman"/>
          <w:sz w:val="24"/>
          <w:szCs w:val="24"/>
        </w:rPr>
        <w:br/>
        <w:t>05281992</w:t>
      </w:r>
      <w:r w:rsidRPr="009658F0">
        <w:rPr>
          <w:rFonts w:ascii="Times New Roman" w:hAnsi="Times New Roman" w:cs="Times New Roman"/>
          <w:sz w:val="24"/>
          <w:szCs w:val="24"/>
        </w:rPr>
        <w:br/>
      </w:r>
    </w:p>
    <w:p w14:paraId="1C1A4786" w14:textId="77777777" w:rsidR="00787379" w:rsidRPr="009658F0" w:rsidRDefault="00787379"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br w:type="page"/>
      </w:r>
    </w:p>
    <w:p w14:paraId="0D38B0A7" w14:textId="77777777" w:rsidR="00800F6E" w:rsidRPr="009658F0" w:rsidRDefault="00800F6E" w:rsidP="006C1960">
      <w:pPr>
        <w:spacing w:after="120" w:line="360" w:lineRule="auto"/>
        <w:rPr>
          <w:rFonts w:ascii="Times New Roman" w:hAnsi="Times New Roman" w:cs="Times New Roman"/>
          <w:sz w:val="24"/>
          <w:szCs w:val="24"/>
        </w:rPr>
      </w:pPr>
    </w:p>
    <w:p w14:paraId="3D8B6CB8" w14:textId="54C4FF73" w:rsidR="00787379" w:rsidRPr="009658F0" w:rsidRDefault="00800F6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highlight w:val="yellow"/>
        </w:rPr>
        <w:t xml:space="preserve">VICTOR </w:t>
      </w:r>
      <w:commentRangeStart w:id="4"/>
      <w:r w:rsidRPr="009658F0">
        <w:rPr>
          <w:rFonts w:ascii="Times New Roman" w:hAnsi="Times New Roman" w:cs="Times New Roman"/>
          <w:sz w:val="24"/>
          <w:szCs w:val="24"/>
          <w:highlight w:val="yellow"/>
        </w:rPr>
        <w:t xml:space="preserve">PAGE </w:t>
      </w:r>
      <w:commentRangeEnd w:id="4"/>
      <w:r w:rsidR="00F218D1" w:rsidRPr="009658F0">
        <w:rPr>
          <w:rStyle w:val="CommentReference"/>
          <w:rFonts w:ascii="Times New Roman" w:hAnsi="Times New Roman" w:cs="Times New Roman"/>
        </w:rPr>
        <w:commentReference w:id="4"/>
      </w:r>
      <w:r w:rsidRPr="009658F0">
        <w:rPr>
          <w:rFonts w:ascii="Times New Roman" w:hAnsi="Times New Roman" w:cs="Times New Roman"/>
          <w:sz w:val="24"/>
          <w:szCs w:val="24"/>
          <w:highlight w:val="yellow"/>
        </w:rPr>
        <w:t>27</w:t>
      </w:r>
      <w:r w:rsidRPr="009658F0">
        <w:rPr>
          <w:rFonts w:ascii="Times New Roman" w:hAnsi="Times New Roman" w:cs="Times New Roman"/>
          <w:sz w:val="24"/>
          <w:szCs w:val="24"/>
        </w:rPr>
        <w:br/>
      </w:r>
      <w:commentRangeStart w:id="5"/>
      <w:r w:rsidRPr="009658F0">
        <w:rPr>
          <w:rFonts w:ascii="Times New Roman" w:hAnsi="Times New Roman" w:cs="Times New Roman"/>
          <w:sz w:val="24"/>
          <w:szCs w:val="24"/>
        </w:rPr>
        <w:t xml:space="preserve">Crusader </w:t>
      </w:r>
      <w:commentRangeEnd w:id="5"/>
      <w:r w:rsidR="00010398" w:rsidRPr="009658F0">
        <w:rPr>
          <w:rStyle w:val="CommentReference"/>
          <w:rFonts w:ascii="Times New Roman" w:hAnsi="Times New Roman" w:cs="Times New Roman"/>
        </w:rPr>
        <w:commentReference w:id="5"/>
      </w:r>
      <w:r w:rsidRPr="009658F0">
        <w:rPr>
          <w:rFonts w:ascii="Times New Roman" w:hAnsi="Times New Roman" w:cs="Times New Roman"/>
          <w:sz w:val="24"/>
          <w:szCs w:val="24"/>
        </w:rPr>
        <w:t>Church in Abu Gosh</w:t>
      </w:r>
      <w:r w:rsidRPr="009658F0">
        <w:rPr>
          <w:rFonts w:ascii="Times New Roman" w:hAnsi="Times New Roman" w:cs="Times New Roman"/>
          <w:sz w:val="24"/>
          <w:szCs w:val="24"/>
        </w:rPr>
        <w:br/>
        <w:t>Beautiful E. Ma</w:t>
      </w:r>
      <w:r w:rsidR="001E5946" w:rsidRPr="009658F0">
        <w:rPr>
          <w:rFonts w:ascii="Times New Roman" w:hAnsi="Times New Roman" w:cs="Times New Roman"/>
          <w:sz w:val="24"/>
          <w:szCs w:val="24"/>
        </w:rPr>
        <w:t>r</w:t>
      </w:r>
      <w:r w:rsidRPr="009658F0">
        <w:rPr>
          <w:rFonts w:ascii="Times New Roman" w:hAnsi="Times New Roman" w:cs="Times New Roman"/>
          <w:sz w:val="24"/>
          <w:szCs w:val="24"/>
        </w:rPr>
        <w:t>x</w:t>
      </w:r>
      <w:r w:rsidRPr="009658F0">
        <w:rPr>
          <w:rFonts w:ascii="Times New Roman" w:hAnsi="Times New Roman" w:cs="Times New Roman"/>
          <w:sz w:val="24"/>
          <w:szCs w:val="24"/>
        </w:rPr>
        <w:br/>
      </w:r>
      <w:r w:rsidRPr="009658F0">
        <w:rPr>
          <w:rFonts w:ascii="Times New Roman" w:hAnsi="Times New Roman" w:cs="Times New Roman"/>
          <w:sz w:val="24"/>
          <w:szCs w:val="24"/>
        </w:rPr>
        <w:br/>
      </w:r>
      <w:commentRangeStart w:id="6"/>
      <w:r w:rsidRPr="009658F0">
        <w:rPr>
          <w:rFonts w:ascii="Times New Roman" w:hAnsi="Times New Roman" w:cs="Times New Roman"/>
          <w:sz w:val="24"/>
          <w:szCs w:val="24"/>
        </w:rPr>
        <w:t xml:space="preserve">Beit </w:t>
      </w:r>
      <w:commentRangeEnd w:id="6"/>
      <w:r w:rsidR="001E5946" w:rsidRPr="009658F0">
        <w:rPr>
          <w:rStyle w:val="CommentReference"/>
          <w:rFonts w:ascii="Times New Roman" w:hAnsi="Times New Roman" w:cs="Times New Roman"/>
        </w:rPr>
        <w:commentReference w:id="6"/>
      </w:r>
      <w:proofErr w:type="spellStart"/>
      <w:r w:rsidRPr="009658F0">
        <w:rPr>
          <w:rFonts w:ascii="Times New Roman" w:hAnsi="Times New Roman" w:cs="Times New Roman"/>
          <w:sz w:val="24"/>
          <w:szCs w:val="24"/>
        </w:rPr>
        <w:t>Govri</w:t>
      </w:r>
      <w:r w:rsidR="00787379" w:rsidRPr="009658F0">
        <w:rPr>
          <w:rFonts w:ascii="Times New Roman" w:hAnsi="Times New Roman" w:cs="Times New Roman"/>
          <w:sz w:val="24"/>
          <w:szCs w:val="24"/>
        </w:rPr>
        <w:t>m</w:t>
      </w:r>
      <w:proofErr w:type="spellEnd"/>
      <w:r w:rsidRPr="009658F0">
        <w:rPr>
          <w:rFonts w:ascii="Times New Roman" w:hAnsi="Times New Roman" w:cs="Times New Roman"/>
          <w:sz w:val="24"/>
          <w:szCs w:val="24"/>
        </w:rPr>
        <w:t xml:space="preserve"> w </w:t>
      </w:r>
      <w:r w:rsidR="00787379" w:rsidRPr="009658F0">
        <w:rPr>
          <w:rFonts w:ascii="Times New Roman" w:hAnsi="Times New Roman" w:cs="Times New Roman"/>
          <w:sz w:val="24"/>
          <w:szCs w:val="24"/>
        </w:rPr>
        <w:t xml:space="preserve">big </w:t>
      </w:r>
      <w:r w:rsidRPr="009658F0">
        <w:rPr>
          <w:rFonts w:ascii="Times New Roman" w:hAnsi="Times New Roman" w:cs="Times New Roman"/>
          <w:sz w:val="24"/>
          <w:szCs w:val="24"/>
        </w:rPr>
        <w:t>caves</w:t>
      </w:r>
      <w:r w:rsidRPr="009658F0">
        <w:rPr>
          <w:rFonts w:ascii="Times New Roman" w:hAnsi="Times New Roman" w:cs="Times New Roman"/>
          <w:sz w:val="24"/>
          <w:szCs w:val="24"/>
        </w:rPr>
        <w:br/>
      </w:r>
      <w:proofErr w:type="spellStart"/>
      <w:r w:rsidRPr="009658F0">
        <w:rPr>
          <w:rFonts w:ascii="Times New Roman" w:hAnsi="Times New Roman" w:cs="Times New Roman"/>
          <w:sz w:val="24"/>
          <w:szCs w:val="24"/>
        </w:rPr>
        <w:t>Sede</w:t>
      </w:r>
      <w:proofErr w:type="spellEnd"/>
      <w:r w:rsidRPr="009658F0">
        <w:rPr>
          <w:rFonts w:ascii="Times New Roman" w:hAnsi="Times New Roman" w:cs="Times New Roman"/>
          <w:sz w:val="24"/>
          <w:szCs w:val="24"/>
        </w:rPr>
        <w:t xml:space="preserve"> (Tzede) </w:t>
      </w:r>
      <w:r w:rsidR="00787379" w:rsidRPr="009658F0">
        <w:rPr>
          <w:rFonts w:ascii="Times New Roman" w:hAnsi="Times New Roman" w:cs="Times New Roman"/>
          <w:sz w:val="24"/>
          <w:szCs w:val="24"/>
        </w:rPr>
        <w:t>Boker</w:t>
      </w:r>
      <w:r w:rsidRPr="009658F0">
        <w:rPr>
          <w:rFonts w:ascii="Times New Roman" w:hAnsi="Times New Roman" w:cs="Times New Roman"/>
          <w:sz w:val="24"/>
          <w:szCs w:val="24"/>
        </w:rPr>
        <w:br/>
      </w:r>
      <w:commentRangeStart w:id="7"/>
      <w:r w:rsidR="00787379" w:rsidRPr="009658F0">
        <w:rPr>
          <w:rFonts w:ascii="Times New Roman" w:hAnsi="Times New Roman" w:cs="Times New Roman"/>
          <w:sz w:val="24"/>
          <w:szCs w:val="24"/>
        </w:rPr>
        <w:t xml:space="preserve">Marx’s </w:t>
      </w:r>
      <w:commentRangeEnd w:id="7"/>
      <w:r w:rsidR="00541C3F" w:rsidRPr="009658F0">
        <w:rPr>
          <w:rStyle w:val="CommentReference"/>
          <w:rFonts w:ascii="Times New Roman" w:hAnsi="Times New Roman" w:cs="Times New Roman"/>
        </w:rPr>
        <w:commentReference w:id="7"/>
      </w:r>
      <w:r w:rsidR="00787379" w:rsidRPr="009658F0">
        <w:rPr>
          <w:rFonts w:ascii="Times New Roman" w:hAnsi="Times New Roman" w:cs="Times New Roman"/>
          <w:sz w:val="24"/>
          <w:szCs w:val="24"/>
        </w:rPr>
        <w:t xml:space="preserve">desert </w:t>
      </w:r>
      <w:r w:rsidRPr="009658F0">
        <w:rPr>
          <w:rFonts w:ascii="Times New Roman" w:hAnsi="Times New Roman" w:cs="Times New Roman"/>
          <w:sz w:val="24"/>
          <w:szCs w:val="24"/>
        </w:rPr>
        <w:t>station</w:t>
      </w:r>
      <w:r w:rsidRPr="009658F0">
        <w:rPr>
          <w:rFonts w:ascii="Times New Roman" w:hAnsi="Times New Roman" w:cs="Times New Roman"/>
          <w:sz w:val="24"/>
          <w:szCs w:val="24"/>
        </w:rPr>
        <w:br/>
      </w:r>
      <w:r w:rsidRPr="009658F0">
        <w:rPr>
          <w:rFonts w:ascii="Times New Roman" w:hAnsi="Times New Roman" w:cs="Times New Roman"/>
          <w:sz w:val="24"/>
          <w:szCs w:val="24"/>
        </w:rPr>
        <w:br/>
      </w:r>
      <w:commentRangeStart w:id="8"/>
      <w:r w:rsidRPr="009658F0">
        <w:rPr>
          <w:rFonts w:ascii="Times New Roman" w:hAnsi="Times New Roman" w:cs="Times New Roman"/>
          <w:sz w:val="24"/>
          <w:szCs w:val="24"/>
        </w:rPr>
        <w:t xml:space="preserve">Presents </w:t>
      </w:r>
      <w:commentRangeEnd w:id="8"/>
      <w:r w:rsidR="001E5946" w:rsidRPr="009658F0">
        <w:rPr>
          <w:rStyle w:val="CommentReference"/>
          <w:rFonts w:ascii="Times New Roman" w:hAnsi="Times New Roman" w:cs="Times New Roman"/>
        </w:rPr>
        <w:commentReference w:id="8"/>
      </w:r>
      <w:r w:rsidR="00F218D1" w:rsidRPr="009658F0">
        <w:rPr>
          <w:rFonts w:ascii="Times New Roman" w:hAnsi="Times New Roman" w:cs="Times New Roman"/>
          <w:sz w:val="24"/>
          <w:szCs w:val="24"/>
        </w:rPr>
        <w:t>for</w:t>
      </w:r>
      <w:r w:rsidRPr="009658F0">
        <w:rPr>
          <w:rFonts w:ascii="Times New Roman" w:hAnsi="Times New Roman" w:cs="Times New Roman"/>
          <w:sz w:val="24"/>
          <w:szCs w:val="24"/>
        </w:rPr>
        <w:t xml:space="preserve"> Bed</w:t>
      </w:r>
      <w:r w:rsidR="001E5946" w:rsidRPr="009658F0">
        <w:rPr>
          <w:rFonts w:ascii="Times New Roman" w:hAnsi="Times New Roman" w:cs="Times New Roman"/>
          <w:sz w:val="24"/>
          <w:szCs w:val="24"/>
        </w:rPr>
        <w:t>ou</w:t>
      </w:r>
      <w:r w:rsidRPr="009658F0">
        <w:rPr>
          <w:rFonts w:ascii="Times New Roman" w:hAnsi="Times New Roman" w:cs="Times New Roman"/>
          <w:sz w:val="24"/>
          <w:szCs w:val="24"/>
        </w:rPr>
        <w:t xml:space="preserve">in: </w:t>
      </w:r>
    </w:p>
    <w:p w14:paraId="230D2D11" w14:textId="77777777" w:rsidR="00787379" w:rsidRPr="009658F0" w:rsidRDefault="00800F6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Coffee beans, tea, cigarettes</w:t>
      </w:r>
      <w:r w:rsidRPr="009658F0">
        <w:rPr>
          <w:rFonts w:ascii="Times New Roman" w:hAnsi="Times New Roman" w:cs="Times New Roman"/>
          <w:sz w:val="24"/>
          <w:szCs w:val="24"/>
        </w:rPr>
        <w:br/>
      </w:r>
      <w:r w:rsidRPr="009658F0">
        <w:rPr>
          <w:rFonts w:ascii="Times New Roman" w:hAnsi="Times New Roman" w:cs="Times New Roman"/>
          <w:sz w:val="24"/>
          <w:szCs w:val="24"/>
        </w:rPr>
        <w:br/>
      </w:r>
      <w:commentRangeStart w:id="9"/>
      <w:r w:rsidRPr="009658F0">
        <w:rPr>
          <w:rFonts w:ascii="Times New Roman" w:hAnsi="Times New Roman" w:cs="Times New Roman"/>
          <w:sz w:val="24"/>
          <w:szCs w:val="24"/>
        </w:rPr>
        <w:t xml:space="preserve">Esther </w:t>
      </w:r>
      <w:commentRangeEnd w:id="9"/>
      <w:r w:rsidR="00904718" w:rsidRPr="009658F0">
        <w:rPr>
          <w:rStyle w:val="CommentReference"/>
          <w:rFonts w:ascii="Times New Roman" w:hAnsi="Times New Roman" w:cs="Times New Roman"/>
        </w:rPr>
        <w:commentReference w:id="9"/>
      </w:r>
      <w:r w:rsidRPr="009658F0">
        <w:rPr>
          <w:rFonts w:ascii="Times New Roman" w:hAnsi="Times New Roman" w:cs="Times New Roman"/>
          <w:sz w:val="24"/>
          <w:szCs w:val="24"/>
        </w:rPr>
        <w:t xml:space="preserve">Lavie </w:t>
      </w:r>
    </w:p>
    <w:p w14:paraId="08DC7237" w14:textId="2FB44DD1" w:rsidR="00AE010B" w:rsidRPr="009658F0" w:rsidRDefault="00800F6E"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home 057</w:t>
      </w:r>
      <w:r w:rsidR="00787379" w:rsidRPr="009658F0">
        <w:rPr>
          <w:rFonts w:ascii="Times New Roman" w:hAnsi="Times New Roman" w:cs="Times New Roman"/>
          <w:sz w:val="24"/>
          <w:szCs w:val="24"/>
        </w:rPr>
        <w:t xml:space="preserve"> </w:t>
      </w:r>
      <w:r w:rsidRPr="009658F0">
        <w:rPr>
          <w:rFonts w:ascii="Times New Roman" w:hAnsi="Times New Roman" w:cs="Times New Roman"/>
          <w:sz w:val="24"/>
          <w:szCs w:val="24"/>
        </w:rPr>
        <w:t>86968</w:t>
      </w:r>
      <w:r w:rsidRPr="009658F0">
        <w:rPr>
          <w:rFonts w:ascii="Times New Roman" w:hAnsi="Times New Roman" w:cs="Times New Roman"/>
          <w:sz w:val="24"/>
          <w:szCs w:val="24"/>
        </w:rPr>
        <w:br/>
      </w:r>
      <w:r w:rsidR="00787379" w:rsidRPr="009658F0">
        <w:rPr>
          <w:rFonts w:ascii="Times New Roman" w:hAnsi="Times New Roman" w:cs="Times New Roman"/>
          <w:sz w:val="24"/>
          <w:szCs w:val="24"/>
        </w:rPr>
        <w:t xml:space="preserve">Office </w:t>
      </w:r>
      <w:r w:rsidR="00F218D1" w:rsidRPr="009658F0">
        <w:rPr>
          <w:rFonts w:ascii="Times New Roman" w:hAnsi="Times New Roman" w:cs="Times New Roman"/>
          <w:sz w:val="24"/>
          <w:szCs w:val="24"/>
        </w:rPr>
        <w:t>of</w:t>
      </w:r>
      <w:r w:rsidRPr="009658F0">
        <w:rPr>
          <w:rFonts w:ascii="Times New Roman" w:hAnsi="Times New Roman" w:cs="Times New Roman"/>
          <w:sz w:val="24"/>
          <w:szCs w:val="24"/>
        </w:rPr>
        <w:t xml:space="preserve"> Em</w:t>
      </w:r>
      <w:r w:rsidR="00787379" w:rsidRPr="009658F0">
        <w:rPr>
          <w:rFonts w:ascii="Times New Roman" w:hAnsi="Times New Roman" w:cs="Times New Roman"/>
          <w:sz w:val="24"/>
          <w:szCs w:val="24"/>
        </w:rPr>
        <w:t>m</w:t>
      </w:r>
      <w:r w:rsidRPr="009658F0">
        <w:rPr>
          <w:rFonts w:ascii="Times New Roman" w:hAnsi="Times New Roman" w:cs="Times New Roman"/>
          <w:sz w:val="24"/>
          <w:szCs w:val="24"/>
        </w:rPr>
        <w:t>anuel</w:t>
      </w:r>
      <w:r w:rsidRPr="009658F0">
        <w:rPr>
          <w:rFonts w:ascii="Times New Roman" w:hAnsi="Times New Roman" w:cs="Times New Roman"/>
          <w:sz w:val="24"/>
          <w:szCs w:val="24"/>
        </w:rPr>
        <w:br/>
      </w:r>
      <w:r w:rsidRPr="009658F0">
        <w:rPr>
          <w:rFonts w:ascii="Times New Roman" w:hAnsi="Times New Roman" w:cs="Times New Roman"/>
          <w:sz w:val="24"/>
          <w:szCs w:val="24"/>
        </w:rPr>
        <w:br/>
        <w:t xml:space="preserve">Achor? </w:t>
      </w:r>
      <w:proofErr w:type="spellStart"/>
      <w:r w:rsidRPr="009658F0">
        <w:rPr>
          <w:rFonts w:ascii="Times New Roman" w:hAnsi="Times New Roman" w:cs="Times New Roman"/>
          <w:sz w:val="24"/>
          <w:szCs w:val="24"/>
        </w:rPr>
        <w:t>Acha</w:t>
      </w:r>
      <w:r w:rsidR="00787379" w:rsidRPr="009658F0">
        <w:rPr>
          <w:rFonts w:ascii="Times New Roman" w:hAnsi="Times New Roman" w:cs="Times New Roman"/>
          <w:sz w:val="24"/>
          <w:szCs w:val="24"/>
        </w:rPr>
        <w:t>v</w:t>
      </w:r>
      <w:proofErr w:type="spellEnd"/>
      <w:r w:rsidRPr="009658F0">
        <w:rPr>
          <w:rFonts w:ascii="Times New Roman" w:hAnsi="Times New Roman" w:cs="Times New Roman"/>
          <w:sz w:val="24"/>
          <w:szCs w:val="24"/>
        </w:rPr>
        <w:t>?</w:t>
      </w:r>
    </w:p>
    <w:p w14:paraId="4FCDF40A" w14:textId="77777777" w:rsidR="00AE010B" w:rsidRPr="009658F0" w:rsidRDefault="00AE010B" w:rsidP="006C1960">
      <w:pPr>
        <w:spacing w:after="120" w:line="360" w:lineRule="auto"/>
        <w:rPr>
          <w:rFonts w:ascii="Times New Roman" w:hAnsi="Times New Roman" w:cs="Times New Roman"/>
          <w:sz w:val="24"/>
          <w:szCs w:val="24"/>
        </w:rPr>
      </w:pPr>
    </w:p>
    <w:p w14:paraId="52751BDA" w14:textId="77777777" w:rsidR="00AE010B" w:rsidRPr="009658F0" w:rsidRDefault="00AE010B" w:rsidP="006C1960">
      <w:pPr>
        <w:spacing w:after="120" w:line="360" w:lineRule="auto"/>
        <w:rPr>
          <w:rFonts w:ascii="Times New Roman" w:hAnsi="Times New Roman" w:cs="Times New Roman"/>
          <w:sz w:val="24"/>
          <w:szCs w:val="24"/>
        </w:rPr>
      </w:pPr>
    </w:p>
    <w:p w14:paraId="1630982F" w14:textId="77777777" w:rsidR="00AE010B" w:rsidRPr="009658F0" w:rsidRDefault="00AE010B" w:rsidP="006C1960">
      <w:pPr>
        <w:spacing w:after="120" w:line="360" w:lineRule="auto"/>
        <w:rPr>
          <w:rFonts w:ascii="Times New Roman" w:hAnsi="Times New Roman" w:cs="Times New Roman"/>
          <w:sz w:val="24"/>
          <w:szCs w:val="24"/>
        </w:rPr>
      </w:pPr>
    </w:p>
    <w:p w14:paraId="5AA58680" w14:textId="77777777" w:rsidR="00787379" w:rsidRPr="009658F0" w:rsidRDefault="00787379" w:rsidP="006C1960">
      <w:pPr>
        <w:spacing w:line="360" w:lineRule="auto"/>
        <w:rPr>
          <w:rFonts w:ascii="Times New Roman" w:hAnsi="Times New Roman" w:cs="Times New Roman"/>
          <w:sz w:val="24"/>
          <w:szCs w:val="24"/>
          <w:highlight w:val="yellow"/>
        </w:rPr>
      </w:pPr>
      <w:r w:rsidRPr="009658F0">
        <w:rPr>
          <w:rFonts w:ascii="Times New Roman" w:hAnsi="Times New Roman" w:cs="Times New Roman"/>
          <w:sz w:val="24"/>
          <w:szCs w:val="24"/>
          <w:highlight w:val="yellow"/>
        </w:rPr>
        <w:br w:type="page"/>
      </w:r>
    </w:p>
    <w:p w14:paraId="145FCB35" w14:textId="3556B689" w:rsidR="00AE010B" w:rsidRPr="009658F0" w:rsidRDefault="00AE010B" w:rsidP="006C1960">
      <w:pPr>
        <w:spacing w:after="120" w:line="360" w:lineRule="auto"/>
        <w:rPr>
          <w:rFonts w:ascii="Times New Roman" w:hAnsi="Times New Roman" w:cs="Times New Roman"/>
          <w:sz w:val="24"/>
          <w:szCs w:val="24"/>
        </w:rPr>
      </w:pPr>
      <w:commentRangeStart w:id="10"/>
      <w:r w:rsidRPr="009658F0">
        <w:rPr>
          <w:rFonts w:ascii="Times New Roman" w:hAnsi="Times New Roman" w:cs="Times New Roman"/>
          <w:sz w:val="24"/>
          <w:szCs w:val="24"/>
          <w:highlight w:val="yellow"/>
        </w:rPr>
        <w:lastRenderedPageBreak/>
        <w:t xml:space="preserve">VICTOR </w:t>
      </w:r>
      <w:commentRangeEnd w:id="10"/>
      <w:r w:rsidR="00F218D1" w:rsidRPr="009658F0">
        <w:rPr>
          <w:rStyle w:val="CommentReference"/>
          <w:rFonts w:ascii="Times New Roman" w:hAnsi="Times New Roman" w:cs="Times New Roman"/>
        </w:rPr>
        <w:commentReference w:id="10"/>
      </w:r>
      <w:r w:rsidRPr="009658F0">
        <w:rPr>
          <w:rFonts w:ascii="Times New Roman" w:hAnsi="Times New Roman" w:cs="Times New Roman"/>
          <w:sz w:val="24"/>
          <w:szCs w:val="24"/>
          <w:highlight w:val="yellow"/>
        </w:rPr>
        <w:t>PAGE 28</w:t>
      </w:r>
    </w:p>
    <w:p w14:paraId="767B1448" w14:textId="328A5A20" w:rsidR="003A0825" w:rsidRPr="009658F0" w:rsidRDefault="00AE010B"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r>
      <w:r w:rsidRPr="009658F0">
        <w:rPr>
          <w:rFonts w:ascii="Times New Roman" w:hAnsi="Times New Roman" w:cs="Times New Roman"/>
          <w:sz w:val="24"/>
          <w:szCs w:val="24"/>
          <w:u w:val="single"/>
        </w:rPr>
        <w:t>Library</w:t>
      </w:r>
      <w:r w:rsidRPr="009658F0">
        <w:rPr>
          <w:rFonts w:ascii="Times New Roman" w:hAnsi="Times New Roman" w:cs="Times New Roman"/>
          <w:sz w:val="24"/>
          <w:szCs w:val="24"/>
        </w:rPr>
        <w:br/>
      </w:r>
      <w:r w:rsidRPr="009658F0">
        <w:rPr>
          <w:rFonts w:ascii="Times New Roman" w:hAnsi="Times New Roman" w:cs="Times New Roman"/>
          <w:sz w:val="24"/>
          <w:szCs w:val="24"/>
        </w:rPr>
        <w:br/>
        <w:t xml:space="preserve">Steve </w:t>
      </w:r>
      <w:commentRangeStart w:id="11"/>
      <w:r w:rsidR="003A0825" w:rsidRPr="009658F0">
        <w:rPr>
          <w:rFonts w:ascii="Times New Roman" w:hAnsi="Times New Roman" w:cs="Times New Roman"/>
          <w:sz w:val="24"/>
          <w:szCs w:val="24"/>
        </w:rPr>
        <w:t>C</w:t>
      </w:r>
      <w:r w:rsidR="00787379" w:rsidRPr="009658F0">
        <w:rPr>
          <w:rFonts w:ascii="Times New Roman" w:hAnsi="Times New Roman" w:cs="Times New Roman"/>
          <w:sz w:val="24"/>
          <w:szCs w:val="24"/>
        </w:rPr>
        <w:t>aplan</w:t>
      </w:r>
      <w:commentRangeEnd w:id="11"/>
      <w:r w:rsidR="00F218D1" w:rsidRPr="009658F0">
        <w:rPr>
          <w:rStyle w:val="CommentReference"/>
          <w:rFonts w:ascii="Times New Roman" w:hAnsi="Times New Roman" w:cs="Times New Roman"/>
        </w:rPr>
        <w:commentReference w:id="11"/>
      </w:r>
      <w:r w:rsidRPr="009658F0">
        <w:rPr>
          <w:rFonts w:ascii="Times New Roman" w:hAnsi="Times New Roman" w:cs="Times New Roman"/>
          <w:sz w:val="24"/>
          <w:szCs w:val="24"/>
        </w:rPr>
        <w:t xml:space="preserve">: </w:t>
      </w:r>
      <w:r w:rsidRPr="009658F0">
        <w:rPr>
          <w:rFonts w:ascii="Times New Roman" w:hAnsi="Times New Roman" w:cs="Times New Roman"/>
          <w:sz w:val="24"/>
          <w:szCs w:val="24"/>
          <w:u w:val="single"/>
        </w:rPr>
        <w:t>Holy Men in Ethiopia</w:t>
      </w:r>
      <w:r w:rsidRPr="009658F0">
        <w:rPr>
          <w:rFonts w:ascii="Times New Roman" w:hAnsi="Times New Roman" w:cs="Times New Roman"/>
          <w:sz w:val="24"/>
          <w:szCs w:val="24"/>
        </w:rPr>
        <w:br/>
      </w:r>
      <w:r w:rsidR="00031404" w:rsidRPr="009658F0">
        <w:rPr>
          <w:rFonts w:ascii="Times New Roman" w:hAnsi="Times New Roman" w:cs="Times New Roman"/>
          <w:sz w:val="24"/>
          <w:szCs w:val="24"/>
        </w:rPr>
        <w:t>12</w:t>
      </w:r>
      <w:r w:rsidR="00031404" w:rsidRPr="009658F0">
        <w:rPr>
          <w:rFonts w:ascii="Times New Roman" w:hAnsi="Times New Roman" w:cs="Times New Roman"/>
          <w:sz w:val="24"/>
          <w:szCs w:val="24"/>
          <w:vertAlign w:val="superscript"/>
        </w:rPr>
        <w:t>th</w:t>
      </w:r>
      <w:r w:rsidR="00031404" w:rsidRPr="009658F0">
        <w:rPr>
          <w:rFonts w:ascii="Times New Roman" w:hAnsi="Times New Roman" w:cs="Times New Roman"/>
          <w:sz w:val="24"/>
          <w:szCs w:val="24"/>
        </w:rPr>
        <w:t xml:space="preserve"> and 14</w:t>
      </w:r>
      <w:r w:rsidR="00031404" w:rsidRPr="009658F0">
        <w:rPr>
          <w:rFonts w:ascii="Times New Roman" w:hAnsi="Times New Roman" w:cs="Times New Roman"/>
          <w:sz w:val="24"/>
          <w:szCs w:val="24"/>
          <w:vertAlign w:val="superscript"/>
        </w:rPr>
        <w:t>th</w:t>
      </w:r>
      <w:r w:rsidR="00031404" w:rsidRPr="009658F0">
        <w:rPr>
          <w:rFonts w:ascii="Times New Roman" w:hAnsi="Times New Roman" w:cs="Times New Roman"/>
          <w:sz w:val="24"/>
          <w:szCs w:val="24"/>
        </w:rPr>
        <w:t xml:space="preserve"> century</w:t>
      </w:r>
      <w:r w:rsidRPr="009658F0">
        <w:rPr>
          <w:rFonts w:ascii="Times New Roman" w:hAnsi="Times New Roman" w:cs="Times New Roman"/>
          <w:sz w:val="24"/>
          <w:szCs w:val="24"/>
        </w:rPr>
        <w:br/>
      </w:r>
      <w:r w:rsidRPr="009658F0">
        <w:rPr>
          <w:rFonts w:ascii="Times New Roman" w:hAnsi="Times New Roman" w:cs="Times New Roman"/>
          <w:sz w:val="24"/>
          <w:szCs w:val="24"/>
        </w:rPr>
        <w:br/>
        <w:t xml:space="preserve">End of </w:t>
      </w:r>
      <w:r w:rsidR="00787379" w:rsidRPr="009658F0">
        <w:rPr>
          <w:rFonts w:ascii="Times New Roman" w:hAnsi="Times New Roman" w:cs="Times New Roman"/>
          <w:sz w:val="24"/>
          <w:szCs w:val="24"/>
        </w:rPr>
        <w:t xml:space="preserve">C5th </w:t>
      </w:r>
      <w:r w:rsidRPr="009658F0">
        <w:rPr>
          <w:rFonts w:ascii="Times New Roman" w:hAnsi="Times New Roman" w:cs="Times New Roman"/>
          <w:sz w:val="24"/>
          <w:szCs w:val="24"/>
        </w:rPr>
        <w:t xml:space="preserve">2 </w:t>
      </w:r>
      <w:proofErr w:type="spellStart"/>
      <w:r w:rsidR="00787379" w:rsidRPr="009658F0">
        <w:rPr>
          <w:rFonts w:ascii="Times New Roman" w:hAnsi="Times New Roman" w:cs="Times New Roman"/>
          <w:sz w:val="24"/>
          <w:szCs w:val="24"/>
        </w:rPr>
        <w:t>grps</w:t>
      </w:r>
      <w:proofErr w:type="spellEnd"/>
      <w:r w:rsidR="00787379" w:rsidRPr="009658F0">
        <w:rPr>
          <w:rFonts w:ascii="Times New Roman" w:hAnsi="Times New Roman" w:cs="Times New Roman"/>
          <w:sz w:val="24"/>
          <w:szCs w:val="24"/>
        </w:rPr>
        <w:t xml:space="preserve"> </w:t>
      </w:r>
      <w:r w:rsidRPr="009658F0">
        <w:rPr>
          <w:rFonts w:ascii="Times New Roman" w:hAnsi="Times New Roman" w:cs="Times New Roman"/>
          <w:sz w:val="24"/>
          <w:szCs w:val="24"/>
        </w:rPr>
        <w:t>of monks</w:t>
      </w:r>
      <w:r w:rsidR="00787379" w:rsidRPr="009658F0">
        <w:rPr>
          <w:rFonts w:ascii="Times New Roman" w:hAnsi="Times New Roman" w:cs="Times New Roman"/>
          <w:sz w:val="24"/>
          <w:szCs w:val="24"/>
        </w:rPr>
        <w:t xml:space="preserve"> from Syria</w:t>
      </w:r>
      <w:r w:rsidRPr="009658F0">
        <w:rPr>
          <w:rFonts w:ascii="Times New Roman" w:hAnsi="Times New Roman" w:cs="Times New Roman"/>
          <w:sz w:val="24"/>
          <w:szCs w:val="24"/>
        </w:rPr>
        <w:br/>
      </w:r>
      <w:r w:rsidR="00787379" w:rsidRPr="009658F0">
        <w:rPr>
          <w:rFonts w:ascii="Times New Roman" w:hAnsi="Times New Roman" w:cs="Times New Roman"/>
          <w:sz w:val="24"/>
          <w:szCs w:val="24"/>
        </w:rPr>
        <w:t>End of C13th – monasteries [?]</w:t>
      </w:r>
    </w:p>
    <w:p w14:paraId="544C83C9" w14:textId="3B62B45E" w:rsidR="003A0825" w:rsidRPr="009658F0" w:rsidRDefault="003A0825"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Bec. </w:t>
      </w:r>
      <w:r w:rsidR="00AE010B" w:rsidRPr="009658F0">
        <w:rPr>
          <w:rFonts w:ascii="Times New Roman" w:hAnsi="Times New Roman" w:cs="Times New Roman"/>
          <w:sz w:val="24"/>
          <w:szCs w:val="24"/>
        </w:rPr>
        <w:t xml:space="preserve">document. Early   </w:t>
      </w:r>
    </w:p>
    <w:p w14:paraId="6329E1D6" w14:textId="2FABCEF6" w:rsidR="00787379" w:rsidRPr="009658F0" w:rsidRDefault="00AE010B"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1710-1524 </w:t>
      </w:r>
      <w:proofErr w:type="spellStart"/>
      <w:r w:rsidR="00787379" w:rsidRPr="009658F0">
        <w:rPr>
          <w:rFonts w:ascii="Times New Roman" w:hAnsi="Times New Roman" w:cs="Times New Roman"/>
          <w:sz w:val="24"/>
          <w:szCs w:val="24"/>
        </w:rPr>
        <w:t>Salomonic</w:t>
      </w:r>
      <w:proofErr w:type="spellEnd"/>
      <w:r w:rsidR="00787379" w:rsidRPr="009658F0">
        <w:rPr>
          <w:rFonts w:ascii="Times New Roman" w:hAnsi="Times New Roman" w:cs="Times New Roman"/>
          <w:sz w:val="24"/>
          <w:szCs w:val="24"/>
        </w:rPr>
        <w:t xml:space="preserve"> period</w:t>
      </w:r>
      <w:r w:rsidR="00787379" w:rsidRPr="009658F0">
        <w:rPr>
          <w:rFonts w:ascii="Times New Roman" w:hAnsi="Times New Roman" w:cs="Times New Roman"/>
          <w:sz w:val="24"/>
          <w:szCs w:val="24"/>
        </w:rPr>
        <w:br/>
      </w:r>
      <w:r w:rsidR="00787379" w:rsidRPr="009658F0" w:rsidDel="00787379">
        <w:rPr>
          <w:rFonts w:ascii="Times New Roman" w:hAnsi="Times New Roman" w:cs="Times New Roman"/>
          <w:sz w:val="24"/>
          <w:szCs w:val="24"/>
        </w:rPr>
        <w:t xml:space="preserve"> </w:t>
      </w:r>
      <w:r w:rsidRPr="009658F0">
        <w:rPr>
          <w:rFonts w:ascii="Times New Roman" w:hAnsi="Times New Roman" w:cs="Times New Roman"/>
          <w:sz w:val="24"/>
          <w:szCs w:val="24"/>
        </w:rPr>
        <w:br/>
        <w:t xml:space="preserve"> C. position of HM. </w:t>
      </w:r>
    </w:p>
    <w:p w14:paraId="37F5C73E" w14:textId="50244BA5" w:rsidR="00787379" w:rsidRPr="009658F0" w:rsidRDefault="00AE010B"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HM in own lifetime. </w:t>
      </w:r>
      <w:r w:rsidR="00787379" w:rsidRPr="009658F0">
        <w:rPr>
          <w:rFonts w:ascii="Times New Roman" w:hAnsi="Times New Roman" w:cs="Times New Roman"/>
          <w:sz w:val="24"/>
          <w:szCs w:val="24"/>
          <w:u w:val="single"/>
        </w:rPr>
        <w:t>Living</w:t>
      </w:r>
      <w:r w:rsidR="00787379" w:rsidRPr="009658F0">
        <w:rPr>
          <w:rFonts w:ascii="Times New Roman" w:hAnsi="Times New Roman" w:cs="Times New Roman"/>
          <w:sz w:val="24"/>
          <w:szCs w:val="24"/>
        </w:rPr>
        <w:t xml:space="preserve"> </w:t>
      </w:r>
      <w:r w:rsidRPr="009658F0">
        <w:rPr>
          <w:rFonts w:ascii="Times New Roman" w:hAnsi="Times New Roman" w:cs="Times New Roman"/>
          <w:sz w:val="24"/>
          <w:szCs w:val="24"/>
        </w:rPr>
        <w:t>HM. No more E</w:t>
      </w:r>
      <w:r w:rsidR="00787379" w:rsidRPr="009658F0">
        <w:rPr>
          <w:rFonts w:ascii="Times New Roman" w:hAnsi="Times New Roman" w:cs="Times New Roman"/>
          <w:sz w:val="24"/>
          <w:szCs w:val="24"/>
        </w:rPr>
        <w:t>th</w:t>
      </w:r>
      <w:r w:rsidRPr="009658F0">
        <w:rPr>
          <w:rFonts w:ascii="Times New Roman" w:hAnsi="Times New Roman" w:cs="Times New Roman"/>
          <w:sz w:val="24"/>
          <w:szCs w:val="24"/>
        </w:rPr>
        <w:t xml:space="preserve"> saints.</w:t>
      </w:r>
      <w:r w:rsidRPr="009658F0">
        <w:rPr>
          <w:rFonts w:ascii="Times New Roman" w:hAnsi="Times New Roman" w:cs="Times New Roman"/>
          <w:sz w:val="24"/>
          <w:szCs w:val="24"/>
        </w:rPr>
        <w:br/>
      </w:r>
    </w:p>
    <w:p w14:paraId="4B26CAB7" w14:textId="1B76EAE9" w:rsidR="003A0825" w:rsidRPr="009658F0" w:rsidRDefault="00AE010B"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u w:val="single"/>
        </w:rPr>
        <w:t>Symbolism</w:t>
      </w:r>
    </w:p>
    <w:p w14:paraId="172C3A46" w14:textId="7F86E4B2" w:rsidR="00787379" w:rsidRPr="009658F0" w:rsidRDefault="00AE010B"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Images as </w:t>
      </w:r>
      <w:r w:rsidR="00787379" w:rsidRPr="009658F0">
        <w:rPr>
          <w:rFonts w:ascii="Times New Roman" w:hAnsi="Times New Roman" w:cs="Times New Roman"/>
          <w:sz w:val="24"/>
          <w:szCs w:val="24"/>
        </w:rPr>
        <w:t>[illegible]</w:t>
      </w:r>
    </w:p>
    <w:p w14:paraId="349FBFB2" w14:textId="1051BB5A" w:rsidR="00031404" w:rsidRPr="009658F0" w:rsidRDefault="00787379"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Voluntary. Has </w:t>
      </w:r>
      <w:r w:rsidR="00031404" w:rsidRPr="009658F0">
        <w:rPr>
          <w:rFonts w:ascii="Times New Roman" w:hAnsi="Times New Roman" w:cs="Times New Roman"/>
          <w:sz w:val="24"/>
          <w:szCs w:val="24"/>
        </w:rPr>
        <w:t>reform as new social being.</w:t>
      </w:r>
      <w:r w:rsidR="00AE010B" w:rsidRPr="009658F0">
        <w:rPr>
          <w:rFonts w:ascii="Times New Roman" w:hAnsi="Times New Roman" w:cs="Times New Roman"/>
          <w:sz w:val="24"/>
          <w:szCs w:val="24"/>
        </w:rPr>
        <w:br/>
      </w:r>
      <w:r w:rsidR="00031404" w:rsidRPr="009658F0">
        <w:rPr>
          <w:rFonts w:ascii="Times New Roman" w:hAnsi="Times New Roman" w:cs="Times New Roman"/>
          <w:sz w:val="24"/>
          <w:szCs w:val="24"/>
        </w:rPr>
        <w:t>Process [illegible] an Outside</w:t>
      </w:r>
      <w:r w:rsidR="00AE010B" w:rsidRPr="009658F0">
        <w:rPr>
          <w:rFonts w:ascii="Times New Roman" w:hAnsi="Times New Roman" w:cs="Times New Roman"/>
          <w:sz w:val="24"/>
          <w:szCs w:val="24"/>
        </w:rPr>
        <w:br/>
      </w:r>
      <w:r w:rsidR="00031404" w:rsidRPr="009658F0">
        <w:rPr>
          <w:rFonts w:ascii="Times New Roman" w:hAnsi="Times New Roman" w:cs="Times New Roman"/>
          <w:sz w:val="24"/>
          <w:szCs w:val="24"/>
        </w:rPr>
        <w:t>[Illegible]</w:t>
      </w:r>
      <w:r w:rsidR="00AE010B" w:rsidRPr="009658F0">
        <w:rPr>
          <w:rFonts w:ascii="Times New Roman" w:hAnsi="Times New Roman" w:cs="Times New Roman"/>
          <w:sz w:val="24"/>
          <w:szCs w:val="24"/>
        </w:rPr>
        <w:t xml:space="preserve"> Ethiopia. </w:t>
      </w:r>
    </w:p>
    <w:p w14:paraId="16EDA5F0" w14:textId="77777777" w:rsidR="00031404" w:rsidRPr="009658F0" w:rsidRDefault="00AE010B"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Christ</w:t>
      </w:r>
      <w:r w:rsidR="00031404" w:rsidRPr="009658F0">
        <w:rPr>
          <w:rFonts w:ascii="Times New Roman" w:hAnsi="Times New Roman" w:cs="Times New Roman"/>
          <w:sz w:val="24"/>
          <w:szCs w:val="24"/>
        </w:rPr>
        <w:t xml:space="preserve">ian expansion across </w:t>
      </w:r>
    </w:p>
    <w:p w14:paraId="6ED308CB" w14:textId="63C9C572" w:rsidR="00031404" w:rsidRPr="009658F0" w:rsidRDefault="0003140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Ethiopian </w:t>
      </w:r>
      <w:r w:rsidR="00AE010B" w:rsidRPr="009658F0">
        <w:rPr>
          <w:rFonts w:ascii="Times New Roman" w:hAnsi="Times New Roman" w:cs="Times New Roman"/>
          <w:sz w:val="24"/>
          <w:szCs w:val="24"/>
        </w:rPr>
        <w:t>Highlands</w:t>
      </w:r>
      <w:r w:rsidR="00AE010B" w:rsidRPr="009658F0">
        <w:rPr>
          <w:rFonts w:ascii="Times New Roman" w:hAnsi="Times New Roman" w:cs="Times New Roman"/>
          <w:sz w:val="24"/>
          <w:szCs w:val="24"/>
        </w:rPr>
        <w:br/>
        <w:t xml:space="preserve">Dramatic </w:t>
      </w:r>
      <w:r w:rsidRPr="009658F0">
        <w:rPr>
          <w:rFonts w:ascii="Times New Roman" w:hAnsi="Times New Roman" w:cs="Times New Roman"/>
          <w:sz w:val="24"/>
          <w:szCs w:val="24"/>
        </w:rPr>
        <w:t xml:space="preserve">increase </w:t>
      </w:r>
      <w:r w:rsidR="00AE010B" w:rsidRPr="009658F0">
        <w:rPr>
          <w:rFonts w:ascii="Times New Roman" w:hAnsi="Times New Roman" w:cs="Times New Roman"/>
          <w:sz w:val="24"/>
          <w:szCs w:val="24"/>
        </w:rPr>
        <w:t>in monk</w:t>
      </w:r>
      <w:r w:rsidRPr="009658F0">
        <w:rPr>
          <w:rFonts w:ascii="Times New Roman" w:hAnsi="Times New Roman" w:cs="Times New Roman"/>
          <w:sz w:val="24"/>
          <w:szCs w:val="24"/>
        </w:rPr>
        <w:t>s</w:t>
      </w:r>
      <w:r w:rsidR="00AE010B" w:rsidRPr="009658F0">
        <w:rPr>
          <w:rFonts w:ascii="Times New Roman" w:hAnsi="Times New Roman" w:cs="Times New Roman"/>
          <w:sz w:val="24"/>
          <w:szCs w:val="24"/>
        </w:rPr>
        <w:br/>
      </w:r>
      <w:r w:rsidRPr="009658F0">
        <w:rPr>
          <w:rFonts w:ascii="Times New Roman" w:hAnsi="Times New Roman" w:cs="Times New Roman"/>
          <w:sz w:val="24"/>
          <w:szCs w:val="24"/>
        </w:rPr>
        <w:t xml:space="preserve">in early </w:t>
      </w:r>
      <w:r w:rsidR="00AE010B" w:rsidRPr="009658F0">
        <w:rPr>
          <w:rFonts w:ascii="Times New Roman" w:hAnsi="Times New Roman" w:cs="Times New Roman"/>
          <w:sz w:val="24"/>
          <w:szCs w:val="24"/>
        </w:rPr>
        <w:t>Sol. Period</w:t>
      </w:r>
      <w:r w:rsidR="00AE010B" w:rsidRPr="009658F0">
        <w:rPr>
          <w:rFonts w:ascii="Times New Roman" w:hAnsi="Times New Roman" w:cs="Times New Roman"/>
          <w:sz w:val="24"/>
          <w:szCs w:val="24"/>
        </w:rPr>
        <w:br/>
      </w:r>
    </w:p>
    <w:p w14:paraId="2A893640" w14:textId="7692FDEB" w:rsidR="00031404" w:rsidRPr="009658F0" w:rsidRDefault="00AE010B"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Anti-monarchical activity</w:t>
      </w:r>
      <w:r w:rsidRPr="009658F0">
        <w:rPr>
          <w:rFonts w:ascii="Times New Roman" w:hAnsi="Times New Roman" w:cs="Times New Roman"/>
          <w:sz w:val="24"/>
          <w:szCs w:val="24"/>
        </w:rPr>
        <w:br/>
        <w:t xml:space="preserve">Showa </w:t>
      </w:r>
      <w:r w:rsidR="00031404" w:rsidRPr="009658F0">
        <w:rPr>
          <w:rFonts w:ascii="Times New Roman" w:hAnsi="Times New Roman" w:cs="Times New Roman"/>
          <w:sz w:val="24"/>
          <w:szCs w:val="24"/>
        </w:rPr>
        <w:t>[illegible]</w:t>
      </w:r>
      <w:r w:rsidRPr="009658F0">
        <w:rPr>
          <w:rFonts w:ascii="Times New Roman" w:hAnsi="Times New Roman" w:cs="Times New Roman"/>
          <w:sz w:val="24"/>
          <w:szCs w:val="24"/>
        </w:rPr>
        <w:br/>
        <w:t xml:space="preserve">Amhara. In South. </w:t>
      </w:r>
    </w:p>
    <w:p w14:paraId="07C5E9E8" w14:textId="0F2EAD0B" w:rsidR="00AE010B" w:rsidRPr="009658F0" w:rsidRDefault="003A0825"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lastRenderedPageBreak/>
        <w:t>Floating (?)</w:t>
      </w:r>
      <w:r w:rsidR="00031404" w:rsidRPr="009658F0">
        <w:rPr>
          <w:rFonts w:ascii="Times New Roman" w:hAnsi="Times New Roman" w:cs="Times New Roman"/>
          <w:sz w:val="24"/>
          <w:szCs w:val="24"/>
        </w:rPr>
        <w:t xml:space="preserve"> </w:t>
      </w:r>
      <w:r w:rsidR="00AE010B" w:rsidRPr="009658F0">
        <w:rPr>
          <w:rFonts w:ascii="Times New Roman" w:hAnsi="Times New Roman" w:cs="Times New Roman"/>
          <w:sz w:val="24"/>
          <w:szCs w:val="24"/>
        </w:rPr>
        <w:t>royal power.</w:t>
      </w:r>
      <w:r w:rsidR="00AE010B" w:rsidRPr="009658F0">
        <w:rPr>
          <w:rFonts w:ascii="Times New Roman" w:hAnsi="Times New Roman" w:cs="Times New Roman"/>
          <w:sz w:val="24"/>
          <w:szCs w:val="24"/>
        </w:rPr>
        <w:br/>
      </w:r>
      <w:r w:rsidR="00031404" w:rsidRPr="009658F0">
        <w:rPr>
          <w:rFonts w:ascii="Times New Roman" w:hAnsi="Times New Roman" w:cs="Times New Roman"/>
          <w:sz w:val="24"/>
          <w:szCs w:val="24"/>
        </w:rPr>
        <w:t>2</w:t>
      </w:r>
      <w:r w:rsidR="00031404" w:rsidRPr="009658F0">
        <w:rPr>
          <w:rFonts w:ascii="Times New Roman" w:hAnsi="Times New Roman" w:cs="Times New Roman"/>
          <w:sz w:val="24"/>
          <w:szCs w:val="24"/>
          <w:vertAlign w:val="superscript"/>
        </w:rPr>
        <w:t>nd</w:t>
      </w:r>
      <w:r w:rsidR="00031404" w:rsidRPr="009658F0">
        <w:rPr>
          <w:rFonts w:ascii="Times New Roman" w:hAnsi="Times New Roman" w:cs="Times New Roman"/>
          <w:sz w:val="24"/>
          <w:szCs w:val="24"/>
        </w:rPr>
        <w:t xml:space="preserve"> [illegible]</w:t>
      </w:r>
      <w:r w:rsidR="00AE010B" w:rsidRPr="009658F0">
        <w:rPr>
          <w:rFonts w:ascii="Times New Roman" w:hAnsi="Times New Roman" w:cs="Times New Roman"/>
          <w:sz w:val="24"/>
          <w:szCs w:val="24"/>
        </w:rPr>
        <w:br/>
      </w:r>
      <w:r w:rsidR="00031404" w:rsidRPr="009658F0">
        <w:rPr>
          <w:rFonts w:ascii="Times New Roman" w:hAnsi="Times New Roman" w:cs="Times New Roman"/>
          <w:sz w:val="24"/>
          <w:szCs w:val="24"/>
        </w:rPr>
        <w:t xml:space="preserve">In </w:t>
      </w:r>
      <w:proofErr w:type="spellStart"/>
      <w:r w:rsidR="00AE010B" w:rsidRPr="009658F0">
        <w:rPr>
          <w:rFonts w:ascii="Times New Roman" w:hAnsi="Times New Roman" w:cs="Times New Roman"/>
          <w:sz w:val="24"/>
          <w:szCs w:val="24"/>
        </w:rPr>
        <w:t>Tigré</w:t>
      </w:r>
      <w:proofErr w:type="spellEnd"/>
      <w:r w:rsidR="00AE010B" w:rsidRPr="009658F0">
        <w:rPr>
          <w:rFonts w:ascii="Times New Roman" w:hAnsi="Times New Roman" w:cs="Times New Roman"/>
          <w:sz w:val="24"/>
          <w:szCs w:val="24"/>
        </w:rPr>
        <w:t>: C</w:t>
      </w:r>
      <w:r w:rsidR="00031404" w:rsidRPr="009658F0">
        <w:rPr>
          <w:rFonts w:ascii="Times New Roman" w:hAnsi="Times New Roman" w:cs="Times New Roman"/>
          <w:sz w:val="24"/>
          <w:szCs w:val="24"/>
        </w:rPr>
        <w:t xml:space="preserve">hampioned old </w:t>
      </w:r>
      <w:r w:rsidR="00AE010B" w:rsidRPr="009658F0">
        <w:rPr>
          <w:rFonts w:ascii="Times New Roman" w:hAnsi="Times New Roman" w:cs="Times New Roman"/>
          <w:sz w:val="24"/>
          <w:szCs w:val="24"/>
        </w:rPr>
        <w:t>practices – Saturday Sabbath</w:t>
      </w:r>
    </w:p>
    <w:p w14:paraId="140E0093" w14:textId="77777777" w:rsidR="00AE010B" w:rsidRPr="009658F0" w:rsidRDefault="00AE010B" w:rsidP="006C1960">
      <w:pPr>
        <w:spacing w:after="120" w:line="360" w:lineRule="auto"/>
        <w:rPr>
          <w:rFonts w:ascii="Times New Roman" w:hAnsi="Times New Roman" w:cs="Times New Roman"/>
          <w:sz w:val="24"/>
          <w:szCs w:val="24"/>
        </w:rPr>
      </w:pPr>
    </w:p>
    <w:p w14:paraId="370691A4" w14:textId="77777777" w:rsidR="00AE010B" w:rsidRPr="009658F0" w:rsidRDefault="00AE010B" w:rsidP="006C1960">
      <w:pPr>
        <w:spacing w:after="120" w:line="360" w:lineRule="auto"/>
        <w:rPr>
          <w:rFonts w:ascii="Times New Roman" w:hAnsi="Times New Roman" w:cs="Times New Roman"/>
          <w:sz w:val="24"/>
          <w:szCs w:val="24"/>
        </w:rPr>
      </w:pPr>
    </w:p>
    <w:p w14:paraId="3E07BB5C" w14:textId="77777777" w:rsidR="00AE010B" w:rsidRPr="009658F0" w:rsidRDefault="00AE010B" w:rsidP="006C1960">
      <w:pPr>
        <w:spacing w:after="120" w:line="360" w:lineRule="auto"/>
        <w:rPr>
          <w:rFonts w:ascii="Times New Roman" w:hAnsi="Times New Roman" w:cs="Times New Roman"/>
          <w:sz w:val="24"/>
          <w:szCs w:val="24"/>
        </w:rPr>
      </w:pPr>
    </w:p>
    <w:p w14:paraId="555EEE4A" w14:textId="77777777" w:rsidR="00AE010B" w:rsidRPr="009658F0" w:rsidRDefault="00AE010B" w:rsidP="006C1960">
      <w:pPr>
        <w:spacing w:after="120" w:line="360" w:lineRule="auto"/>
        <w:rPr>
          <w:rFonts w:ascii="Times New Roman" w:hAnsi="Times New Roman" w:cs="Times New Roman"/>
          <w:sz w:val="24"/>
          <w:szCs w:val="24"/>
        </w:rPr>
      </w:pPr>
    </w:p>
    <w:p w14:paraId="2EF061EF" w14:textId="77777777" w:rsidR="00AE010B" w:rsidRPr="009658F0" w:rsidRDefault="00AE010B" w:rsidP="006C1960">
      <w:pPr>
        <w:spacing w:after="120" w:line="360" w:lineRule="auto"/>
        <w:rPr>
          <w:rFonts w:ascii="Times New Roman" w:hAnsi="Times New Roman" w:cs="Times New Roman"/>
          <w:sz w:val="24"/>
          <w:szCs w:val="24"/>
        </w:rPr>
      </w:pPr>
    </w:p>
    <w:p w14:paraId="6394D705" w14:textId="77777777" w:rsidR="00AE010B" w:rsidRPr="009658F0" w:rsidRDefault="00AE010B" w:rsidP="006C1960">
      <w:pPr>
        <w:spacing w:after="120" w:line="360" w:lineRule="auto"/>
        <w:rPr>
          <w:rFonts w:ascii="Times New Roman" w:hAnsi="Times New Roman" w:cs="Times New Roman"/>
          <w:sz w:val="24"/>
          <w:szCs w:val="24"/>
        </w:rPr>
      </w:pPr>
    </w:p>
    <w:p w14:paraId="6FBA9ED2" w14:textId="77777777" w:rsidR="00AE010B" w:rsidRPr="009658F0" w:rsidRDefault="00AE010B" w:rsidP="006C1960">
      <w:pPr>
        <w:spacing w:after="120" w:line="360" w:lineRule="auto"/>
        <w:rPr>
          <w:rFonts w:ascii="Times New Roman" w:hAnsi="Times New Roman" w:cs="Times New Roman"/>
          <w:sz w:val="24"/>
          <w:szCs w:val="24"/>
        </w:rPr>
      </w:pPr>
    </w:p>
    <w:p w14:paraId="74EA6909" w14:textId="77777777" w:rsidR="00AE010B" w:rsidRPr="009658F0" w:rsidRDefault="00AE010B" w:rsidP="006C1960">
      <w:pPr>
        <w:spacing w:after="120" w:line="360" w:lineRule="auto"/>
        <w:rPr>
          <w:rFonts w:ascii="Times New Roman" w:hAnsi="Times New Roman" w:cs="Times New Roman"/>
          <w:sz w:val="24"/>
          <w:szCs w:val="24"/>
        </w:rPr>
      </w:pPr>
    </w:p>
    <w:p w14:paraId="4375D5C5" w14:textId="77777777" w:rsidR="00AE010B" w:rsidRPr="009658F0" w:rsidRDefault="00AE010B" w:rsidP="006C1960">
      <w:pPr>
        <w:spacing w:after="120" w:line="360" w:lineRule="auto"/>
        <w:rPr>
          <w:rFonts w:ascii="Times New Roman" w:hAnsi="Times New Roman" w:cs="Times New Roman"/>
          <w:sz w:val="24"/>
          <w:szCs w:val="24"/>
        </w:rPr>
      </w:pPr>
    </w:p>
    <w:p w14:paraId="37DC637A" w14:textId="77777777" w:rsidR="004E7AF6" w:rsidRPr="009658F0" w:rsidRDefault="00AE010B" w:rsidP="006C1960">
      <w:pPr>
        <w:spacing w:after="120" w:line="360" w:lineRule="auto"/>
        <w:rPr>
          <w:rFonts w:ascii="Times New Roman" w:hAnsi="Times New Roman" w:cs="Times New Roman"/>
          <w:sz w:val="24"/>
          <w:szCs w:val="24"/>
          <w:highlight w:val="yellow"/>
        </w:rPr>
      </w:pPr>
      <w:r w:rsidRPr="009658F0">
        <w:rPr>
          <w:rFonts w:ascii="Times New Roman" w:hAnsi="Times New Roman" w:cs="Times New Roman"/>
          <w:sz w:val="24"/>
          <w:szCs w:val="24"/>
        </w:rPr>
        <w:br/>
      </w:r>
    </w:p>
    <w:p w14:paraId="7FE8AA15" w14:textId="77777777" w:rsidR="004E7AF6" w:rsidRPr="009658F0" w:rsidRDefault="004E7AF6" w:rsidP="006C1960">
      <w:pPr>
        <w:spacing w:line="360" w:lineRule="auto"/>
        <w:rPr>
          <w:rFonts w:ascii="Times New Roman" w:hAnsi="Times New Roman" w:cs="Times New Roman"/>
          <w:sz w:val="24"/>
          <w:szCs w:val="24"/>
          <w:highlight w:val="yellow"/>
        </w:rPr>
      </w:pPr>
      <w:r w:rsidRPr="009658F0">
        <w:rPr>
          <w:rFonts w:ascii="Times New Roman" w:hAnsi="Times New Roman" w:cs="Times New Roman"/>
          <w:sz w:val="24"/>
          <w:szCs w:val="24"/>
          <w:highlight w:val="yellow"/>
        </w:rPr>
        <w:br w:type="page"/>
      </w:r>
    </w:p>
    <w:p w14:paraId="247FC608" w14:textId="1CE1077B" w:rsidR="00AE010B" w:rsidRPr="002E78A9" w:rsidRDefault="00AE010B" w:rsidP="00862843">
      <w:pPr>
        <w:pStyle w:val="Heading1"/>
        <w:rPr>
          <w:rFonts w:ascii="Times New Roman" w:hAnsi="Times New Roman" w:cs="Times New Roman"/>
          <w:b w:val="0"/>
          <w:bCs w:val="0"/>
          <w:color w:val="auto"/>
        </w:rPr>
      </w:pPr>
      <w:r w:rsidRPr="002E78A9">
        <w:rPr>
          <w:rFonts w:ascii="Times New Roman" w:hAnsi="Times New Roman" w:cs="Times New Roman"/>
          <w:b w:val="0"/>
          <w:bCs w:val="0"/>
          <w:color w:val="auto"/>
          <w:highlight w:val="yellow"/>
        </w:rPr>
        <w:lastRenderedPageBreak/>
        <w:t>VICTOR PAGE 29</w:t>
      </w:r>
    </w:p>
    <w:p w14:paraId="1F163455" w14:textId="04B38017" w:rsidR="00BD4BBF" w:rsidRPr="009658F0" w:rsidRDefault="00AE010B" w:rsidP="006C1960">
      <w:pPr>
        <w:spacing w:after="0" w:line="360" w:lineRule="auto"/>
        <w:rPr>
          <w:rFonts w:ascii="Times New Roman" w:hAnsi="Times New Roman" w:cs="Times New Roman"/>
          <w:sz w:val="24"/>
          <w:szCs w:val="24"/>
        </w:rPr>
      </w:pPr>
      <w:r w:rsidRPr="009658F0">
        <w:rPr>
          <w:rFonts w:ascii="Times New Roman" w:hAnsi="Times New Roman" w:cs="Times New Roman"/>
          <w:sz w:val="24"/>
          <w:szCs w:val="24"/>
        </w:rPr>
        <w:br/>
        <w:t xml:space="preserve">Eth. Jews adopted monasticism. </w:t>
      </w:r>
    </w:p>
    <w:p w14:paraId="0889F1AF" w14:textId="662273AC" w:rsidR="004E7AF6" w:rsidRPr="009658F0" w:rsidRDefault="00AE010B" w:rsidP="006C1960">
      <w:pPr>
        <w:spacing w:after="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Adaptation of </w:t>
      </w:r>
      <w:proofErr w:type="spellStart"/>
      <w:r w:rsidR="004E7AF6" w:rsidRPr="009658F0">
        <w:rPr>
          <w:rFonts w:ascii="Times New Roman" w:hAnsi="Times New Roman" w:cs="Times New Roman"/>
          <w:sz w:val="24"/>
          <w:szCs w:val="24"/>
        </w:rPr>
        <w:t>Xtian</w:t>
      </w:r>
      <w:proofErr w:type="spellEnd"/>
      <w:r w:rsidR="004E7AF6" w:rsidRPr="009658F0">
        <w:rPr>
          <w:rFonts w:ascii="Times New Roman" w:hAnsi="Times New Roman" w:cs="Times New Roman"/>
          <w:sz w:val="24"/>
          <w:szCs w:val="24"/>
        </w:rPr>
        <w:t xml:space="preserve"> </w:t>
      </w:r>
      <w:r w:rsidRPr="009658F0">
        <w:rPr>
          <w:rFonts w:ascii="Times New Roman" w:hAnsi="Times New Roman" w:cs="Times New Roman"/>
          <w:sz w:val="24"/>
          <w:szCs w:val="24"/>
        </w:rPr>
        <w:t>rel. texts by Falasha.</w:t>
      </w:r>
      <w:r w:rsidRPr="009658F0">
        <w:rPr>
          <w:rFonts w:ascii="Times New Roman" w:hAnsi="Times New Roman" w:cs="Times New Roman"/>
          <w:sz w:val="24"/>
          <w:szCs w:val="24"/>
        </w:rPr>
        <w:br/>
      </w:r>
      <w:r w:rsidR="004E7AF6" w:rsidRPr="009658F0">
        <w:rPr>
          <w:rFonts w:ascii="Times New Roman" w:hAnsi="Times New Roman" w:cs="Times New Roman"/>
          <w:sz w:val="24"/>
          <w:szCs w:val="24"/>
        </w:rPr>
        <w:t xml:space="preserve">At </w:t>
      </w:r>
      <w:r w:rsidRPr="009658F0">
        <w:rPr>
          <w:rFonts w:ascii="Times New Roman" w:hAnsi="Times New Roman" w:cs="Times New Roman"/>
          <w:sz w:val="24"/>
          <w:szCs w:val="24"/>
        </w:rPr>
        <w:t>end of period Stephan</w:t>
      </w:r>
      <w:r w:rsidR="004E7AF6" w:rsidRPr="009658F0">
        <w:rPr>
          <w:rFonts w:ascii="Times New Roman" w:hAnsi="Times New Roman" w:cs="Times New Roman"/>
          <w:sz w:val="24"/>
          <w:szCs w:val="24"/>
        </w:rPr>
        <w:t>ite</w:t>
      </w:r>
      <w:r w:rsidR="00BD4BBF" w:rsidRPr="009658F0">
        <w:rPr>
          <w:rFonts w:ascii="Times New Roman" w:hAnsi="Times New Roman" w:cs="Times New Roman"/>
          <w:sz w:val="24"/>
          <w:szCs w:val="24"/>
        </w:rPr>
        <w:t xml:space="preserve"> mort</w:t>
      </w:r>
      <w:r w:rsidR="004E7AF6" w:rsidRPr="009658F0">
        <w:rPr>
          <w:rFonts w:ascii="Times New Roman" w:hAnsi="Times New Roman" w:cs="Times New Roman"/>
          <w:sz w:val="24"/>
          <w:szCs w:val="24"/>
        </w:rPr>
        <w:t xml:space="preserve">  </w:t>
      </w:r>
      <w:r w:rsidRPr="009658F0">
        <w:rPr>
          <w:rFonts w:ascii="Times New Roman" w:hAnsi="Times New Roman" w:cs="Times New Roman"/>
          <w:sz w:val="24"/>
          <w:szCs w:val="24"/>
        </w:rPr>
        <w:t xml:space="preserve">Abba Stephanos </w:t>
      </w:r>
      <w:r w:rsidR="00BD4BBF" w:rsidRPr="009658F0">
        <w:rPr>
          <w:rFonts w:ascii="Times New Roman" w:hAnsi="Times New Roman" w:cs="Times New Roman"/>
          <w:sz w:val="24"/>
          <w:szCs w:val="24"/>
        </w:rPr>
        <w:t>–</w:t>
      </w:r>
      <w:r w:rsidRPr="009658F0">
        <w:rPr>
          <w:rFonts w:ascii="Times New Roman" w:hAnsi="Times New Roman" w:cs="Times New Roman"/>
          <w:sz w:val="24"/>
          <w:szCs w:val="24"/>
        </w:rPr>
        <w:t xml:space="preserve"> </w:t>
      </w:r>
      <w:r w:rsidR="004E7AF6" w:rsidRPr="009658F0">
        <w:rPr>
          <w:rFonts w:ascii="Times New Roman" w:hAnsi="Times New Roman" w:cs="Times New Roman"/>
          <w:sz w:val="24"/>
          <w:szCs w:val="24"/>
        </w:rPr>
        <w:t>re</w:t>
      </w:r>
      <w:r w:rsidR="00BD4BBF" w:rsidRPr="009658F0">
        <w:rPr>
          <w:rFonts w:ascii="Times New Roman" w:hAnsi="Times New Roman" w:cs="Times New Roman"/>
          <w:sz w:val="24"/>
          <w:szCs w:val="24"/>
        </w:rPr>
        <w:t>fused to bow to Mary or cross</w:t>
      </w:r>
    </w:p>
    <w:p w14:paraId="1D539A10" w14:textId="4D56FE81" w:rsidR="00D719E5" w:rsidRPr="009658F0" w:rsidRDefault="00AE010B" w:rsidP="006C1960">
      <w:pPr>
        <w:spacing w:after="0" w:line="360" w:lineRule="auto"/>
        <w:rPr>
          <w:rFonts w:ascii="Times New Roman" w:hAnsi="Times New Roman" w:cs="Times New Roman"/>
          <w:sz w:val="24"/>
          <w:szCs w:val="24"/>
        </w:rPr>
      </w:pPr>
      <w:r w:rsidRPr="009658F0">
        <w:rPr>
          <w:rFonts w:ascii="Times New Roman" w:hAnsi="Times New Roman" w:cs="Times New Roman"/>
          <w:sz w:val="24"/>
          <w:szCs w:val="24"/>
        </w:rPr>
        <w:t>1</w:t>
      </w:r>
      <w:r w:rsidR="004E7AF6" w:rsidRPr="009658F0">
        <w:rPr>
          <w:rFonts w:ascii="Times New Roman" w:hAnsi="Times New Roman" w:cs="Times New Roman"/>
          <w:sz w:val="24"/>
          <w:szCs w:val="24"/>
        </w:rPr>
        <w:t>3</w:t>
      </w:r>
      <w:r w:rsidR="004E7AF6" w:rsidRPr="009658F0">
        <w:rPr>
          <w:rFonts w:ascii="Times New Roman" w:hAnsi="Times New Roman" w:cs="Times New Roman"/>
          <w:sz w:val="24"/>
          <w:szCs w:val="24"/>
          <w:vertAlign w:val="superscript"/>
        </w:rPr>
        <w:t>th</w:t>
      </w:r>
      <w:r w:rsidR="004E7AF6" w:rsidRPr="009658F0">
        <w:rPr>
          <w:rFonts w:ascii="Times New Roman" w:hAnsi="Times New Roman" w:cs="Times New Roman"/>
          <w:sz w:val="24"/>
          <w:szCs w:val="24"/>
        </w:rPr>
        <w:t>/14</w:t>
      </w:r>
      <w:r w:rsidR="004E7AF6" w:rsidRPr="009658F0">
        <w:rPr>
          <w:rFonts w:ascii="Times New Roman" w:hAnsi="Times New Roman" w:cs="Times New Roman"/>
          <w:sz w:val="24"/>
          <w:szCs w:val="24"/>
          <w:vertAlign w:val="superscript"/>
        </w:rPr>
        <w:t>th</w:t>
      </w:r>
      <w:r w:rsidR="004E7AF6" w:rsidRPr="009658F0">
        <w:rPr>
          <w:rFonts w:ascii="Times New Roman" w:hAnsi="Times New Roman" w:cs="Times New Roman"/>
          <w:sz w:val="24"/>
          <w:szCs w:val="24"/>
        </w:rPr>
        <w:t xml:space="preserve"> C</w:t>
      </w:r>
      <w:r w:rsidRPr="009658F0">
        <w:rPr>
          <w:rFonts w:ascii="Times New Roman" w:hAnsi="Times New Roman" w:cs="Times New Roman"/>
          <w:sz w:val="24"/>
          <w:szCs w:val="24"/>
        </w:rPr>
        <w:t xml:space="preserve"> </w:t>
      </w:r>
      <w:r w:rsidR="004E7AF6" w:rsidRPr="009658F0">
        <w:rPr>
          <w:rFonts w:ascii="Times New Roman" w:hAnsi="Times New Roman" w:cs="Times New Roman"/>
          <w:sz w:val="24"/>
          <w:szCs w:val="24"/>
        </w:rPr>
        <w:t xml:space="preserve">m-m for monks. M – leaders like </w:t>
      </w:r>
      <w:r w:rsidRPr="009658F0">
        <w:rPr>
          <w:rFonts w:ascii="Times New Roman" w:hAnsi="Times New Roman" w:cs="Times New Roman"/>
          <w:sz w:val="24"/>
          <w:szCs w:val="24"/>
        </w:rPr>
        <w:t>chief or noble</w:t>
      </w:r>
      <w:r w:rsidR="00D719E5" w:rsidRPr="009658F0">
        <w:rPr>
          <w:rFonts w:ascii="Times New Roman" w:hAnsi="Times New Roman" w:cs="Times New Roman"/>
          <w:sz w:val="24"/>
          <w:szCs w:val="24"/>
        </w:rPr>
        <w:t>s.</w:t>
      </w:r>
      <w:r w:rsidR="004E7AF6" w:rsidRPr="009658F0">
        <w:rPr>
          <w:rFonts w:ascii="Times New Roman" w:hAnsi="Times New Roman" w:cs="Times New Roman"/>
          <w:sz w:val="24"/>
          <w:szCs w:val="24"/>
        </w:rPr>
        <w:t xml:space="preserve"> [illegible] for those </w:t>
      </w:r>
      <w:r w:rsidRPr="009658F0">
        <w:rPr>
          <w:rFonts w:ascii="Times New Roman" w:hAnsi="Times New Roman" w:cs="Times New Roman"/>
          <w:sz w:val="24"/>
          <w:szCs w:val="24"/>
        </w:rPr>
        <w:br/>
      </w:r>
      <w:r w:rsidR="004E7AF6" w:rsidRPr="009658F0">
        <w:rPr>
          <w:rFonts w:ascii="Times New Roman" w:hAnsi="Times New Roman" w:cs="Times New Roman"/>
          <w:sz w:val="24"/>
          <w:szCs w:val="24"/>
        </w:rPr>
        <w:t>C</w:t>
      </w:r>
      <w:r w:rsidRPr="009658F0">
        <w:rPr>
          <w:rFonts w:ascii="Times New Roman" w:hAnsi="Times New Roman" w:cs="Times New Roman"/>
          <w:sz w:val="24"/>
          <w:szCs w:val="24"/>
        </w:rPr>
        <w:t xml:space="preserve">14th &amp; </w:t>
      </w:r>
      <w:r w:rsidR="004E7AF6" w:rsidRPr="009658F0">
        <w:rPr>
          <w:rFonts w:ascii="Times New Roman" w:hAnsi="Times New Roman" w:cs="Times New Roman"/>
          <w:sz w:val="24"/>
          <w:szCs w:val="24"/>
        </w:rPr>
        <w:t>C</w:t>
      </w:r>
      <w:r w:rsidRPr="009658F0">
        <w:rPr>
          <w:rFonts w:ascii="Times New Roman" w:hAnsi="Times New Roman" w:cs="Times New Roman"/>
          <w:sz w:val="24"/>
          <w:szCs w:val="24"/>
        </w:rPr>
        <w:t xml:space="preserve">15th - major </w:t>
      </w:r>
      <w:r w:rsidR="004E7AF6" w:rsidRPr="009658F0">
        <w:rPr>
          <w:rFonts w:ascii="Times New Roman" w:hAnsi="Times New Roman" w:cs="Times New Roman"/>
          <w:sz w:val="24"/>
          <w:szCs w:val="24"/>
        </w:rPr>
        <w:t>landowners</w:t>
      </w:r>
      <w:r w:rsidRPr="009658F0">
        <w:rPr>
          <w:rFonts w:ascii="Times New Roman" w:hAnsi="Times New Roman" w:cs="Times New Roman"/>
          <w:sz w:val="24"/>
          <w:szCs w:val="24"/>
        </w:rPr>
        <w:t xml:space="preserve">. </w:t>
      </w:r>
    </w:p>
    <w:p w14:paraId="3D6734A1" w14:textId="77777777" w:rsidR="00D719E5" w:rsidRPr="009658F0" w:rsidRDefault="00AE010B" w:rsidP="006C1960">
      <w:pPr>
        <w:spacing w:after="0" w:line="360" w:lineRule="auto"/>
        <w:rPr>
          <w:rFonts w:ascii="Times New Roman" w:hAnsi="Times New Roman" w:cs="Times New Roman"/>
          <w:sz w:val="24"/>
          <w:szCs w:val="24"/>
        </w:rPr>
      </w:pPr>
      <w:r w:rsidRPr="009658F0">
        <w:rPr>
          <w:rFonts w:ascii="Times New Roman" w:hAnsi="Times New Roman" w:cs="Times New Roman"/>
          <w:sz w:val="24"/>
          <w:szCs w:val="24"/>
        </w:rPr>
        <w:t>M. leaders active in politics</w:t>
      </w:r>
      <w:r w:rsidR="00D719E5" w:rsidRPr="009658F0">
        <w:rPr>
          <w:rFonts w:ascii="Times New Roman" w:hAnsi="Times New Roman" w:cs="Times New Roman"/>
          <w:sz w:val="24"/>
          <w:szCs w:val="24"/>
        </w:rPr>
        <w:t>.</w:t>
      </w:r>
    </w:p>
    <w:p w14:paraId="268A061F" w14:textId="046E9A60" w:rsidR="00D719E5" w:rsidRPr="009658F0" w:rsidRDefault="00D719E5" w:rsidP="006C1960">
      <w:pPr>
        <w:spacing w:after="0" w:line="360" w:lineRule="auto"/>
        <w:rPr>
          <w:rFonts w:ascii="Times New Roman" w:hAnsi="Times New Roman" w:cs="Times New Roman"/>
          <w:sz w:val="24"/>
          <w:szCs w:val="24"/>
        </w:rPr>
      </w:pPr>
      <w:r w:rsidRPr="009658F0">
        <w:rPr>
          <w:rFonts w:ascii="Times New Roman" w:hAnsi="Times New Roman" w:cs="Times New Roman"/>
          <w:sz w:val="24"/>
          <w:szCs w:val="24"/>
        </w:rPr>
        <w:t>I</w:t>
      </w:r>
      <w:r w:rsidR="00AE010B" w:rsidRPr="009658F0">
        <w:rPr>
          <w:rFonts w:ascii="Times New Roman" w:hAnsi="Times New Roman" w:cs="Times New Roman"/>
          <w:sz w:val="24"/>
          <w:szCs w:val="24"/>
        </w:rPr>
        <w:t xml:space="preserve">nvolved in war </w:t>
      </w:r>
      <w:r w:rsidR="004E7AF6" w:rsidRPr="009658F0">
        <w:rPr>
          <w:rFonts w:ascii="Times New Roman" w:hAnsi="Times New Roman" w:cs="Times New Roman"/>
          <w:sz w:val="24"/>
          <w:szCs w:val="24"/>
        </w:rPr>
        <w:t>t</w:t>
      </w:r>
      <w:r w:rsidR="00AE010B" w:rsidRPr="009658F0">
        <w:rPr>
          <w:rFonts w:ascii="Times New Roman" w:hAnsi="Times New Roman" w:cs="Times New Roman"/>
          <w:sz w:val="24"/>
          <w:szCs w:val="24"/>
        </w:rPr>
        <w:t>hough predic</w:t>
      </w:r>
      <w:r w:rsidR="004E7AF6" w:rsidRPr="009658F0">
        <w:rPr>
          <w:rFonts w:ascii="Times New Roman" w:hAnsi="Times New Roman" w:cs="Times New Roman"/>
          <w:sz w:val="24"/>
          <w:szCs w:val="24"/>
        </w:rPr>
        <w:t>t</w:t>
      </w:r>
      <w:r w:rsidR="00AE010B" w:rsidRPr="009658F0">
        <w:rPr>
          <w:rFonts w:ascii="Times New Roman" w:hAnsi="Times New Roman" w:cs="Times New Roman"/>
          <w:sz w:val="24"/>
          <w:szCs w:val="24"/>
        </w:rPr>
        <w:t>ion</w:t>
      </w:r>
      <w:r w:rsidR="004E7AF6" w:rsidRPr="009658F0">
        <w:rPr>
          <w:rFonts w:ascii="Times New Roman" w:hAnsi="Times New Roman" w:cs="Times New Roman"/>
          <w:sz w:val="24"/>
          <w:szCs w:val="24"/>
        </w:rPr>
        <w:t>s</w:t>
      </w:r>
      <w:r w:rsidRPr="009658F0">
        <w:rPr>
          <w:rFonts w:ascii="Times New Roman" w:hAnsi="Times New Roman" w:cs="Times New Roman"/>
          <w:sz w:val="24"/>
          <w:szCs w:val="24"/>
        </w:rPr>
        <w:t>, blessings and prayers.</w:t>
      </w:r>
    </w:p>
    <w:p w14:paraId="730EAB79" w14:textId="7383E158" w:rsidR="00D719E5" w:rsidRPr="009658F0" w:rsidRDefault="00D719E5" w:rsidP="006C1960">
      <w:pPr>
        <w:spacing w:after="0" w:line="360" w:lineRule="auto"/>
        <w:rPr>
          <w:rFonts w:ascii="Times New Roman" w:hAnsi="Times New Roman" w:cs="Times New Roman"/>
          <w:sz w:val="24"/>
          <w:szCs w:val="24"/>
        </w:rPr>
      </w:pPr>
      <w:r w:rsidRPr="009658F0">
        <w:rPr>
          <w:rFonts w:ascii="Times New Roman" w:hAnsi="Times New Roman" w:cs="Times New Roman"/>
          <w:sz w:val="24"/>
          <w:szCs w:val="24"/>
        </w:rPr>
        <w:t>M</w:t>
      </w:r>
      <w:r w:rsidR="00AE010B" w:rsidRPr="009658F0">
        <w:rPr>
          <w:rFonts w:ascii="Times New Roman" w:hAnsi="Times New Roman" w:cs="Times New Roman"/>
          <w:sz w:val="24"/>
          <w:szCs w:val="24"/>
        </w:rPr>
        <w:t>ore than a noble in mon</w:t>
      </w:r>
      <w:r w:rsidR="004E7AF6" w:rsidRPr="009658F0">
        <w:rPr>
          <w:rFonts w:ascii="Times New Roman" w:hAnsi="Times New Roman" w:cs="Times New Roman"/>
          <w:sz w:val="24"/>
          <w:szCs w:val="24"/>
        </w:rPr>
        <w:t>k’s clothing</w:t>
      </w:r>
      <w:r w:rsidR="00AE010B" w:rsidRPr="009658F0">
        <w:rPr>
          <w:rFonts w:ascii="Times New Roman" w:hAnsi="Times New Roman" w:cs="Times New Roman"/>
          <w:sz w:val="24"/>
          <w:szCs w:val="24"/>
        </w:rPr>
        <w:t>.</w:t>
      </w:r>
      <w:r w:rsidR="00AE010B" w:rsidRPr="009658F0">
        <w:rPr>
          <w:rFonts w:ascii="Times New Roman" w:hAnsi="Times New Roman" w:cs="Times New Roman"/>
          <w:sz w:val="24"/>
          <w:szCs w:val="24"/>
        </w:rPr>
        <w:br/>
        <w:t>HM mediator</w:t>
      </w:r>
      <w:r w:rsidRPr="009658F0">
        <w:rPr>
          <w:rFonts w:ascii="Times New Roman" w:hAnsi="Times New Roman" w:cs="Times New Roman"/>
          <w:sz w:val="24"/>
          <w:szCs w:val="24"/>
        </w:rPr>
        <w:t>.</w:t>
      </w:r>
      <w:r w:rsidR="004E7AF6" w:rsidRPr="009658F0">
        <w:rPr>
          <w:rFonts w:ascii="Times New Roman" w:hAnsi="Times New Roman" w:cs="Times New Roman"/>
          <w:sz w:val="24"/>
          <w:szCs w:val="24"/>
        </w:rPr>
        <w:t xml:space="preserve"> </w:t>
      </w:r>
      <w:r w:rsidRPr="009658F0">
        <w:rPr>
          <w:rFonts w:ascii="Times New Roman" w:hAnsi="Times New Roman" w:cs="Times New Roman"/>
          <w:sz w:val="24"/>
          <w:szCs w:val="24"/>
        </w:rPr>
        <w:t>O</w:t>
      </w:r>
      <w:r w:rsidR="004E7AF6" w:rsidRPr="009658F0">
        <w:rPr>
          <w:rFonts w:ascii="Times New Roman" w:hAnsi="Times New Roman" w:cs="Times New Roman"/>
          <w:sz w:val="24"/>
          <w:szCs w:val="24"/>
        </w:rPr>
        <w:t xml:space="preserve">utside/ </w:t>
      </w:r>
    </w:p>
    <w:p w14:paraId="5DF298B8" w14:textId="435185DD" w:rsidR="00D719E5" w:rsidRPr="009658F0" w:rsidRDefault="004E7AF6" w:rsidP="006C1960">
      <w:pPr>
        <w:spacing w:after="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above </w:t>
      </w:r>
      <w:r w:rsidR="00AE010B" w:rsidRPr="009658F0">
        <w:rPr>
          <w:rFonts w:ascii="Times New Roman" w:hAnsi="Times New Roman" w:cs="Times New Roman"/>
          <w:sz w:val="24"/>
          <w:szCs w:val="24"/>
        </w:rPr>
        <w:t>- first judgement.</w:t>
      </w:r>
      <w:r w:rsidR="00AE010B" w:rsidRPr="009658F0">
        <w:rPr>
          <w:rFonts w:ascii="Times New Roman" w:hAnsi="Times New Roman" w:cs="Times New Roman"/>
          <w:sz w:val="24"/>
          <w:szCs w:val="24"/>
        </w:rPr>
        <w:br/>
      </w:r>
      <w:r w:rsidRPr="009658F0">
        <w:rPr>
          <w:rFonts w:ascii="Times New Roman" w:hAnsi="Times New Roman" w:cs="Times New Roman"/>
          <w:sz w:val="24"/>
          <w:szCs w:val="24"/>
        </w:rPr>
        <w:t xml:space="preserve">C15th </w:t>
      </w:r>
      <w:r w:rsidR="00AE010B" w:rsidRPr="009658F0">
        <w:rPr>
          <w:rFonts w:ascii="Times New Roman" w:hAnsi="Times New Roman" w:cs="Times New Roman"/>
          <w:sz w:val="24"/>
          <w:szCs w:val="24"/>
        </w:rPr>
        <w:t>Saint</w:t>
      </w:r>
      <w:r w:rsidR="00D719E5" w:rsidRPr="009658F0">
        <w:rPr>
          <w:rFonts w:ascii="Times New Roman" w:hAnsi="Times New Roman" w:cs="Times New Roman"/>
          <w:sz w:val="24"/>
          <w:szCs w:val="24"/>
        </w:rPr>
        <w:t>.</w:t>
      </w:r>
    </w:p>
    <w:p w14:paraId="3E1404CF" w14:textId="29893A84" w:rsidR="00D719E5" w:rsidRPr="009658F0" w:rsidRDefault="004E7AF6" w:rsidP="006C1960">
      <w:pPr>
        <w:spacing w:after="0" w:line="360" w:lineRule="auto"/>
        <w:rPr>
          <w:rFonts w:ascii="Times New Roman" w:hAnsi="Times New Roman" w:cs="Times New Roman"/>
          <w:sz w:val="24"/>
          <w:szCs w:val="24"/>
        </w:rPr>
      </w:pPr>
      <w:r w:rsidRPr="009658F0">
        <w:rPr>
          <w:rFonts w:ascii="Times New Roman" w:hAnsi="Times New Roman" w:cs="Times New Roman"/>
          <w:sz w:val="24"/>
          <w:szCs w:val="24"/>
        </w:rPr>
        <w:t>[illegible] curses</w:t>
      </w:r>
      <w:r w:rsidR="00AE010B" w:rsidRPr="009658F0">
        <w:rPr>
          <w:rFonts w:ascii="Times New Roman" w:hAnsi="Times New Roman" w:cs="Times New Roman"/>
          <w:sz w:val="24"/>
          <w:szCs w:val="24"/>
        </w:rPr>
        <w:t xml:space="preserve"> Angel </w:t>
      </w:r>
      <w:r w:rsidR="00D719E5" w:rsidRPr="009658F0">
        <w:rPr>
          <w:rFonts w:ascii="Times New Roman" w:hAnsi="Times New Roman" w:cs="Times New Roman"/>
          <w:sz w:val="24"/>
          <w:szCs w:val="24"/>
        </w:rPr>
        <w:t xml:space="preserve">of </w:t>
      </w:r>
      <w:r w:rsidR="00AE010B" w:rsidRPr="009658F0">
        <w:rPr>
          <w:rFonts w:ascii="Times New Roman" w:hAnsi="Times New Roman" w:cs="Times New Roman"/>
          <w:sz w:val="24"/>
          <w:szCs w:val="24"/>
        </w:rPr>
        <w:t xml:space="preserve">death. </w:t>
      </w:r>
    </w:p>
    <w:p w14:paraId="0A506BA0" w14:textId="7CD8EE51" w:rsidR="00D719E5" w:rsidRPr="009658F0" w:rsidRDefault="00AE010B" w:rsidP="006C1960">
      <w:pPr>
        <w:spacing w:after="0" w:line="360" w:lineRule="auto"/>
        <w:rPr>
          <w:rFonts w:ascii="Times New Roman" w:hAnsi="Times New Roman" w:cs="Times New Roman"/>
          <w:sz w:val="24"/>
          <w:szCs w:val="24"/>
        </w:rPr>
      </w:pPr>
      <w:r w:rsidRPr="009658F0">
        <w:rPr>
          <w:rFonts w:ascii="Times New Roman" w:hAnsi="Times New Roman" w:cs="Times New Roman"/>
          <w:sz w:val="24"/>
          <w:szCs w:val="24"/>
        </w:rPr>
        <w:t xml:space="preserve">St. Mafa </w:t>
      </w:r>
      <w:proofErr w:type="spellStart"/>
      <w:r w:rsidR="00D719E5" w:rsidRPr="009658F0">
        <w:rPr>
          <w:rFonts w:ascii="Times New Roman" w:hAnsi="Times New Roman" w:cs="Times New Roman"/>
          <w:sz w:val="24"/>
          <w:szCs w:val="24"/>
        </w:rPr>
        <w:t>Crestos</w:t>
      </w:r>
      <w:proofErr w:type="spellEnd"/>
      <w:r w:rsidR="00D719E5" w:rsidRPr="009658F0">
        <w:rPr>
          <w:rFonts w:ascii="Times New Roman" w:hAnsi="Times New Roman" w:cs="Times New Roman"/>
          <w:sz w:val="24"/>
          <w:szCs w:val="24"/>
        </w:rPr>
        <w:t xml:space="preserve">. </w:t>
      </w:r>
      <w:proofErr w:type="spellStart"/>
      <w:r w:rsidR="004E7AF6" w:rsidRPr="009658F0">
        <w:rPr>
          <w:rFonts w:ascii="Times New Roman" w:hAnsi="Times New Roman" w:cs="Times New Roman"/>
          <w:sz w:val="24"/>
          <w:szCs w:val="24"/>
        </w:rPr>
        <w:t>Krestos</w:t>
      </w:r>
      <w:proofErr w:type="spellEnd"/>
    </w:p>
    <w:p w14:paraId="36E5DA81" w14:textId="77777777" w:rsidR="00D719E5" w:rsidRPr="009658F0" w:rsidRDefault="00AE010B" w:rsidP="006C1960">
      <w:pPr>
        <w:spacing w:after="0" w:line="360" w:lineRule="auto"/>
        <w:rPr>
          <w:rFonts w:ascii="Times New Roman" w:hAnsi="Times New Roman" w:cs="Times New Roman"/>
          <w:sz w:val="24"/>
          <w:szCs w:val="24"/>
        </w:rPr>
      </w:pPr>
      <w:r w:rsidRPr="009658F0">
        <w:rPr>
          <w:rFonts w:ascii="Times New Roman" w:hAnsi="Times New Roman" w:cs="Times New Roman"/>
          <w:sz w:val="24"/>
          <w:szCs w:val="24"/>
        </w:rPr>
        <w:t xml:space="preserve">Peacemaker. </w:t>
      </w:r>
    </w:p>
    <w:p w14:paraId="2F8C85C3" w14:textId="043C976F" w:rsidR="00D719E5" w:rsidRPr="009658F0" w:rsidRDefault="00AE010B" w:rsidP="006C1960">
      <w:pPr>
        <w:spacing w:after="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Abba Zai Yohanes </w:t>
      </w:r>
      <w:r w:rsidR="00D719E5" w:rsidRPr="009658F0">
        <w:rPr>
          <w:rFonts w:ascii="Times New Roman" w:hAnsi="Times New Roman" w:cs="Times New Roman"/>
          <w:sz w:val="24"/>
          <w:szCs w:val="24"/>
        </w:rPr>
        <w:t>–</w:t>
      </w:r>
      <w:r w:rsidRPr="009658F0">
        <w:rPr>
          <w:rFonts w:ascii="Times New Roman" w:hAnsi="Times New Roman" w:cs="Times New Roman"/>
          <w:sz w:val="24"/>
          <w:szCs w:val="24"/>
        </w:rPr>
        <w:t xml:space="preserve"> </w:t>
      </w:r>
    </w:p>
    <w:p w14:paraId="7FBB2F5F" w14:textId="77777777" w:rsidR="00D719E5" w:rsidRPr="009658F0" w:rsidRDefault="00AE010B" w:rsidP="006C1960">
      <w:pPr>
        <w:spacing w:after="0" w:line="360" w:lineRule="auto"/>
        <w:rPr>
          <w:rFonts w:ascii="Times New Roman" w:hAnsi="Times New Roman" w:cs="Times New Roman"/>
          <w:sz w:val="24"/>
          <w:szCs w:val="24"/>
        </w:rPr>
      </w:pPr>
      <w:r w:rsidRPr="009658F0">
        <w:rPr>
          <w:rFonts w:ascii="Times New Roman" w:hAnsi="Times New Roman" w:cs="Times New Roman"/>
          <w:sz w:val="24"/>
          <w:szCs w:val="24"/>
        </w:rPr>
        <w:t xml:space="preserve">saint - </w:t>
      </w:r>
      <w:r w:rsidR="00D719E5" w:rsidRPr="009658F0">
        <w:rPr>
          <w:rFonts w:ascii="Times New Roman" w:hAnsi="Times New Roman" w:cs="Times New Roman"/>
          <w:sz w:val="24"/>
          <w:szCs w:val="24"/>
        </w:rPr>
        <w:t>cow</w:t>
      </w:r>
      <w:r w:rsidRPr="009658F0">
        <w:rPr>
          <w:rFonts w:ascii="Times New Roman" w:hAnsi="Times New Roman" w:cs="Times New Roman"/>
          <w:sz w:val="24"/>
          <w:szCs w:val="24"/>
        </w:rPr>
        <w:t xml:space="preserve"> as witness. </w:t>
      </w:r>
    </w:p>
    <w:p w14:paraId="0A9D3CDF" w14:textId="293B91B0" w:rsidR="00D719E5" w:rsidRPr="009658F0" w:rsidRDefault="00AE010B" w:rsidP="006C1960">
      <w:pPr>
        <w:spacing w:after="0" w:line="360" w:lineRule="auto"/>
        <w:rPr>
          <w:rFonts w:ascii="Times New Roman" w:hAnsi="Times New Roman" w:cs="Times New Roman"/>
          <w:sz w:val="24"/>
          <w:szCs w:val="24"/>
        </w:rPr>
      </w:pPr>
      <w:r w:rsidRPr="009658F0">
        <w:rPr>
          <w:rFonts w:ascii="Times New Roman" w:hAnsi="Times New Roman" w:cs="Times New Roman"/>
          <w:sz w:val="24"/>
          <w:szCs w:val="24"/>
        </w:rPr>
        <w:t xml:space="preserve">Unique </w:t>
      </w:r>
      <w:proofErr w:type="spellStart"/>
      <w:r w:rsidRPr="009658F0">
        <w:rPr>
          <w:rFonts w:ascii="Times New Roman" w:hAnsi="Times New Roman" w:cs="Times New Roman"/>
          <w:sz w:val="24"/>
          <w:szCs w:val="24"/>
        </w:rPr>
        <w:t>po</w:t>
      </w:r>
      <w:r w:rsidR="004E7AF6" w:rsidRPr="009658F0">
        <w:rPr>
          <w:rFonts w:ascii="Times New Roman" w:hAnsi="Times New Roman" w:cs="Times New Roman"/>
          <w:sz w:val="24"/>
          <w:szCs w:val="24"/>
        </w:rPr>
        <w:t>sn</w:t>
      </w:r>
      <w:proofErr w:type="spellEnd"/>
      <w:r w:rsidR="004E7AF6" w:rsidRPr="009658F0">
        <w:rPr>
          <w:rFonts w:ascii="Times New Roman" w:hAnsi="Times New Roman" w:cs="Times New Roman"/>
          <w:sz w:val="24"/>
          <w:szCs w:val="24"/>
        </w:rPr>
        <w:t>. in society</w:t>
      </w:r>
      <w:r w:rsidRPr="009658F0">
        <w:rPr>
          <w:rFonts w:ascii="Times New Roman" w:hAnsi="Times New Roman" w:cs="Times New Roman"/>
          <w:sz w:val="24"/>
          <w:szCs w:val="24"/>
        </w:rPr>
        <w:t xml:space="preserve">. </w:t>
      </w:r>
    </w:p>
    <w:p w14:paraId="3B6FAFDD" w14:textId="4B1548F8" w:rsidR="00AE010B" w:rsidRPr="009658F0" w:rsidRDefault="00AE010B" w:rsidP="006C1960">
      <w:pPr>
        <w:spacing w:after="0" w:line="360" w:lineRule="auto"/>
        <w:rPr>
          <w:rFonts w:ascii="Times New Roman" w:hAnsi="Times New Roman" w:cs="Times New Roman"/>
          <w:sz w:val="24"/>
          <w:szCs w:val="24"/>
        </w:rPr>
      </w:pPr>
      <w:r w:rsidRPr="009658F0">
        <w:rPr>
          <w:rFonts w:ascii="Times New Roman" w:hAnsi="Times New Roman" w:cs="Times New Roman"/>
          <w:sz w:val="24"/>
          <w:szCs w:val="24"/>
        </w:rPr>
        <w:t>Rejection of passing world.</w:t>
      </w:r>
      <w:r w:rsidRPr="009658F0">
        <w:rPr>
          <w:rFonts w:ascii="Times New Roman" w:hAnsi="Times New Roman" w:cs="Times New Roman"/>
          <w:sz w:val="24"/>
          <w:szCs w:val="24"/>
        </w:rPr>
        <w:br/>
      </w:r>
    </w:p>
    <w:p w14:paraId="0569CC3C" w14:textId="6CE3751E" w:rsidR="004E7AF6" w:rsidRPr="009658F0" w:rsidRDefault="00AE010B"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r>
    </w:p>
    <w:p w14:paraId="6D1101F9" w14:textId="77777777" w:rsidR="004E7AF6" w:rsidRPr="009658F0" w:rsidRDefault="004E7AF6"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br w:type="page"/>
      </w:r>
    </w:p>
    <w:p w14:paraId="6240D976" w14:textId="77777777" w:rsidR="00F27C67" w:rsidRPr="009658F0" w:rsidRDefault="00F27C67" w:rsidP="006C1960">
      <w:pPr>
        <w:spacing w:after="120" w:line="360" w:lineRule="auto"/>
        <w:rPr>
          <w:rFonts w:ascii="Times New Roman" w:hAnsi="Times New Roman" w:cs="Times New Roman"/>
          <w:sz w:val="24"/>
          <w:szCs w:val="24"/>
        </w:rPr>
      </w:pPr>
    </w:p>
    <w:p w14:paraId="4D0B77F4" w14:textId="77777777" w:rsidR="00B401E8" w:rsidRPr="002E78A9" w:rsidRDefault="00B401E8" w:rsidP="00862843">
      <w:pPr>
        <w:pStyle w:val="Heading1"/>
        <w:rPr>
          <w:rFonts w:ascii="Times New Roman" w:hAnsi="Times New Roman" w:cs="Times New Roman"/>
          <w:b w:val="0"/>
          <w:bCs w:val="0"/>
          <w:color w:val="auto"/>
        </w:rPr>
      </w:pPr>
      <w:r w:rsidRPr="002E78A9">
        <w:rPr>
          <w:rFonts w:ascii="Times New Roman" w:hAnsi="Times New Roman" w:cs="Times New Roman"/>
          <w:b w:val="0"/>
          <w:bCs w:val="0"/>
          <w:color w:val="auto"/>
          <w:highlight w:val="yellow"/>
        </w:rPr>
        <w:t>VICTOR PAGE 30</w:t>
      </w:r>
    </w:p>
    <w:p w14:paraId="361ABCA6" w14:textId="510610BE" w:rsidR="004B147A" w:rsidRPr="009658F0" w:rsidRDefault="00B401E8"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br/>
        <w:t>Library</w:t>
      </w:r>
      <w:r w:rsidRPr="009658F0">
        <w:rPr>
          <w:rFonts w:ascii="Times New Roman" w:hAnsi="Times New Roman" w:cs="Times New Roman"/>
          <w:sz w:val="24"/>
          <w:szCs w:val="24"/>
        </w:rPr>
        <w:br/>
      </w:r>
      <w:r w:rsidRPr="009658F0">
        <w:rPr>
          <w:rFonts w:ascii="Times New Roman" w:hAnsi="Times New Roman" w:cs="Times New Roman"/>
          <w:sz w:val="24"/>
          <w:szCs w:val="24"/>
        </w:rPr>
        <w:br/>
      </w:r>
      <w:r w:rsidR="004B147A" w:rsidRPr="009658F0">
        <w:rPr>
          <w:rFonts w:ascii="Times New Roman" w:hAnsi="Times New Roman" w:cs="Times New Roman"/>
          <w:sz w:val="24"/>
          <w:szCs w:val="24"/>
        </w:rPr>
        <w:t>Novitiate</w:t>
      </w:r>
      <w:r w:rsidR="004E7AF6" w:rsidRPr="009658F0">
        <w:rPr>
          <w:rFonts w:ascii="Times New Roman" w:hAnsi="Times New Roman" w:cs="Times New Roman"/>
          <w:sz w:val="24"/>
          <w:szCs w:val="24"/>
        </w:rPr>
        <w:t xml:space="preserve"> </w:t>
      </w:r>
      <w:r w:rsidRPr="009658F0">
        <w:rPr>
          <w:rFonts w:ascii="Times New Roman" w:hAnsi="Times New Roman" w:cs="Times New Roman"/>
          <w:sz w:val="24"/>
          <w:szCs w:val="24"/>
        </w:rPr>
        <w:t xml:space="preserve">of monks </w:t>
      </w:r>
      <w:r w:rsidR="004B147A" w:rsidRPr="009658F0">
        <w:rPr>
          <w:rFonts w:ascii="Times New Roman" w:hAnsi="Times New Roman" w:cs="Times New Roman"/>
          <w:sz w:val="24"/>
          <w:szCs w:val="24"/>
        </w:rPr>
        <w:t>–</w:t>
      </w:r>
      <w:r w:rsidRPr="009658F0">
        <w:rPr>
          <w:rFonts w:ascii="Times New Roman" w:hAnsi="Times New Roman" w:cs="Times New Roman"/>
          <w:sz w:val="24"/>
          <w:szCs w:val="24"/>
        </w:rPr>
        <w:t xml:space="preserve"> </w:t>
      </w:r>
      <w:r w:rsidR="004B147A" w:rsidRPr="009658F0">
        <w:rPr>
          <w:rFonts w:ascii="Times New Roman" w:hAnsi="Times New Roman" w:cs="Times New Roman"/>
          <w:sz w:val="24"/>
          <w:szCs w:val="24"/>
        </w:rPr>
        <w:t>rite de</w:t>
      </w:r>
      <w:r w:rsidRPr="009658F0">
        <w:rPr>
          <w:rFonts w:ascii="Times New Roman" w:hAnsi="Times New Roman" w:cs="Times New Roman"/>
          <w:sz w:val="24"/>
          <w:szCs w:val="24"/>
        </w:rPr>
        <w:t xml:space="preserve"> passage </w:t>
      </w:r>
    </w:p>
    <w:p w14:paraId="6D740AF3" w14:textId="20E69883" w:rsidR="009E16DF" w:rsidRPr="009658F0" w:rsidRDefault="004B147A"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If wealthy,</w:t>
      </w:r>
      <w:r w:rsidR="00B401E8" w:rsidRPr="009658F0">
        <w:rPr>
          <w:rFonts w:ascii="Times New Roman" w:hAnsi="Times New Roman" w:cs="Times New Roman"/>
          <w:sz w:val="24"/>
          <w:szCs w:val="24"/>
        </w:rPr>
        <w:t xml:space="preserve"> lost property.</w:t>
      </w:r>
      <w:r w:rsidR="00B401E8" w:rsidRPr="009658F0">
        <w:rPr>
          <w:rFonts w:ascii="Times New Roman" w:hAnsi="Times New Roman" w:cs="Times New Roman"/>
          <w:sz w:val="24"/>
          <w:szCs w:val="24"/>
        </w:rPr>
        <w:br/>
        <w:t>Ma</w:t>
      </w:r>
      <w:r w:rsidR="009E16DF" w:rsidRPr="009658F0">
        <w:rPr>
          <w:rFonts w:ascii="Times New Roman" w:hAnsi="Times New Roman" w:cs="Times New Roman"/>
          <w:sz w:val="24"/>
          <w:szCs w:val="24"/>
        </w:rPr>
        <w:t xml:space="preserve">ny young men </w:t>
      </w:r>
      <w:r w:rsidRPr="009658F0">
        <w:rPr>
          <w:rFonts w:ascii="Times New Roman" w:hAnsi="Times New Roman" w:cs="Times New Roman"/>
          <w:sz w:val="24"/>
          <w:szCs w:val="24"/>
        </w:rPr>
        <w:t>entered</w:t>
      </w:r>
      <w:r w:rsidR="009E16DF" w:rsidRPr="009658F0">
        <w:rPr>
          <w:rFonts w:ascii="Times New Roman" w:hAnsi="Times New Roman" w:cs="Times New Roman"/>
          <w:sz w:val="24"/>
          <w:szCs w:val="24"/>
        </w:rPr>
        <w:t xml:space="preserve"> against wishes </w:t>
      </w:r>
      <w:r w:rsidR="00B401E8" w:rsidRPr="009658F0">
        <w:rPr>
          <w:rFonts w:ascii="Times New Roman" w:hAnsi="Times New Roman" w:cs="Times New Roman"/>
          <w:sz w:val="24"/>
          <w:szCs w:val="24"/>
        </w:rPr>
        <w:t>of family.</w:t>
      </w:r>
      <w:r w:rsidR="00B401E8" w:rsidRPr="009658F0">
        <w:rPr>
          <w:rFonts w:ascii="Times New Roman" w:hAnsi="Times New Roman" w:cs="Times New Roman"/>
          <w:sz w:val="24"/>
          <w:szCs w:val="24"/>
        </w:rPr>
        <w:br/>
      </w:r>
      <w:proofErr w:type="spellStart"/>
      <w:r w:rsidR="00B401E8" w:rsidRPr="009658F0">
        <w:rPr>
          <w:rFonts w:ascii="Times New Roman" w:hAnsi="Times New Roman" w:cs="Times New Roman"/>
          <w:sz w:val="24"/>
          <w:szCs w:val="24"/>
        </w:rPr>
        <w:t>G</w:t>
      </w:r>
      <w:r w:rsidR="009E16DF" w:rsidRPr="009658F0">
        <w:rPr>
          <w:rFonts w:ascii="Times New Roman" w:hAnsi="Times New Roman" w:cs="Times New Roman"/>
          <w:sz w:val="24"/>
          <w:szCs w:val="24"/>
        </w:rPr>
        <w:t>adra</w:t>
      </w:r>
      <w:proofErr w:type="spellEnd"/>
      <w:r w:rsidR="009E16DF" w:rsidRPr="009658F0">
        <w:rPr>
          <w:rFonts w:ascii="Times New Roman" w:hAnsi="Times New Roman" w:cs="Times New Roman"/>
          <w:sz w:val="24"/>
          <w:szCs w:val="24"/>
        </w:rPr>
        <w:t xml:space="preserve"> </w:t>
      </w:r>
      <w:proofErr w:type="spellStart"/>
      <w:r w:rsidR="009E16DF" w:rsidRPr="009658F0">
        <w:rPr>
          <w:rFonts w:ascii="Times New Roman" w:hAnsi="Times New Roman" w:cs="Times New Roman"/>
          <w:sz w:val="24"/>
          <w:szCs w:val="24"/>
        </w:rPr>
        <w:t>Philmona</w:t>
      </w:r>
      <w:proofErr w:type="spellEnd"/>
      <w:r w:rsidR="00B401E8" w:rsidRPr="009658F0">
        <w:rPr>
          <w:rFonts w:ascii="Times New Roman" w:hAnsi="Times New Roman" w:cs="Times New Roman"/>
          <w:sz w:val="24"/>
          <w:szCs w:val="24"/>
        </w:rPr>
        <w:t>.</w:t>
      </w:r>
      <w:r w:rsidR="00B401E8" w:rsidRPr="009658F0">
        <w:rPr>
          <w:rFonts w:ascii="Times New Roman" w:hAnsi="Times New Roman" w:cs="Times New Roman"/>
          <w:sz w:val="24"/>
          <w:szCs w:val="24"/>
        </w:rPr>
        <w:br/>
        <w:t>His F</w:t>
      </w:r>
      <w:r w:rsidR="009E16DF" w:rsidRPr="009658F0">
        <w:rPr>
          <w:rFonts w:ascii="Times New Roman" w:hAnsi="Times New Roman" w:cs="Times New Roman"/>
          <w:sz w:val="24"/>
          <w:szCs w:val="24"/>
        </w:rPr>
        <w:t xml:space="preserve"> governor of region</w:t>
      </w:r>
      <w:r w:rsidR="00B401E8" w:rsidRPr="009658F0">
        <w:rPr>
          <w:rFonts w:ascii="Times New Roman" w:hAnsi="Times New Roman" w:cs="Times New Roman"/>
          <w:sz w:val="24"/>
          <w:szCs w:val="24"/>
        </w:rPr>
        <w:t xml:space="preserve">. </w:t>
      </w:r>
    </w:p>
    <w:p w14:paraId="574FD228" w14:textId="3F60C373" w:rsidR="009E16DF" w:rsidRPr="009658F0" w:rsidRDefault="00B401E8"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Denial of </w:t>
      </w:r>
      <w:r w:rsidR="009E16DF" w:rsidRPr="009658F0">
        <w:rPr>
          <w:rFonts w:ascii="Times New Roman" w:hAnsi="Times New Roman" w:cs="Times New Roman"/>
          <w:sz w:val="24"/>
          <w:szCs w:val="24"/>
        </w:rPr>
        <w:t>family</w:t>
      </w:r>
      <w:r w:rsidRPr="009658F0">
        <w:rPr>
          <w:rFonts w:ascii="Times New Roman" w:hAnsi="Times New Roman" w:cs="Times New Roman"/>
          <w:sz w:val="24"/>
          <w:szCs w:val="24"/>
        </w:rPr>
        <w:t xml:space="preserve"> </w:t>
      </w:r>
    </w:p>
    <w:p w14:paraId="6B0C00E1" w14:textId="1B68435A" w:rsidR="009E16DF" w:rsidRPr="009658F0" w:rsidRDefault="00B401E8"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Servant of ruler of </w:t>
      </w:r>
      <w:r w:rsidR="004B147A" w:rsidRPr="009658F0">
        <w:rPr>
          <w:rFonts w:ascii="Times New Roman" w:hAnsi="Times New Roman" w:cs="Times New Roman"/>
          <w:sz w:val="24"/>
          <w:szCs w:val="24"/>
        </w:rPr>
        <w:t xml:space="preserve">all </w:t>
      </w:r>
      <w:r w:rsidR="009E16DF" w:rsidRPr="009658F0">
        <w:rPr>
          <w:rFonts w:ascii="Times New Roman" w:hAnsi="Times New Roman" w:cs="Times New Roman"/>
          <w:sz w:val="24"/>
          <w:szCs w:val="24"/>
        </w:rPr>
        <w:t xml:space="preserve">the </w:t>
      </w:r>
      <w:r w:rsidRPr="009658F0">
        <w:rPr>
          <w:rFonts w:ascii="Times New Roman" w:hAnsi="Times New Roman" w:cs="Times New Roman"/>
          <w:sz w:val="24"/>
          <w:szCs w:val="24"/>
        </w:rPr>
        <w:t>world.</w:t>
      </w:r>
    </w:p>
    <w:p w14:paraId="646064A4" w14:textId="09EC8214" w:rsidR="009E16DF" w:rsidRPr="009658F0" w:rsidRDefault="00B401E8"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Obedience. Visions of saints.</w:t>
      </w:r>
    </w:p>
    <w:p w14:paraId="340B5E5A" w14:textId="2B7609DB" w:rsidR="009E16DF" w:rsidRPr="009658F0" w:rsidRDefault="00B401E8"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Receipt of </w:t>
      </w:r>
      <w:r w:rsidR="009E16DF" w:rsidRPr="009658F0">
        <w:rPr>
          <w:rFonts w:ascii="Times New Roman" w:hAnsi="Times New Roman" w:cs="Times New Roman"/>
          <w:sz w:val="24"/>
          <w:szCs w:val="24"/>
        </w:rPr>
        <w:t xml:space="preserve">new garb, new </w:t>
      </w:r>
      <w:r w:rsidRPr="009658F0">
        <w:rPr>
          <w:rFonts w:ascii="Times New Roman" w:hAnsi="Times New Roman" w:cs="Times New Roman"/>
          <w:sz w:val="24"/>
          <w:szCs w:val="24"/>
        </w:rPr>
        <w:t xml:space="preserve">name. </w:t>
      </w:r>
    </w:p>
    <w:p w14:paraId="5FE2222B" w14:textId="77777777" w:rsidR="009E16DF" w:rsidRPr="009658F0" w:rsidRDefault="00B401E8"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C</w:t>
      </w:r>
      <w:r w:rsidR="009E16DF" w:rsidRPr="009658F0">
        <w:rPr>
          <w:rFonts w:ascii="Times New Roman" w:hAnsi="Times New Roman" w:cs="Times New Roman"/>
          <w:sz w:val="24"/>
          <w:szCs w:val="24"/>
        </w:rPr>
        <w:t>loak, belt, hat, scapular</w:t>
      </w:r>
    </w:p>
    <w:p w14:paraId="46009632" w14:textId="6A64F1AB" w:rsidR="009E16DF" w:rsidRPr="009658F0" w:rsidRDefault="00B401E8"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A</w:t>
      </w:r>
      <w:r w:rsidR="009E16DF" w:rsidRPr="009658F0">
        <w:rPr>
          <w:rFonts w:ascii="Times New Roman" w:hAnsi="Times New Roman" w:cs="Times New Roman"/>
          <w:sz w:val="24"/>
          <w:szCs w:val="24"/>
        </w:rPr>
        <w:t>bandonment of secular garb</w:t>
      </w:r>
    </w:p>
    <w:p w14:paraId="6428887D" w14:textId="1157A31B" w:rsidR="009E16DF" w:rsidRPr="009658F0" w:rsidRDefault="009E16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Unlike married </w:t>
      </w:r>
      <w:r w:rsidR="004B147A" w:rsidRPr="009658F0">
        <w:rPr>
          <w:rFonts w:ascii="Times New Roman" w:hAnsi="Times New Roman" w:cs="Times New Roman"/>
          <w:sz w:val="24"/>
          <w:szCs w:val="24"/>
        </w:rPr>
        <w:t>priests</w:t>
      </w:r>
    </w:p>
    <w:p w14:paraId="58B4E5F4" w14:textId="3E64EEF4" w:rsidR="009E16DF" w:rsidRPr="009658F0" w:rsidRDefault="004B147A"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[Added in margin next to the below line] </w:t>
      </w:r>
      <w:r w:rsidR="009E16DF" w:rsidRPr="009658F0">
        <w:rPr>
          <w:rFonts w:ascii="Times New Roman" w:hAnsi="Times New Roman" w:cs="Times New Roman"/>
          <w:sz w:val="24"/>
          <w:szCs w:val="24"/>
        </w:rPr>
        <w:t>Allan Hoben</w:t>
      </w:r>
    </w:p>
    <w:p w14:paraId="22500660" w14:textId="069ABD2E" w:rsidR="009E16DF" w:rsidRPr="009658F0" w:rsidRDefault="009E16DF"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Eskema</w:t>
      </w:r>
      <w:proofErr w:type="spellEnd"/>
      <w:r w:rsidRPr="009658F0">
        <w:rPr>
          <w:rFonts w:ascii="Times New Roman" w:hAnsi="Times New Roman" w:cs="Times New Roman"/>
          <w:sz w:val="24"/>
          <w:szCs w:val="24"/>
        </w:rPr>
        <w:t xml:space="preserve"> assumption</w:t>
      </w:r>
    </w:p>
    <w:p w14:paraId="06CC0FD3" w14:textId="4B6599A0" w:rsidR="009E16DF" w:rsidRPr="009658F0" w:rsidRDefault="009E16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24</w:t>
      </w:r>
      <w:r w:rsidRPr="009658F0">
        <w:rPr>
          <w:rFonts w:ascii="Times New Roman" w:hAnsi="Times New Roman" w:cs="Times New Roman"/>
          <w:sz w:val="24"/>
          <w:szCs w:val="24"/>
          <w:vertAlign w:val="superscript"/>
        </w:rPr>
        <w:t>th</w:t>
      </w:r>
      <w:r w:rsidRPr="009658F0">
        <w:rPr>
          <w:rFonts w:ascii="Times New Roman" w:hAnsi="Times New Roman" w:cs="Times New Roman"/>
          <w:sz w:val="24"/>
          <w:szCs w:val="24"/>
        </w:rPr>
        <w:t xml:space="preserve"> Day of Month</w:t>
      </w:r>
    </w:p>
    <w:p w14:paraId="0A23DA83" w14:textId="707A76B0" w:rsidR="009E16DF" w:rsidRPr="009658F0" w:rsidRDefault="009E16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New name at completion of monastic training</w:t>
      </w:r>
    </w:p>
    <w:p w14:paraId="4F64BB08" w14:textId="30BD29C8" w:rsidR="00BA10F4" w:rsidRPr="009658F0" w:rsidRDefault="009E16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Monk neither </w:t>
      </w:r>
      <w:r w:rsidR="004B147A" w:rsidRPr="009658F0">
        <w:rPr>
          <w:rFonts w:ascii="Times New Roman" w:hAnsi="Times New Roman" w:cs="Times New Roman"/>
          <w:sz w:val="24"/>
          <w:szCs w:val="24"/>
        </w:rPr>
        <w:t xml:space="preserve">country </w:t>
      </w:r>
      <w:proofErr w:type="gramStart"/>
      <w:r w:rsidRPr="009658F0">
        <w:rPr>
          <w:rFonts w:ascii="Times New Roman" w:hAnsi="Times New Roman" w:cs="Times New Roman"/>
          <w:sz w:val="24"/>
          <w:szCs w:val="24"/>
        </w:rPr>
        <w:t>or</w:t>
      </w:r>
      <w:proofErr w:type="gramEnd"/>
      <w:r w:rsidRPr="009658F0">
        <w:rPr>
          <w:rFonts w:ascii="Times New Roman" w:hAnsi="Times New Roman" w:cs="Times New Roman"/>
          <w:sz w:val="24"/>
          <w:szCs w:val="24"/>
        </w:rPr>
        <w:t xml:space="preserve"> family</w:t>
      </w:r>
    </w:p>
    <w:p w14:paraId="469BAB17" w14:textId="3990CB6B" w:rsidR="009E16DF" w:rsidRPr="009658F0" w:rsidRDefault="009E16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“Dead”</w:t>
      </w:r>
      <w:r w:rsidR="004B147A" w:rsidRPr="009658F0">
        <w:rPr>
          <w:rFonts w:ascii="Times New Roman" w:hAnsi="Times New Roman" w:cs="Times New Roman"/>
          <w:sz w:val="24"/>
          <w:szCs w:val="24"/>
        </w:rPr>
        <w:t xml:space="preserve">. </w:t>
      </w:r>
      <w:r w:rsidRPr="009658F0">
        <w:rPr>
          <w:rFonts w:ascii="Times New Roman" w:hAnsi="Times New Roman" w:cs="Times New Roman"/>
          <w:sz w:val="24"/>
          <w:szCs w:val="24"/>
        </w:rPr>
        <w:t xml:space="preserve">Legal </w:t>
      </w:r>
      <w:proofErr w:type="gramStart"/>
      <w:r w:rsidRPr="009658F0">
        <w:rPr>
          <w:rFonts w:ascii="Times New Roman" w:hAnsi="Times New Roman" w:cs="Times New Roman"/>
          <w:sz w:val="24"/>
          <w:szCs w:val="24"/>
        </w:rPr>
        <w:t>non entity</w:t>
      </w:r>
      <w:proofErr w:type="gramEnd"/>
    </w:p>
    <w:p w14:paraId="3CF3D5F1" w14:textId="4D12AC98" w:rsidR="009E16DF" w:rsidRPr="009658F0" w:rsidRDefault="009E16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Most monks lived dull lives</w:t>
      </w:r>
    </w:p>
    <w:p w14:paraId="326653CB" w14:textId="5F9AEBFF" w:rsidR="009E16DF" w:rsidRPr="009658F0" w:rsidRDefault="009E16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HM’s withdrawal from soc </w:t>
      </w:r>
    </w:p>
    <w:p w14:paraId="37645A58" w14:textId="321792CE" w:rsidR="009E16DF" w:rsidRPr="009658F0" w:rsidRDefault="009E16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lastRenderedPageBreak/>
        <w:t>does not begin at entrance</w:t>
      </w:r>
    </w:p>
    <w:p w14:paraId="54AF90CE" w14:textId="3EC3A4D0" w:rsidR="009E16DF" w:rsidRPr="009658F0" w:rsidRDefault="009E16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to monastery</w:t>
      </w:r>
    </w:p>
    <w:p w14:paraId="6F4CFEA8" w14:textId="3B9F7D4B" w:rsidR="009E16DF" w:rsidRPr="009658F0" w:rsidRDefault="009E16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Peter Brown – “Life of </w:t>
      </w:r>
      <w:commentRangeStart w:id="12"/>
      <w:r w:rsidR="004B147A" w:rsidRPr="009658F0">
        <w:rPr>
          <w:rFonts w:ascii="Times New Roman" w:hAnsi="Times New Roman" w:cs="Times New Roman"/>
          <w:sz w:val="24"/>
          <w:szCs w:val="24"/>
        </w:rPr>
        <w:t>Aug</w:t>
      </w:r>
      <w:commentRangeEnd w:id="12"/>
      <w:r w:rsidR="004B147A" w:rsidRPr="009658F0">
        <w:rPr>
          <w:rStyle w:val="CommentReference"/>
          <w:rFonts w:ascii="Times New Roman" w:hAnsi="Times New Roman" w:cs="Times New Roman"/>
        </w:rPr>
        <w:commentReference w:id="12"/>
      </w:r>
    </w:p>
    <w:p w14:paraId="30E0D83F" w14:textId="6C27FCA5" w:rsidR="009E16DF" w:rsidRPr="009658F0" w:rsidRDefault="009E16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men Self – </w:t>
      </w:r>
      <w:r w:rsidR="004B147A" w:rsidRPr="009658F0">
        <w:rPr>
          <w:rFonts w:ascii="Times New Roman" w:hAnsi="Times New Roman" w:cs="Times New Roman"/>
          <w:sz w:val="24"/>
          <w:szCs w:val="24"/>
        </w:rPr>
        <w:t xml:space="preserve">motivation </w:t>
      </w:r>
    </w:p>
    <w:p w14:paraId="0FC4D365" w14:textId="2EEF6CFF" w:rsidR="009E16DF" w:rsidRPr="009658F0" w:rsidRDefault="009E16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long </w:t>
      </w:r>
      <w:proofErr w:type="gramStart"/>
      <w:r w:rsidRPr="009658F0">
        <w:rPr>
          <w:rFonts w:ascii="Times New Roman" w:hAnsi="Times New Roman" w:cs="Times New Roman"/>
          <w:sz w:val="24"/>
          <w:szCs w:val="24"/>
        </w:rPr>
        <w:t>dra</w:t>
      </w:r>
      <w:r w:rsidR="004B147A" w:rsidRPr="009658F0">
        <w:rPr>
          <w:rFonts w:ascii="Times New Roman" w:hAnsi="Times New Roman" w:cs="Times New Roman"/>
          <w:sz w:val="24"/>
          <w:szCs w:val="24"/>
        </w:rPr>
        <w:t>w</w:t>
      </w:r>
      <w:r w:rsidRPr="009658F0">
        <w:rPr>
          <w:rFonts w:ascii="Times New Roman" w:hAnsi="Times New Roman" w:cs="Times New Roman"/>
          <w:sz w:val="24"/>
          <w:szCs w:val="24"/>
        </w:rPr>
        <w:t>n out</w:t>
      </w:r>
      <w:proofErr w:type="gramEnd"/>
      <w:r w:rsidRPr="009658F0">
        <w:rPr>
          <w:rFonts w:ascii="Times New Roman" w:hAnsi="Times New Roman" w:cs="Times New Roman"/>
          <w:sz w:val="24"/>
          <w:szCs w:val="24"/>
        </w:rPr>
        <w:t xml:space="preserve"> </w:t>
      </w:r>
      <w:r w:rsidR="004B147A" w:rsidRPr="009658F0">
        <w:rPr>
          <w:rFonts w:ascii="Times New Roman" w:hAnsi="Times New Roman" w:cs="Times New Roman"/>
          <w:sz w:val="24"/>
          <w:szCs w:val="24"/>
        </w:rPr>
        <w:t>matter</w:t>
      </w:r>
      <w:r w:rsidRPr="009658F0">
        <w:rPr>
          <w:rFonts w:ascii="Times New Roman" w:hAnsi="Times New Roman" w:cs="Times New Roman"/>
          <w:sz w:val="24"/>
          <w:szCs w:val="24"/>
        </w:rPr>
        <w:t xml:space="preserve"> of</w:t>
      </w:r>
    </w:p>
    <w:p w14:paraId="7915176E" w14:textId="31A1C4DC" w:rsidR="009E16DF" w:rsidRPr="009658F0" w:rsidRDefault="009E16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total dissociation, Attitude</w:t>
      </w:r>
    </w:p>
    <w:p w14:paraId="6BE73605" w14:textId="2F5DF819" w:rsidR="009E16DF" w:rsidRPr="009658F0" w:rsidRDefault="009E16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to food – against </w:t>
      </w:r>
      <w:r w:rsidR="004B147A" w:rsidRPr="009658F0">
        <w:rPr>
          <w:rFonts w:ascii="Times New Roman" w:hAnsi="Times New Roman" w:cs="Times New Roman"/>
          <w:sz w:val="24"/>
          <w:szCs w:val="24"/>
        </w:rPr>
        <w:t>peasant</w:t>
      </w:r>
    </w:p>
    <w:p w14:paraId="1FF03ABD" w14:textId="20D37344" w:rsidR="009E16DF" w:rsidRPr="009658F0" w:rsidRDefault="009E16DF"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 xml:space="preserve">commensality </w:t>
      </w:r>
    </w:p>
    <w:p w14:paraId="713311B5" w14:textId="77777777" w:rsidR="00A02E5A" w:rsidRPr="009658F0" w:rsidRDefault="00A02E5A" w:rsidP="006C1960">
      <w:pPr>
        <w:spacing w:after="120" w:line="360" w:lineRule="auto"/>
        <w:rPr>
          <w:rFonts w:ascii="Times New Roman" w:hAnsi="Times New Roman" w:cs="Times New Roman"/>
          <w:sz w:val="24"/>
          <w:szCs w:val="24"/>
        </w:rPr>
      </w:pPr>
    </w:p>
    <w:p w14:paraId="6084005C" w14:textId="77777777" w:rsidR="009E16DF" w:rsidRPr="009658F0" w:rsidRDefault="009E16DF" w:rsidP="006C1960">
      <w:pPr>
        <w:spacing w:line="360" w:lineRule="auto"/>
        <w:rPr>
          <w:rFonts w:ascii="Times New Roman" w:eastAsiaTheme="majorEastAsia" w:hAnsi="Times New Roman" w:cs="Times New Roman"/>
          <w:b/>
          <w:bCs/>
          <w:sz w:val="24"/>
          <w:szCs w:val="24"/>
          <w:highlight w:val="yellow"/>
        </w:rPr>
      </w:pPr>
      <w:r w:rsidRPr="009658F0">
        <w:rPr>
          <w:rFonts w:ascii="Times New Roman" w:hAnsi="Times New Roman" w:cs="Times New Roman"/>
          <w:sz w:val="24"/>
          <w:szCs w:val="24"/>
          <w:highlight w:val="yellow"/>
        </w:rPr>
        <w:br w:type="page"/>
      </w:r>
    </w:p>
    <w:p w14:paraId="3B7C9781" w14:textId="59E3E93E" w:rsidR="00A533E0" w:rsidRPr="009658F0" w:rsidRDefault="00A02E5A" w:rsidP="00403857">
      <w:pPr>
        <w:pStyle w:val="Heading1"/>
        <w:spacing w:after="120" w:line="360" w:lineRule="auto"/>
        <w:rPr>
          <w:rFonts w:ascii="Times New Roman" w:eastAsiaTheme="minorEastAsia" w:hAnsi="Times New Roman" w:cs="Times New Roman"/>
          <w:b w:val="0"/>
          <w:bCs w:val="0"/>
          <w:color w:val="auto"/>
          <w:sz w:val="24"/>
          <w:szCs w:val="24"/>
        </w:rPr>
      </w:pPr>
      <w:r w:rsidRPr="002E78A9">
        <w:rPr>
          <w:rFonts w:ascii="Times New Roman" w:hAnsi="Times New Roman" w:cs="Times New Roman"/>
          <w:b w:val="0"/>
          <w:bCs w:val="0"/>
          <w:color w:val="auto"/>
          <w:sz w:val="24"/>
          <w:szCs w:val="24"/>
          <w:highlight w:val="yellow"/>
        </w:rPr>
        <w:lastRenderedPageBreak/>
        <w:t>VICTOR PAGE 31</w:t>
      </w:r>
      <w:r w:rsidRPr="009658F0">
        <w:rPr>
          <w:rFonts w:ascii="Times New Roman" w:hAnsi="Times New Roman" w:cs="Times New Roman"/>
          <w:color w:val="auto"/>
          <w:sz w:val="24"/>
          <w:szCs w:val="24"/>
        </w:rPr>
        <w:br/>
      </w:r>
      <w:proofErr w:type="spellStart"/>
      <w:r w:rsidR="00A533E0" w:rsidRPr="009658F0">
        <w:rPr>
          <w:rFonts w:ascii="Times New Roman" w:eastAsiaTheme="minorEastAsia" w:hAnsi="Times New Roman" w:cs="Times New Roman"/>
          <w:b w:val="0"/>
          <w:bCs w:val="0"/>
          <w:color w:val="auto"/>
          <w:sz w:val="24"/>
          <w:szCs w:val="24"/>
        </w:rPr>
        <w:t>Assocn</w:t>
      </w:r>
      <w:proofErr w:type="spellEnd"/>
      <w:r w:rsidR="00A533E0" w:rsidRPr="009658F0">
        <w:rPr>
          <w:rFonts w:ascii="Times New Roman" w:eastAsiaTheme="minorEastAsia" w:hAnsi="Times New Roman" w:cs="Times New Roman"/>
          <w:b w:val="0"/>
          <w:bCs w:val="0"/>
          <w:color w:val="auto"/>
          <w:sz w:val="24"/>
          <w:szCs w:val="24"/>
        </w:rPr>
        <w:t xml:space="preserve"> </w:t>
      </w:r>
      <w:r w:rsidRPr="009658F0">
        <w:rPr>
          <w:rFonts w:ascii="Times New Roman" w:eastAsiaTheme="minorEastAsia" w:hAnsi="Times New Roman" w:cs="Times New Roman"/>
          <w:b w:val="0"/>
          <w:bCs w:val="0"/>
          <w:color w:val="auto"/>
          <w:sz w:val="24"/>
          <w:szCs w:val="24"/>
        </w:rPr>
        <w:t>w. wild animals.</w:t>
      </w:r>
    </w:p>
    <w:p w14:paraId="0DFE5EAE" w14:textId="1777DCD9" w:rsidR="00A533E0" w:rsidRPr="009658F0" w:rsidRDefault="00A02E5A" w:rsidP="00403857">
      <w:pPr>
        <w:spacing w:after="120"/>
        <w:rPr>
          <w:rFonts w:ascii="Times New Roman" w:hAnsi="Times New Roman" w:cs="Times New Roman"/>
          <w:sz w:val="24"/>
          <w:szCs w:val="24"/>
        </w:rPr>
      </w:pPr>
      <w:r w:rsidRPr="009658F0">
        <w:rPr>
          <w:rFonts w:ascii="Times New Roman" w:hAnsi="Times New Roman" w:cs="Times New Roman"/>
          <w:sz w:val="24"/>
          <w:szCs w:val="24"/>
        </w:rPr>
        <w:t xml:space="preserve">Baruk </w:t>
      </w:r>
      <w:proofErr w:type="spellStart"/>
      <w:r w:rsidR="002A527D" w:rsidRPr="009658F0">
        <w:rPr>
          <w:rFonts w:ascii="Times New Roman" w:hAnsi="Times New Roman" w:cs="Times New Roman"/>
          <w:sz w:val="24"/>
          <w:szCs w:val="24"/>
        </w:rPr>
        <w:t>Amlak</w:t>
      </w:r>
      <w:proofErr w:type="spellEnd"/>
      <w:r w:rsidRPr="009658F0">
        <w:rPr>
          <w:rFonts w:ascii="Times New Roman" w:hAnsi="Times New Roman" w:cs="Times New Roman"/>
          <w:sz w:val="24"/>
          <w:szCs w:val="24"/>
        </w:rPr>
        <w:t xml:space="preserve"> </w:t>
      </w:r>
      <w:r w:rsidR="002A527D" w:rsidRPr="009658F0">
        <w:rPr>
          <w:rFonts w:ascii="Times New Roman" w:hAnsi="Times New Roman" w:cs="Times New Roman"/>
          <w:sz w:val="24"/>
          <w:szCs w:val="24"/>
        </w:rPr>
        <w:t xml:space="preserve">- </w:t>
      </w:r>
      <w:r w:rsidRPr="009658F0">
        <w:rPr>
          <w:rFonts w:ascii="Times New Roman" w:hAnsi="Times New Roman" w:cs="Times New Roman"/>
          <w:sz w:val="24"/>
          <w:szCs w:val="24"/>
        </w:rPr>
        <w:t xml:space="preserve">all </w:t>
      </w:r>
      <w:r w:rsidR="00403857" w:rsidRPr="009658F0">
        <w:rPr>
          <w:rFonts w:ascii="Times New Roman" w:hAnsi="Times New Roman" w:cs="Times New Roman"/>
          <w:sz w:val="24"/>
          <w:szCs w:val="24"/>
        </w:rPr>
        <w:t xml:space="preserve">[ditto marks] </w:t>
      </w:r>
      <w:r w:rsidR="00A533E0" w:rsidRPr="009658F0">
        <w:rPr>
          <w:rFonts w:ascii="Times New Roman" w:hAnsi="Times New Roman" w:cs="Times New Roman"/>
          <w:sz w:val="24"/>
          <w:szCs w:val="24"/>
        </w:rPr>
        <w:t>[illegible]</w:t>
      </w:r>
      <w:r w:rsidRPr="009658F0">
        <w:rPr>
          <w:rFonts w:ascii="Times New Roman" w:hAnsi="Times New Roman" w:cs="Times New Roman"/>
          <w:sz w:val="24"/>
          <w:szCs w:val="24"/>
        </w:rPr>
        <w:t xml:space="preserve">. </w:t>
      </w:r>
    </w:p>
    <w:p w14:paraId="491A93D1" w14:textId="77777777" w:rsidR="00403857" w:rsidRPr="009658F0" w:rsidRDefault="00A02E5A" w:rsidP="00403857">
      <w:pPr>
        <w:spacing w:after="120"/>
        <w:rPr>
          <w:rFonts w:ascii="Times New Roman" w:hAnsi="Times New Roman" w:cs="Times New Roman"/>
          <w:sz w:val="24"/>
          <w:szCs w:val="24"/>
        </w:rPr>
      </w:pPr>
      <w:r w:rsidRPr="009658F0">
        <w:rPr>
          <w:rFonts w:ascii="Times New Roman" w:hAnsi="Times New Roman" w:cs="Times New Roman"/>
          <w:sz w:val="24"/>
          <w:szCs w:val="24"/>
        </w:rPr>
        <w:t xml:space="preserve">Silvanus </w:t>
      </w:r>
      <w:r w:rsidR="002A527D" w:rsidRPr="009658F0">
        <w:rPr>
          <w:rFonts w:ascii="Times New Roman" w:hAnsi="Times New Roman" w:cs="Times New Roman"/>
          <w:sz w:val="24"/>
          <w:szCs w:val="24"/>
        </w:rPr>
        <w:t xml:space="preserve">– of </w:t>
      </w:r>
      <w:proofErr w:type="gramStart"/>
      <w:r w:rsidRPr="009658F0">
        <w:rPr>
          <w:rFonts w:ascii="Times New Roman" w:hAnsi="Times New Roman" w:cs="Times New Roman"/>
          <w:sz w:val="24"/>
          <w:szCs w:val="24"/>
        </w:rPr>
        <w:t>understand</w:t>
      </w:r>
      <w:proofErr w:type="gramEnd"/>
      <w:r w:rsidRPr="009658F0">
        <w:rPr>
          <w:rFonts w:ascii="Times New Roman" w:hAnsi="Times New Roman" w:cs="Times New Roman"/>
          <w:sz w:val="24"/>
          <w:szCs w:val="24"/>
        </w:rPr>
        <w:t xml:space="preserve"> animals.</w:t>
      </w:r>
    </w:p>
    <w:p w14:paraId="01041F6F" w14:textId="3F71DB77" w:rsidR="00403857" w:rsidRPr="009658F0" w:rsidRDefault="00403857" w:rsidP="00403857">
      <w:pPr>
        <w:spacing w:after="120"/>
        <w:rPr>
          <w:rFonts w:ascii="Times New Roman" w:hAnsi="Times New Roman" w:cs="Times New Roman"/>
          <w:sz w:val="24"/>
          <w:szCs w:val="24"/>
        </w:rPr>
      </w:pPr>
      <w:r w:rsidRPr="009658F0">
        <w:rPr>
          <w:rFonts w:ascii="Times New Roman" w:hAnsi="Times New Roman" w:cs="Times New Roman"/>
          <w:sz w:val="24"/>
          <w:szCs w:val="24"/>
        </w:rPr>
        <w:t xml:space="preserve">[Illegible] </w:t>
      </w:r>
      <w:r w:rsidR="00A533E0" w:rsidRPr="009658F0">
        <w:rPr>
          <w:rFonts w:ascii="Times New Roman" w:hAnsi="Times New Roman" w:cs="Times New Roman"/>
          <w:sz w:val="24"/>
          <w:szCs w:val="24"/>
        </w:rPr>
        <w:t xml:space="preserve">w. [illegible] </w:t>
      </w:r>
      <w:r w:rsidRPr="009658F0">
        <w:rPr>
          <w:rFonts w:ascii="Times New Roman" w:hAnsi="Times New Roman" w:cs="Times New Roman"/>
          <w:sz w:val="24"/>
          <w:szCs w:val="24"/>
        </w:rPr>
        <w:t xml:space="preserve">paradisial </w:t>
      </w:r>
    </w:p>
    <w:p w14:paraId="0F715CD1" w14:textId="0DFD4737" w:rsidR="00403857" w:rsidRPr="009658F0" w:rsidRDefault="00A533E0" w:rsidP="00403857">
      <w:pPr>
        <w:spacing w:after="120"/>
        <w:rPr>
          <w:rFonts w:ascii="Times New Roman" w:hAnsi="Times New Roman" w:cs="Times New Roman"/>
          <w:sz w:val="24"/>
          <w:szCs w:val="24"/>
        </w:rPr>
      </w:pPr>
      <w:r w:rsidRPr="009658F0">
        <w:rPr>
          <w:rFonts w:ascii="Times New Roman" w:hAnsi="Times New Roman" w:cs="Times New Roman"/>
          <w:sz w:val="24"/>
          <w:szCs w:val="24"/>
        </w:rPr>
        <w:t>S</w:t>
      </w:r>
      <w:r w:rsidR="002A527D" w:rsidRPr="009658F0">
        <w:rPr>
          <w:rFonts w:ascii="Times New Roman" w:hAnsi="Times New Roman" w:cs="Times New Roman"/>
          <w:sz w:val="24"/>
          <w:szCs w:val="24"/>
        </w:rPr>
        <w:t>yndromes (?)</w:t>
      </w:r>
      <w:r w:rsidR="00A02E5A" w:rsidRPr="009658F0">
        <w:rPr>
          <w:rFonts w:ascii="Times New Roman" w:hAnsi="Times New Roman" w:cs="Times New Roman"/>
          <w:sz w:val="24"/>
          <w:szCs w:val="24"/>
        </w:rPr>
        <w:t xml:space="preserve"> - Eliade.</w:t>
      </w:r>
    </w:p>
    <w:p w14:paraId="49581A63" w14:textId="48A1BA6F" w:rsidR="00403857" w:rsidRPr="009658F0" w:rsidRDefault="00A533E0" w:rsidP="00403857">
      <w:pPr>
        <w:spacing w:after="120"/>
        <w:rPr>
          <w:rFonts w:ascii="Times New Roman" w:hAnsi="Times New Roman" w:cs="Times New Roman"/>
          <w:sz w:val="24"/>
          <w:szCs w:val="24"/>
        </w:rPr>
      </w:pPr>
      <w:r w:rsidRPr="009658F0">
        <w:rPr>
          <w:rFonts w:ascii="Times New Roman" w:hAnsi="Times New Roman" w:cs="Times New Roman"/>
          <w:sz w:val="24"/>
          <w:szCs w:val="24"/>
        </w:rPr>
        <w:t xml:space="preserve">Prelapsarian </w:t>
      </w:r>
      <w:r w:rsidR="00A02E5A" w:rsidRPr="009658F0">
        <w:rPr>
          <w:rFonts w:ascii="Times New Roman" w:hAnsi="Times New Roman" w:cs="Times New Roman"/>
          <w:sz w:val="24"/>
          <w:szCs w:val="24"/>
        </w:rPr>
        <w:t>life</w:t>
      </w:r>
    </w:p>
    <w:p w14:paraId="0B639945" w14:textId="7F7A09AA" w:rsidR="00A533E0" w:rsidRPr="009658F0" w:rsidRDefault="00A533E0" w:rsidP="00403857">
      <w:pPr>
        <w:spacing w:after="120"/>
        <w:rPr>
          <w:rFonts w:ascii="Times New Roman" w:hAnsi="Times New Roman" w:cs="Times New Roman"/>
          <w:sz w:val="24"/>
          <w:szCs w:val="24"/>
        </w:rPr>
      </w:pPr>
      <w:r w:rsidRPr="009658F0">
        <w:rPr>
          <w:rFonts w:ascii="Times New Roman" w:hAnsi="Times New Roman" w:cs="Times New Roman"/>
          <w:sz w:val="24"/>
          <w:szCs w:val="24"/>
        </w:rPr>
        <w:t>Res.</w:t>
      </w:r>
      <w:r w:rsidR="00A02E5A" w:rsidRPr="009658F0">
        <w:rPr>
          <w:rFonts w:ascii="Times New Roman" w:hAnsi="Times New Roman" w:cs="Times New Roman"/>
          <w:sz w:val="24"/>
          <w:szCs w:val="24"/>
        </w:rPr>
        <w:t xml:space="preserve"> in wilderness. </w:t>
      </w:r>
    </w:p>
    <w:p w14:paraId="5C1C16C5" w14:textId="13F3DC90" w:rsidR="00A533E0" w:rsidRPr="009658F0" w:rsidRDefault="00A533E0" w:rsidP="00403857">
      <w:pPr>
        <w:spacing w:after="120"/>
        <w:rPr>
          <w:rFonts w:ascii="Times New Roman" w:hAnsi="Times New Roman" w:cs="Times New Roman"/>
          <w:sz w:val="24"/>
          <w:szCs w:val="24"/>
        </w:rPr>
      </w:pPr>
      <w:r w:rsidRPr="009658F0">
        <w:rPr>
          <w:rFonts w:ascii="Times New Roman" w:hAnsi="Times New Roman" w:cs="Times New Roman"/>
          <w:sz w:val="24"/>
          <w:szCs w:val="24"/>
        </w:rPr>
        <w:t xml:space="preserve">Restricted </w:t>
      </w:r>
      <w:proofErr w:type="spellStart"/>
      <w:r w:rsidR="002A527D" w:rsidRPr="009658F0">
        <w:rPr>
          <w:rFonts w:ascii="Times New Roman" w:hAnsi="Times New Roman" w:cs="Times New Roman"/>
          <w:sz w:val="24"/>
          <w:szCs w:val="24"/>
        </w:rPr>
        <w:t>movt</w:t>
      </w:r>
      <w:proofErr w:type="spellEnd"/>
      <w:r w:rsidRPr="009658F0">
        <w:rPr>
          <w:rFonts w:ascii="Times New Roman" w:hAnsi="Times New Roman" w:cs="Times New Roman"/>
          <w:sz w:val="24"/>
          <w:szCs w:val="24"/>
        </w:rPr>
        <w:t>. Julian of</w:t>
      </w:r>
    </w:p>
    <w:p w14:paraId="02D0C3BB" w14:textId="0D614600" w:rsidR="00403857" w:rsidRPr="009658F0" w:rsidRDefault="00A533E0" w:rsidP="00403857">
      <w:pPr>
        <w:spacing w:after="120"/>
        <w:rPr>
          <w:rFonts w:ascii="Times New Roman" w:hAnsi="Times New Roman" w:cs="Times New Roman"/>
          <w:sz w:val="24"/>
          <w:szCs w:val="24"/>
        </w:rPr>
      </w:pPr>
      <w:r w:rsidRPr="009658F0">
        <w:rPr>
          <w:rFonts w:ascii="Times New Roman" w:hAnsi="Times New Roman" w:cs="Times New Roman"/>
          <w:sz w:val="24"/>
          <w:szCs w:val="24"/>
        </w:rPr>
        <w:t>Norwich.</w:t>
      </w:r>
    </w:p>
    <w:p w14:paraId="1F5BE76A" w14:textId="178FCDA4" w:rsidR="00A533E0" w:rsidRPr="009658F0" w:rsidRDefault="00A533E0" w:rsidP="00403857">
      <w:pPr>
        <w:spacing w:after="120"/>
        <w:rPr>
          <w:rFonts w:ascii="Times New Roman" w:hAnsi="Times New Roman" w:cs="Times New Roman"/>
          <w:sz w:val="24"/>
          <w:szCs w:val="24"/>
        </w:rPr>
      </w:pPr>
      <w:r w:rsidRPr="009658F0">
        <w:rPr>
          <w:rFonts w:ascii="Times New Roman" w:hAnsi="Times New Roman" w:cs="Times New Roman"/>
          <w:sz w:val="24"/>
          <w:szCs w:val="24"/>
        </w:rPr>
        <w:t>No sitting during Lent</w:t>
      </w:r>
    </w:p>
    <w:p w14:paraId="061A3B17" w14:textId="67C71EA0" w:rsidR="00403857" w:rsidRPr="009658F0" w:rsidRDefault="00A533E0" w:rsidP="00403857">
      <w:pPr>
        <w:spacing w:after="120"/>
        <w:rPr>
          <w:rFonts w:ascii="Times New Roman" w:hAnsi="Times New Roman" w:cs="Times New Roman"/>
          <w:sz w:val="24"/>
          <w:szCs w:val="24"/>
        </w:rPr>
      </w:pPr>
      <w:r w:rsidRPr="009658F0">
        <w:rPr>
          <w:rFonts w:ascii="Times New Roman" w:hAnsi="Times New Roman" w:cs="Times New Roman"/>
          <w:sz w:val="24"/>
          <w:szCs w:val="24"/>
        </w:rPr>
        <w:t>Repeated bowing and prayer</w:t>
      </w:r>
    </w:p>
    <w:p w14:paraId="25863707" w14:textId="5CEEDBE8" w:rsidR="00403857" w:rsidRPr="009658F0" w:rsidRDefault="00A02E5A" w:rsidP="00403857">
      <w:pPr>
        <w:spacing w:after="120"/>
        <w:rPr>
          <w:rFonts w:ascii="Times New Roman" w:hAnsi="Times New Roman" w:cs="Times New Roman"/>
          <w:sz w:val="24"/>
          <w:szCs w:val="24"/>
        </w:rPr>
      </w:pPr>
      <w:r w:rsidRPr="009658F0">
        <w:rPr>
          <w:rFonts w:ascii="Times New Roman" w:hAnsi="Times New Roman" w:cs="Times New Roman"/>
          <w:sz w:val="24"/>
          <w:szCs w:val="24"/>
        </w:rPr>
        <w:t>Angelic imagery.</w:t>
      </w:r>
    </w:p>
    <w:p w14:paraId="09424004" w14:textId="58BEC147" w:rsidR="00A533E0" w:rsidRPr="009658F0" w:rsidRDefault="00A02E5A" w:rsidP="00403857">
      <w:pPr>
        <w:spacing w:after="120"/>
        <w:rPr>
          <w:rFonts w:ascii="Times New Roman" w:hAnsi="Times New Roman" w:cs="Times New Roman"/>
          <w:sz w:val="24"/>
          <w:szCs w:val="24"/>
        </w:rPr>
      </w:pPr>
      <w:r w:rsidRPr="009658F0">
        <w:rPr>
          <w:rFonts w:ascii="Times New Roman" w:hAnsi="Times New Roman" w:cs="Times New Roman"/>
          <w:sz w:val="24"/>
          <w:szCs w:val="24"/>
        </w:rPr>
        <w:t>Angels &amp;</w:t>
      </w:r>
      <w:r w:rsidR="00403857" w:rsidRPr="009658F0">
        <w:rPr>
          <w:rFonts w:ascii="Times New Roman" w:hAnsi="Times New Roman" w:cs="Times New Roman"/>
          <w:sz w:val="24"/>
          <w:szCs w:val="24"/>
        </w:rPr>
        <w:t xml:space="preserve"> </w:t>
      </w:r>
      <w:r w:rsidR="00A533E0" w:rsidRPr="009658F0">
        <w:rPr>
          <w:rFonts w:ascii="Times New Roman" w:hAnsi="Times New Roman" w:cs="Times New Roman"/>
          <w:sz w:val="24"/>
          <w:szCs w:val="24"/>
        </w:rPr>
        <w:t>HM</w:t>
      </w:r>
      <w:r w:rsidRPr="009658F0">
        <w:rPr>
          <w:rFonts w:ascii="Times New Roman" w:hAnsi="Times New Roman" w:cs="Times New Roman"/>
          <w:sz w:val="24"/>
          <w:szCs w:val="24"/>
        </w:rPr>
        <w:t>: Kedus =</w:t>
      </w:r>
    </w:p>
    <w:p w14:paraId="430DF54C" w14:textId="77777777" w:rsidR="00403857" w:rsidRPr="009658F0" w:rsidRDefault="00A02E5A" w:rsidP="00403857">
      <w:pPr>
        <w:spacing w:after="120"/>
        <w:rPr>
          <w:rFonts w:ascii="Times New Roman" w:hAnsi="Times New Roman" w:cs="Times New Roman"/>
          <w:sz w:val="24"/>
          <w:szCs w:val="24"/>
        </w:rPr>
      </w:pPr>
      <w:r w:rsidRPr="009658F0">
        <w:rPr>
          <w:rFonts w:ascii="Times New Roman" w:hAnsi="Times New Roman" w:cs="Times New Roman"/>
          <w:sz w:val="24"/>
          <w:szCs w:val="24"/>
        </w:rPr>
        <w:t xml:space="preserve"> Saint. Appeared as monks.</w:t>
      </w:r>
    </w:p>
    <w:p w14:paraId="65F165A6" w14:textId="7346E755" w:rsidR="00A533E0" w:rsidRPr="009658F0" w:rsidRDefault="00A02E5A" w:rsidP="00403857">
      <w:pPr>
        <w:spacing w:after="120"/>
        <w:rPr>
          <w:rFonts w:ascii="Times New Roman" w:hAnsi="Times New Roman" w:cs="Times New Roman"/>
          <w:sz w:val="24"/>
          <w:szCs w:val="24"/>
        </w:rPr>
      </w:pPr>
      <w:proofErr w:type="spellStart"/>
      <w:r w:rsidRPr="009658F0">
        <w:rPr>
          <w:rFonts w:ascii="Times New Roman" w:hAnsi="Times New Roman" w:cs="Times New Roman"/>
          <w:sz w:val="24"/>
          <w:szCs w:val="24"/>
        </w:rPr>
        <w:t>Askema</w:t>
      </w:r>
      <w:proofErr w:type="spellEnd"/>
      <w:r w:rsidRPr="009658F0">
        <w:rPr>
          <w:rFonts w:ascii="Times New Roman" w:hAnsi="Times New Roman" w:cs="Times New Roman"/>
          <w:sz w:val="24"/>
          <w:szCs w:val="24"/>
        </w:rPr>
        <w:t xml:space="preserve"> = </w:t>
      </w:r>
      <w:r w:rsidR="00A533E0" w:rsidRPr="009658F0">
        <w:rPr>
          <w:rFonts w:ascii="Times New Roman" w:hAnsi="Times New Roman" w:cs="Times New Roman"/>
          <w:sz w:val="24"/>
          <w:szCs w:val="24"/>
        </w:rPr>
        <w:t>as</w:t>
      </w:r>
      <w:r w:rsidRPr="009658F0">
        <w:rPr>
          <w:rFonts w:ascii="Times New Roman" w:hAnsi="Times New Roman" w:cs="Times New Roman"/>
          <w:sz w:val="24"/>
          <w:szCs w:val="24"/>
        </w:rPr>
        <w:t xml:space="preserve"> of angels. </w:t>
      </w:r>
    </w:p>
    <w:p w14:paraId="1E0EAE06" w14:textId="795D82FE" w:rsidR="00862843" w:rsidRPr="009658F0" w:rsidRDefault="00A533E0" w:rsidP="00403857">
      <w:pPr>
        <w:spacing w:after="120"/>
        <w:rPr>
          <w:rFonts w:ascii="Times New Roman" w:hAnsi="Times New Roman" w:cs="Times New Roman"/>
          <w:sz w:val="24"/>
          <w:szCs w:val="24"/>
        </w:rPr>
      </w:pPr>
      <w:r w:rsidRPr="009658F0">
        <w:rPr>
          <w:rFonts w:ascii="Times New Roman" w:hAnsi="Times New Roman" w:cs="Times New Roman"/>
          <w:sz w:val="24"/>
          <w:szCs w:val="24"/>
        </w:rPr>
        <w:t xml:space="preserve">= </w:t>
      </w:r>
      <w:r w:rsidR="00A02E5A" w:rsidRPr="009658F0">
        <w:rPr>
          <w:rFonts w:ascii="Times New Roman" w:hAnsi="Times New Roman" w:cs="Times New Roman"/>
          <w:sz w:val="24"/>
          <w:szCs w:val="24"/>
        </w:rPr>
        <w:t xml:space="preserve">Monastic </w:t>
      </w:r>
      <w:r w:rsidR="002A527D" w:rsidRPr="009658F0">
        <w:rPr>
          <w:rFonts w:ascii="Times New Roman" w:hAnsi="Times New Roman" w:cs="Times New Roman"/>
          <w:sz w:val="24"/>
          <w:szCs w:val="24"/>
        </w:rPr>
        <w:t>habit</w:t>
      </w:r>
    </w:p>
    <w:p w14:paraId="154F698C" w14:textId="6376A74D" w:rsidR="00403857" w:rsidRPr="009658F0" w:rsidRDefault="00A02E5A" w:rsidP="00403857">
      <w:pPr>
        <w:spacing w:after="120"/>
        <w:rPr>
          <w:rFonts w:ascii="Times New Roman" w:hAnsi="Times New Roman" w:cs="Times New Roman"/>
          <w:sz w:val="24"/>
          <w:szCs w:val="24"/>
        </w:rPr>
      </w:pPr>
      <w:r w:rsidRPr="009658F0">
        <w:rPr>
          <w:rFonts w:ascii="Times New Roman" w:hAnsi="Times New Roman" w:cs="Times New Roman"/>
          <w:sz w:val="24"/>
          <w:szCs w:val="24"/>
        </w:rPr>
        <w:t>Angels original, HM</w:t>
      </w:r>
      <w:r w:rsidR="00A533E0" w:rsidRPr="009658F0">
        <w:rPr>
          <w:rFonts w:ascii="Times New Roman" w:hAnsi="Times New Roman" w:cs="Times New Roman"/>
          <w:sz w:val="24"/>
          <w:szCs w:val="24"/>
        </w:rPr>
        <w:t xml:space="preserve"> too</w:t>
      </w:r>
    </w:p>
    <w:p w14:paraId="2D1A7F3A" w14:textId="59FD14E1" w:rsidR="00403857" w:rsidRPr="009658F0" w:rsidRDefault="00A533E0" w:rsidP="00403857">
      <w:pPr>
        <w:spacing w:after="120"/>
        <w:rPr>
          <w:rFonts w:ascii="Times New Roman" w:hAnsi="Times New Roman" w:cs="Times New Roman"/>
          <w:sz w:val="24"/>
          <w:szCs w:val="24"/>
        </w:rPr>
      </w:pPr>
      <w:r w:rsidRPr="009658F0">
        <w:rPr>
          <w:rFonts w:ascii="Times New Roman" w:hAnsi="Times New Roman" w:cs="Times New Roman"/>
          <w:sz w:val="24"/>
          <w:szCs w:val="24"/>
        </w:rPr>
        <w:t xml:space="preserve">[Illegible] being </w:t>
      </w:r>
      <w:r w:rsidR="00A02E5A" w:rsidRPr="009658F0">
        <w:rPr>
          <w:rFonts w:ascii="Times New Roman" w:hAnsi="Times New Roman" w:cs="Times New Roman"/>
          <w:sz w:val="24"/>
          <w:szCs w:val="24"/>
        </w:rPr>
        <w:t>w. no flesh.</w:t>
      </w:r>
    </w:p>
    <w:p w14:paraId="4D1B9DE5" w14:textId="5D16E8C2" w:rsidR="00403857" w:rsidRPr="009658F0" w:rsidRDefault="00A533E0" w:rsidP="00403857">
      <w:pPr>
        <w:spacing w:after="120"/>
        <w:rPr>
          <w:rFonts w:ascii="Times New Roman" w:hAnsi="Times New Roman" w:cs="Times New Roman"/>
          <w:sz w:val="24"/>
          <w:szCs w:val="24"/>
        </w:rPr>
      </w:pPr>
      <w:proofErr w:type="spellStart"/>
      <w:r w:rsidRPr="009658F0">
        <w:rPr>
          <w:rFonts w:ascii="Times New Roman" w:hAnsi="Times New Roman" w:cs="Times New Roman"/>
          <w:sz w:val="24"/>
          <w:szCs w:val="24"/>
        </w:rPr>
        <w:t>X</w:t>
      </w:r>
      <w:r w:rsidR="002A527D" w:rsidRPr="009658F0">
        <w:rPr>
          <w:rFonts w:ascii="Times New Roman" w:hAnsi="Times New Roman" w:cs="Times New Roman"/>
          <w:sz w:val="24"/>
          <w:szCs w:val="24"/>
        </w:rPr>
        <w:t>ti</w:t>
      </w:r>
      <w:r w:rsidR="00A02E5A" w:rsidRPr="009658F0">
        <w:rPr>
          <w:rFonts w:ascii="Times New Roman" w:hAnsi="Times New Roman" w:cs="Times New Roman"/>
          <w:sz w:val="24"/>
          <w:szCs w:val="24"/>
        </w:rPr>
        <w:t>an</w:t>
      </w:r>
      <w:proofErr w:type="spellEnd"/>
      <w:r w:rsidR="00A02E5A" w:rsidRPr="009658F0">
        <w:rPr>
          <w:rFonts w:ascii="Times New Roman" w:hAnsi="Times New Roman" w:cs="Times New Roman"/>
          <w:sz w:val="24"/>
          <w:szCs w:val="24"/>
        </w:rPr>
        <w:t xml:space="preserve"> abbot of </w:t>
      </w:r>
      <w:proofErr w:type="spellStart"/>
      <w:r w:rsidR="00A02E5A" w:rsidRPr="009658F0">
        <w:rPr>
          <w:rFonts w:ascii="Times New Roman" w:hAnsi="Times New Roman" w:cs="Times New Roman"/>
          <w:sz w:val="24"/>
          <w:szCs w:val="24"/>
        </w:rPr>
        <w:t>Da</w:t>
      </w:r>
      <w:r w:rsidRPr="009658F0">
        <w:rPr>
          <w:rFonts w:ascii="Times New Roman" w:hAnsi="Times New Roman" w:cs="Times New Roman"/>
          <w:sz w:val="24"/>
          <w:szCs w:val="24"/>
        </w:rPr>
        <w:t>b</w:t>
      </w:r>
      <w:r w:rsidR="00A02E5A" w:rsidRPr="009658F0">
        <w:rPr>
          <w:rFonts w:ascii="Times New Roman" w:hAnsi="Times New Roman" w:cs="Times New Roman"/>
          <w:sz w:val="24"/>
          <w:szCs w:val="24"/>
        </w:rPr>
        <w:t>bra</w:t>
      </w:r>
      <w:proofErr w:type="spellEnd"/>
      <w:r w:rsidR="00A02E5A" w:rsidRPr="009658F0">
        <w:rPr>
          <w:rFonts w:ascii="Times New Roman" w:hAnsi="Times New Roman" w:cs="Times New Roman"/>
          <w:sz w:val="24"/>
          <w:szCs w:val="24"/>
        </w:rPr>
        <w:t xml:space="preserve"> </w:t>
      </w:r>
      <w:proofErr w:type="spellStart"/>
      <w:r w:rsidR="00A02E5A" w:rsidRPr="009658F0">
        <w:rPr>
          <w:rFonts w:ascii="Times New Roman" w:hAnsi="Times New Roman" w:cs="Times New Roman"/>
          <w:sz w:val="24"/>
          <w:szCs w:val="24"/>
        </w:rPr>
        <w:t>Libanos</w:t>
      </w:r>
      <w:proofErr w:type="spellEnd"/>
      <w:r w:rsidR="00A02E5A" w:rsidRPr="009658F0">
        <w:rPr>
          <w:rFonts w:ascii="Times New Roman" w:hAnsi="Times New Roman" w:cs="Times New Roman"/>
          <w:sz w:val="24"/>
          <w:szCs w:val="24"/>
        </w:rPr>
        <w:t>.</w:t>
      </w:r>
    </w:p>
    <w:p w14:paraId="6BA2D295" w14:textId="52EC3F54" w:rsidR="00403857" w:rsidRPr="009658F0" w:rsidRDefault="00A02E5A" w:rsidP="00403857">
      <w:pPr>
        <w:spacing w:after="120"/>
        <w:rPr>
          <w:rFonts w:ascii="Times New Roman" w:hAnsi="Times New Roman" w:cs="Times New Roman"/>
          <w:sz w:val="24"/>
          <w:szCs w:val="24"/>
        </w:rPr>
      </w:pPr>
      <w:r w:rsidRPr="009658F0">
        <w:rPr>
          <w:rFonts w:ascii="Times New Roman" w:hAnsi="Times New Roman" w:cs="Times New Roman"/>
          <w:sz w:val="24"/>
          <w:szCs w:val="24"/>
        </w:rPr>
        <w:t>Cel. meditate w. God.</w:t>
      </w:r>
    </w:p>
    <w:p w14:paraId="36468D08" w14:textId="4C466616" w:rsidR="00A533E0" w:rsidRPr="009658F0" w:rsidRDefault="00A02E5A" w:rsidP="00403857">
      <w:pPr>
        <w:spacing w:after="120"/>
        <w:rPr>
          <w:rFonts w:ascii="Times New Roman" w:hAnsi="Times New Roman" w:cs="Times New Roman"/>
          <w:sz w:val="24"/>
          <w:szCs w:val="24"/>
        </w:rPr>
      </w:pPr>
      <w:r w:rsidRPr="009658F0">
        <w:rPr>
          <w:rFonts w:ascii="Times New Roman" w:hAnsi="Times New Roman" w:cs="Times New Roman"/>
          <w:sz w:val="24"/>
          <w:szCs w:val="24"/>
        </w:rPr>
        <w:t xml:space="preserve">1270 </w:t>
      </w:r>
      <w:r w:rsidR="002A527D" w:rsidRPr="009658F0">
        <w:rPr>
          <w:rFonts w:ascii="Times New Roman" w:hAnsi="Times New Roman" w:cs="Times New Roman"/>
          <w:sz w:val="24"/>
          <w:szCs w:val="24"/>
        </w:rPr>
        <w:t xml:space="preserve"> </w:t>
      </w:r>
      <w:r w:rsidRPr="009658F0">
        <w:rPr>
          <w:rFonts w:ascii="Times New Roman" w:hAnsi="Times New Roman" w:cs="Times New Roman"/>
          <w:sz w:val="24"/>
          <w:szCs w:val="24"/>
        </w:rPr>
        <w:t xml:space="preserve">2 centuries of </w:t>
      </w:r>
    </w:p>
    <w:p w14:paraId="3467628C" w14:textId="43C73B66" w:rsidR="00403857" w:rsidRPr="009658F0" w:rsidRDefault="00A02E5A" w:rsidP="00403857">
      <w:pPr>
        <w:spacing w:after="120"/>
        <w:rPr>
          <w:rFonts w:ascii="Times New Roman" w:hAnsi="Times New Roman" w:cs="Times New Roman"/>
          <w:sz w:val="24"/>
          <w:szCs w:val="24"/>
        </w:rPr>
      </w:pPr>
      <w:r w:rsidRPr="009658F0">
        <w:rPr>
          <w:rFonts w:ascii="Times New Roman" w:hAnsi="Times New Roman" w:cs="Times New Roman"/>
          <w:sz w:val="24"/>
          <w:szCs w:val="24"/>
        </w:rPr>
        <w:t>mil. &amp; h</w:t>
      </w:r>
      <w:r w:rsidR="00A533E0" w:rsidRPr="009658F0">
        <w:rPr>
          <w:rFonts w:ascii="Times New Roman" w:hAnsi="Times New Roman" w:cs="Times New Roman"/>
          <w:sz w:val="24"/>
          <w:szCs w:val="24"/>
        </w:rPr>
        <w:t xml:space="preserve">oly </w:t>
      </w:r>
      <w:r w:rsidRPr="009658F0">
        <w:rPr>
          <w:rFonts w:ascii="Times New Roman" w:hAnsi="Times New Roman" w:cs="Times New Roman"/>
          <w:sz w:val="24"/>
          <w:szCs w:val="24"/>
        </w:rPr>
        <w:t>expansion.</w:t>
      </w:r>
    </w:p>
    <w:p w14:paraId="724E35B2" w14:textId="4D3E96FD" w:rsidR="00403857" w:rsidRPr="009658F0" w:rsidRDefault="00A02E5A" w:rsidP="00403857">
      <w:pPr>
        <w:spacing w:after="120"/>
        <w:rPr>
          <w:rFonts w:ascii="Times New Roman" w:hAnsi="Times New Roman" w:cs="Times New Roman"/>
          <w:sz w:val="24"/>
          <w:szCs w:val="24"/>
        </w:rPr>
      </w:pPr>
      <w:r w:rsidRPr="009658F0">
        <w:rPr>
          <w:rFonts w:ascii="Times New Roman" w:hAnsi="Times New Roman" w:cs="Times New Roman"/>
          <w:sz w:val="24"/>
          <w:szCs w:val="24"/>
        </w:rPr>
        <w:t>Zen warrior monk.</w:t>
      </w:r>
    </w:p>
    <w:p w14:paraId="6886DF0A" w14:textId="75334711" w:rsidR="00862843" w:rsidRPr="009658F0" w:rsidRDefault="002A527D" w:rsidP="00403857">
      <w:pPr>
        <w:spacing w:after="120"/>
        <w:rPr>
          <w:rFonts w:ascii="Times New Roman" w:hAnsi="Times New Roman" w:cs="Times New Roman"/>
          <w:sz w:val="24"/>
          <w:szCs w:val="24"/>
        </w:rPr>
      </w:pPr>
      <w:r w:rsidRPr="009658F0">
        <w:rPr>
          <w:rFonts w:ascii="Times New Roman" w:hAnsi="Times New Roman" w:cs="Times New Roman"/>
          <w:sz w:val="24"/>
          <w:szCs w:val="24"/>
        </w:rPr>
        <w:t>Winston K</w:t>
      </w:r>
      <w:r w:rsidR="00A02E5A" w:rsidRPr="009658F0">
        <w:rPr>
          <w:rFonts w:ascii="Times New Roman" w:hAnsi="Times New Roman" w:cs="Times New Roman"/>
          <w:sz w:val="24"/>
          <w:szCs w:val="24"/>
        </w:rPr>
        <w:t>ing.</w:t>
      </w:r>
      <w:r w:rsidR="00A02E5A" w:rsidRPr="009658F0">
        <w:rPr>
          <w:rFonts w:ascii="Times New Roman" w:hAnsi="Times New Roman" w:cs="Times New Roman"/>
          <w:sz w:val="24"/>
          <w:szCs w:val="24"/>
        </w:rPr>
        <w:br/>
      </w:r>
    </w:p>
    <w:p w14:paraId="17187F65" w14:textId="77777777" w:rsidR="00862843" w:rsidRPr="009658F0" w:rsidRDefault="00862843">
      <w:pPr>
        <w:rPr>
          <w:rFonts w:ascii="Times New Roman" w:hAnsi="Times New Roman" w:cs="Times New Roman"/>
          <w:sz w:val="24"/>
          <w:szCs w:val="24"/>
        </w:rPr>
      </w:pPr>
      <w:r w:rsidRPr="009658F0">
        <w:rPr>
          <w:rFonts w:ascii="Times New Roman" w:hAnsi="Times New Roman" w:cs="Times New Roman"/>
          <w:sz w:val="24"/>
          <w:szCs w:val="24"/>
        </w:rPr>
        <w:br w:type="page"/>
      </w:r>
    </w:p>
    <w:p w14:paraId="37DCF9C7" w14:textId="77777777" w:rsidR="00A02E5A" w:rsidRPr="00847B2F" w:rsidRDefault="00A02E5A" w:rsidP="00403857">
      <w:pPr>
        <w:spacing w:after="120"/>
        <w:rPr>
          <w:rFonts w:ascii="Times New Roman" w:hAnsi="Times New Roman" w:cs="Times New Roman"/>
          <w:sz w:val="24"/>
          <w:szCs w:val="24"/>
        </w:rPr>
      </w:pPr>
    </w:p>
    <w:p w14:paraId="53B8BE1A" w14:textId="4B3A4B3D" w:rsidR="0094210F" w:rsidRPr="009658F0" w:rsidRDefault="0094210F" w:rsidP="006C1960">
      <w:pPr>
        <w:spacing w:after="120" w:line="360" w:lineRule="auto"/>
        <w:rPr>
          <w:rFonts w:ascii="Times New Roman" w:hAnsi="Times New Roman" w:cs="Times New Roman"/>
          <w:sz w:val="24"/>
          <w:szCs w:val="24"/>
        </w:rPr>
      </w:pPr>
      <w:commentRangeStart w:id="13"/>
      <w:r w:rsidRPr="00847B2F">
        <w:rPr>
          <w:rStyle w:val="Heading1Char"/>
          <w:rFonts w:ascii="Times New Roman" w:hAnsi="Times New Roman" w:cs="Times New Roman"/>
          <w:b w:val="0"/>
          <w:bCs w:val="0"/>
          <w:color w:val="auto"/>
          <w:sz w:val="24"/>
          <w:szCs w:val="24"/>
          <w:highlight w:val="yellow"/>
        </w:rPr>
        <w:t xml:space="preserve">VICTOR </w:t>
      </w:r>
      <w:commentRangeEnd w:id="13"/>
      <w:r w:rsidR="00BC6BB8" w:rsidRPr="00847B2F">
        <w:rPr>
          <w:rStyle w:val="Heading1Char"/>
          <w:rFonts w:ascii="Times New Roman" w:hAnsi="Times New Roman" w:cs="Times New Roman"/>
          <w:b w:val="0"/>
          <w:bCs w:val="0"/>
          <w:color w:val="auto"/>
          <w:sz w:val="24"/>
          <w:szCs w:val="24"/>
          <w:highlight w:val="yellow"/>
        </w:rPr>
        <w:commentReference w:id="13"/>
      </w:r>
      <w:r w:rsidRPr="00847B2F">
        <w:rPr>
          <w:rStyle w:val="Heading1Char"/>
          <w:rFonts w:ascii="Times New Roman" w:hAnsi="Times New Roman" w:cs="Times New Roman"/>
          <w:b w:val="0"/>
          <w:bCs w:val="0"/>
          <w:color w:val="auto"/>
          <w:sz w:val="24"/>
          <w:szCs w:val="24"/>
          <w:highlight w:val="yellow"/>
        </w:rPr>
        <w:t>PAGE 32 TOP</w:t>
      </w:r>
      <w:r w:rsidRPr="009658F0">
        <w:rPr>
          <w:rStyle w:val="Heading1Char"/>
          <w:rFonts w:ascii="Times New Roman" w:hAnsi="Times New Roman" w:cs="Times New Roman"/>
          <w:b w:val="0"/>
          <w:bCs w:val="0"/>
          <w:color w:val="auto"/>
        </w:rPr>
        <w:br/>
      </w:r>
      <w:r w:rsidRPr="009658F0">
        <w:rPr>
          <w:rFonts w:ascii="Times New Roman" w:hAnsi="Times New Roman" w:cs="Times New Roman"/>
          <w:sz w:val="24"/>
          <w:szCs w:val="24"/>
        </w:rPr>
        <w:t xml:space="preserve">Books to come from </w:t>
      </w:r>
      <w:r w:rsidR="00A533E0" w:rsidRPr="009658F0">
        <w:rPr>
          <w:rFonts w:ascii="Times New Roman" w:hAnsi="Times New Roman" w:cs="Times New Roman"/>
          <w:sz w:val="24"/>
          <w:szCs w:val="24"/>
        </w:rPr>
        <w:t>library</w:t>
      </w:r>
      <w:r w:rsidRPr="009658F0">
        <w:rPr>
          <w:rFonts w:ascii="Times New Roman" w:hAnsi="Times New Roman" w:cs="Times New Roman"/>
          <w:sz w:val="24"/>
          <w:szCs w:val="24"/>
        </w:rPr>
        <w:t>, Virginia:</w:t>
      </w:r>
      <w:r w:rsidRPr="009658F0">
        <w:rPr>
          <w:rFonts w:ascii="Times New Roman" w:hAnsi="Times New Roman" w:cs="Times New Roman"/>
          <w:sz w:val="24"/>
          <w:szCs w:val="24"/>
        </w:rPr>
        <w:br/>
      </w:r>
      <w:r w:rsidRPr="009658F0">
        <w:rPr>
          <w:rFonts w:ascii="Times New Roman" w:hAnsi="Times New Roman" w:cs="Times New Roman"/>
          <w:sz w:val="24"/>
          <w:szCs w:val="24"/>
        </w:rPr>
        <w:br/>
        <w:t xml:space="preserve">1. M. Gaster, </w:t>
      </w:r>
      <w:r w:rsidRPr="009658F0">
        <w:rPr>
          <w:rFonts w:ascii="Times New Roman" w:hAnsi="Times New Roman" w:cs="Times New Roman"/>
          <w:sz w:val="24"/>
          <w:szCs w:val="24"/>
          <w:u w:val="single"/>
        </w:rPr>
        <w:t>Samaritan Oral Law and Ancient Traditions</w:t>
      </w:r>
      <w:r w:rsidRPr="009658F0">
        <w:rPr>
          <w:rFonts w:ascii="Times New Roman" w:hAnsi="Times New Roman" w:cs="Times New Roman"/>
          <w:sz w:val="24"/>
          <w:szCs w:val="24"/>
        </w:rPr>
        <w:br/>
        <w:t xml:space="preserve">2. G. Scholem, </w:t>
      </w:r>
      <w:r w:rsidRPr="009658F0">
        <w:rPr>
          <w:rFonts w:ascii="Times New Roman" w:hAnsi="Times New Roman" w:cs="Times New Roman"/>
          <w:sz w:val="24"/>
          <w:szCs w:val="24"/>
          <w:u w:val="single"/>
        </w:rPr>
        <w:t>Kabbalah</w:t>
      </w:r>
      <w:r w:rsidRPr="009658F0">
        <w:rPr>
          <w:rFonts w:ascii="Times New Roman" w:hAnsi="Times New Roman" w:cs="Times New Roman"/>
          <w:sz w:val="24"/>
          <w:szCs w:val="24"/>
        </w:rPr>
        <w:br/>
        <w:t xml:space="preserve">3. G. Scholem, </w:t>
      </w:r>
      <w:r w:rsidRPr="009658F0">
        <w:rPr>
          <w:rFonts w:ascii="Times New Roman" w:hAnsi="Times New Roman" w:cs="Times New Roman"/>
          <w:sz w:val="24"/>
          <w:szCs w:val="24"/>
          <w:u w:val="single"/>
        </w:rPr>
        <w:t>Jewish Gnosticism, Merkabah Mysticism and Talmudic Tradition</w:t>
      </w:r>
      <w:r w:rsidRPr="009658F0">
        <w:rPr>
          <w:rFonts w:ascii="Times New Roman" w:hAnsi="Times New Roman" w:cs="Times New Roman"/>
          <w:sz w:val="24"/>
          <w:szCs w:val="24"/>
        </w:rPr>
        <w:t xml:space="preserve"> 1955</w:t>
      </w:r>
      <w:r w:rsidRPr="009658F0">
        <w:rPr>
          <w:rFonts w:ascii="Times New Roman" w:hAnsi="Times New Roman" w:cs="Times New Roman"/>
          <w:sz w:val="24"/>
          <w:szCs w:val="24"/>
        </w:rPr>
        <w:br/>
      </w:r>
      <w:r w:rsidRPr="009658F0">
        <w:rPr>
          <w:rFonts w:ascii="Times New Roman" w:hAnsi="Times New Roman" w:cs="Times New Roman"/>
          <w:sz w:val="24"/>
          <w:szCs w:val="24"/>
        </w:rPr>
        <w:br/>
        <w:t>Sabbatai Sevi</w:t>
      </w:r>
      <w:r w:rsidRPr="009658F0">
        <w:rPr>
          <w:rFonts w:ascii="Times New Roman" w:hAnsi="Times New Roman" w:cs="Times New Roman"/>
          <w:sz w:val="24"/>
          <w:szCs w:val="24"/>
        </w:rPr>
        <w:br/>
      </w:r>
    </w:p>
    <w:p w14:paraId="3082CAA6" w14:textId="42604B4F" w:rsidR="00A72A34" w:rsidRPr="009658F0" w:rsidRDefault="00A72A34"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br w:type="page"/>
      </w:r>
    </w:p>
    <w:p w14:paraId="0335E25B" w14:textId="26DB3E10" w:rsidR="00A02E5A" w:rsidRPr="009658F0" w:rsidRDefault="00A72A34" w:rsidP="00862843">
      <w:pPr>
        <w:pStyle w:val="Heading1"/>
        <w:rPr>
          <w:rFonts w:ascii="Times New Roman" w:hAnsi="Times New Roman" w:cs="Times New Roman"/>
          <w:color w:val="auto"/>
        </w:rPr>
      </w:pPr>
      <w:r w:rsidRPr="0049142A">
        <w:rPr>
          <w:rFonts w:ascii="Times New Roman" w:hAnsi="Times New Roman" w:cs="Times New Roman"/>
          <w:color w:val="auto"/>
          <w:highlight w:val="yellow"/>
        </w:rPr>
        <w:lastRenderedPageBreak/>
        <w:t>POST IT 1  - PAGE UNKNOWN</w:t>
      </w:r>
      <w:r w:rsidRPr="009658F0">
        <w:rPr>
          <w:rFonts w:ascii="Times New Roman" w:hAnsi="Times New Roman" w:cs="Times New Roman"/>
          <w:color w:val="auto"/>
        </w:rPr>
        <w:t xml:space="preserve"> </w:t>
      </w:r>
    </w:p>
    <w:p w14:paraId="2B6295D9" w14:textId="77777777" w:rsidR="00862843" w:rsidRPr="009658F0" w:rsidRDefault="00862843" w:rsidP="006C1960">
      <w:pPr>
        <w:spacing w:after="120" w:line="360" w:lineRule="auto"/>
        <w:rPr>
          <w:rFonts w:ascii="Times New Roman" w:hAnsi="Times New Roman" w:cs="Times New Roman"/>
          <w:sz w:val="24"/>
          <w:szCs w:val="24"/>
        </w:rPr>
      </w:pPr>
    </w:p>
    <w:p w14:paraId="3BCAF6E1" w14:textId="402A21E1" w:rsidR="00A72A34" w:rsidRDefault="00A72A3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good Friday</w:t>
      </w:r>
    </w:p>
    <w:p w14:paraId="2B6C0087" w14:textId="21175241" w:rsidR="00A72A34" w:rsidRPr="009658F0" w:rsidRDefault="00A72A34" w:rsidP="006C1960">
      <w:pPr>
        <w:spacing w:line="360" w:lineRule="auto"/>
        <w:rPr>
          <w:rFonts w:ascii="Times New Roman" w:hAnsi="Times New Roman" w:cs="Times New Roman"/>
          <w:sz w:val="24"/>
          <w:szCs w:val="24"/>
        </w:rPr>
      </w:pPr>
    </w:p>
    <w:p w14:paraId="24293E21" w14:textId="50A035E6" w:rsidR="00A72A34" w:rsidRPr="009658F0" w:rsidRDefault="00A72A34" w:rsidP="00862843">
      <w:pPr>
        <w:pStyle w:val="Heading1"/>
        <w:rPr>
          <w:rFonts w:ascii="Times New Roman" w:hAnsi="Times New Roman" w:cs="Times New Roman"/>
          <w:color w:val="auto"/>
        </w:rPr>
      </w:pPr>
      <w:r w:rsidRPr="0049142A">
        <w:rPr>
          <w:rFonts w:ascii="Times New Roman" w:hAnsi="Times New Roman" w:cs="Times New Roman"/>
          <w:color w:val="auto"/>
          <w:highlight w:val="yellow"/>
        </w:rPr>
        <w:t>POST IT 2 – NUMBERED NO 3</w:t>
      </w:r>
    </w:p>
    <w:p w14:paraId="11DF0E95" w14:textId="77777777" w:rsidR="00862843" w:rsidRPr="009658F0" w:rsidRDefault="00862843" w:rsidP="00862843">
      <w:pPr>
        <w:rPr>
          <w:rFonts w:ascii="Times New Roman" w:hAnsi="Times New Roman" w:cs="Times New Roman"/>
        </w:rPr>
      </w:pPr>
    </w:p>
    <w:p w14:paraId="3A68A300" w14:textId="3E27C993" w:rsidR="00A72A34" w:rsidRDefault="00A72A3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(3) Easter over</w:t>
      </w:r>
    </w:p>
    <w:p w14:paraId="2AF5CF14" w14:textId="77777777" w:rsidR="002E78A9" w:rsidRDefault="002E78A9" w:rsidP="006C1960">
      <w:pPr>
        <w:spacing w:after="120" w:line="360" w:lineRule="auto"/>
        <w:rPr>
          <w:rFonts w:ascii="Times New Roman" w:hAnsi="Times New Roman" w:cs="Times New Roman"/>
          <w:sz w:val="24"/>
          <w:szCs w:val="24"/>
        </w:rPr>
      </w:pPr>
    </w:p>
    <w:p w14:paraId="1D23FBC4" w14:textId="35522011" w:rsidR="00A72A34" w:rsidRPr="009658F0" w:rsidRDefault="00A72A34" w:rsidP="00862843">
      <w:pPr>
        <w:pStyle w:val="Heading1"/>
        <w:rPr>
          <w:rFonts w:ascii="Times New Roman" w:hAnsi="Times New Roman" w:cs="Times New Roman"/>
          <w:color w:val="auto"/>
        </w:rPr>
      </w:pPr>
      <w:r w:rsidRPr="00E36D77">
        <w:rPr>
          <w:rFonts w:ascii="Times New Roman" w:hAnsi="Times New Roman" w:cs="Times New Roman"/>
          <w:color w:val="auto"/>
          <w:highlight w:val="yellow"/>
        </w:rPr>
        <w:t>POST IT 3 – NUMBERED NO 1</w:t>
      </w:r>
    </w:p>
    <w:p w14:paraId="50A9C637" w14:textId="77777777" w:rsidR="00862843" w:rsidRPr="009658F0" w:rsidRDefault="00862843" w:rsidP="00862843">
      <w:pPr>
        <w:rPr>
          <w:rFonts w:ascii="Times New Roman" w:hAnsi="Times New Roman" w:cs="Times New Roman"/>
        </w:rPr>
      </w:pPr>
    </w:p>
    <w:p w14:paraId="35C55DE5" w14:textId="1C43C39D" w:rsidR="00A72A34" w:rsidRPr="009658F0" w:rsidRDefault="00A72A34" w:rsidP="006C1960">
      <w:pPr>
        <w:spacing w:after="120" w:line="360" w:lineRule="auto"/>
        <w:rPr>
          <w:rFonts w:ascii="Times New Roman" w:hAnsi="Times New Roman" w:cs="Times New Roman"/>
          <w:sz w:val="24"/>
          <w:szCs w:val="24"/>
        </w:rPr>
      </w:pPr>
      <w:proofErr w:type="spellStart"/>
      <w:r w:rsidRPr="009658F0">
        <w:rPr>
          <w:rFonts w:ascii="Times New Roman" w:hAnsi="Times New Roman" w:cs="Times New Roman"/>
          <w:sz w:val="24"/>
          <w:szCs w:val="24"/>
        </w:rPr>
        <w:t>Ist</w:t>
      </w:r>
      <w:proofErr w:type="spellEnd"/>
      <w:r w:rsidRPr="009658F0">
        <w:rPr>
          <w:rFonts w:ascii="Times New Roman" w:hAnsi="Times New Roman" w:cs="Times New Roman"/>
          <w:sz w:val="24"/>
          <w:szCs w:val="24"/>
        </w:rPr>
        <w:t xml:space="preserve"> Samaritan</w:t>
      </w:r>
    </w:p>
    <w:p w14:paraId="5E35E9BD" w14:textId="3A651D93" w:rsidR="00A72A34" w:rsidRPr="009658F0" w:rsidRDefault="00A72A34" w:rsidP="006C1960">
      <w:pPr>
        <w:spacing w:after="120" w:line="360" w:lineRule="auto"/>
        <w:rPr>
          <w:rFonts w:ascii="Times New Roman" w:hAnsi="Times New Roman" w:cs="Times New Roman"/>
          <w:sz w:val="24"/>
          <w:szCs w:val="24"/>
        </w:rPr>
      </w:pPr>
      <w:r w:rsidRPr="009658F0">
        <w:rPr>
          <w:rFonts w:ascii="Times New Roman" w:hAnsi="Times New Roman" w:cs="Times New Roman"/>
          <w:sz w:val="24"/>
          <w:szCs w:val="24"/>
        </w:rPr>
        <w:t>(1)</w:t>
      </w:r>
    </w:p>
    <w:p w14:paraId="40839D6F" w14:textId="75B10AD1" w:rsidR="00A72A34" w:rsidRPr="009658F0" w:rsidRDefault="00A72A34" w:rsidP="006C1960">
      <w:pPr>
        <w:spacing w:line="360" w:lineRule="auto"/>
        <w:rPr>
          <w:rFonts w:ascii="Times New Roman" w:hAnsi="Times New Roman" w:cs="Times New Roman"/>
          <w:sz w:val="24"/>
          <w:szCs w:val="24"/>
        </w:rPr>
      </w:pPr>
      <w:r w:rsidRPr="009658F0">
        <w:rPr>
          <w:rFonts w:ascii="Times New Roman" w:hAnsi="Times New Roman" w:cs="Times New Roman"/>
          <w:sz w:val="24"/>
          <w:szCs w:val="24"/>
        </w:rPr>
        <w:br w:type="page"/>
      </w:r>
    </w:p>
    <w:p w14:paraId="23F8E3A5" w14:textId="6C3C6479" w:rsidR="00A72A34" w:rsidRPr="00847B2F" w:rsidRDefault="00A72A34" w:rsidP="00862843">
      <w:pPr>
        <w:pStyle w:val="Heading1"/>
        <w:rPr>
          <w:rFonts w:ascii="Times New Roman" w:hAnsi="Times New Roman" w:cs="Times New Roman"/>
          <w:b w:val="0"/>
          <w:bCs w:val="0"/>
          <w:color w:val="auto"/>
          <w:sz w:val="24"/>
          <w:szCs w:val="24"/>
        </w:rPr>
      </w:pPr>
      <w:r w:rsidRPr="00847B2F">
        <w:rPr>
          <w:rFonts w:ascii="Times New Roman" w:hAnsi="Times New Roman" w:cs="Times New Roman"/>
          <w:b w:val="0"/>
          <w:bCs w:val="0"/>
          <w:color w:val="auto"/>
          <w:sz w:val="24"/>
          <w:szCs w:val="24"/>
          <w:highlight w:val="yellow"/>
        </w:rPr>
        <w:lastRenderedPageBreak/>
        <w:t>EDITH PAGE 1 WITH POST IT NUMBERED 1</w:t>
      </w:r>
    </w:p>
    <w:p w14:paraId="4DBD45BE" w14:textId="77777777" w:rsidR="00862843" w:rsidRPr="009658F0" w:rsidRDefault="00862843" w:rsidP="00862843">
      <w:pPr>
        <w:rPr>
          <w:rFonts w:ascii="Times New Roman" w:hAnsi="Times New Roman" w:cs="Times New Roman"/>
        </w:rPr>
      </w:pPr>
    </w:p>
    <w:p w14:paraId="4501A7A4" w14:textId="61A30882" w:rsidR="00A72A34" w:rsidRPr="009658F0" w:rsidRDefault="00A72A34"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POST IT (2) [text obscured by post it] Note Bk 1</w:t>
      </w:r>
    </w:p>
    <w:p w14:paraId="333206F0" w14:textId="4CA5C106" w:rsidR="00A72A34" w:rsidRPr="009658F0" w:rsidRDefault="00A72A34"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April 1, 1983, Good Friday.</w:t>
      </w:r>
    </w:p>
    <w:p w14:paraId="3130B696" w14:textId="36A20200" w:rsidR="009C72B5" w:rsidRPr="009658F0" w:rsidRDefault="00A72A34"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Stations of Cross, Via Dolorosa, at 10:15 am At 1</w:t>
      </w:r>
      <w:r w:rsidRPr="009658F0">
        <w:rPr>
          <w:rFonts w:ascii="Times New Roman" w:eastAsia="Times New Roman" w:hAnsi="Times New Roman" w:cs="Times New Roman"/>
          <w:sz w:val="24"/>
          <w:szCs w:val="24"/>
          <w:vertAlign w:val="superscript"/>
        </w:rPr>
        <w:t>st</w:t>
      </w:r>
      <w:r w:rsidRPr="009658F0">
        <w:rPr>
          <w:rFonts w:ascii="Times New Roman" w:eastAsia="Times New Roman" w:hAnsi="Times New Roman" w:cs="Times New Roman"/>
          <w:sz w:val="24"/>
          <w:szCs w:val="24"/>
        </w:rPr>
        <w:t xml:space="preserve"> station, </w:t>
      </w:r>
      <w:proofErr w:type="spellStart"/>
      <w:r w:rsidRPr="009658F0">
        <w:rPr>
          <w:rFonts w:ascii="Times New Roman" w:eastAsia="Times New Roman" w:hAnsi="Times New Roman" w:cs="Times New Roman"/>
          <w:sz w:val="24"/>
          <w:szCs w:val="24"/>
        </w:rPr>
        <w:t>Lithis</w:t>
      </w:r>
      <w:proofErr w:type="spellEnd"/>
      <w:r w:rsidRPr="009658F0">
        <w:rPr>
          <w:rFonts w:ascii="Times New Roman" w:eastAsia="Times New Roman" w:hAnsi="Times New Roman" w:cs="Times New Roman"/>
          <w:sz w:val="24"/>
          <w:szCs w:val="24"/>
        </w:rPr>
        <w:t xml:space="preserve"> </w:t>
      </w:r>
      <w:proofErr w:type="spellStart"/>
      <w:r w:rsidRPr="009658F0">
        <w:rPr>
          <w:rFonts w:ascii="Times New Roman" w:eastAsia="Times New Roman" w:hAnsi="Times New Roman" w:cs="Times New Roman"/>
          <w:sz w:val="24"/>
          <w:szCs w:val="24"/>
        </w:rPr>
        <w:t>Trotos</w:t>
      </w:r>
      <w:proofErr w:type="spellEnd"/>
      <w:r w:rsidRPr="009658F0">
        <w:rPr>
          <w:rFonts w:ascii="Times New Roman" w:eastAsia="Times New Roman" w:hAnsi="Times New Roman" w:cs="Times New Roman"/>
          <w:sz w:val="24"/>
          <w:szCs w:val="24"/>
        </w:rPr>
        <w:t xml:space="preserve"> (Praetorium) a sizeable crowd gathered, beginning to stretch up Via Dolorosa, ramp on left facing towards H.S.). </w:t>
      </w:r>
      <w:proofErr w:type="gramStart"/>
      <w:r w:rsidRPr="009658F0">
        <w:rPr>
          <w:rFonts w:ascii="Times New Roman" w:eastAsia="Times New Roman" w:hAnsi="Times New Roman" w:cs="Times New Roman"/>
          <w:sz w:val="24"/>
          <w:szCs w:val="24"/>
        </w:rPr>
        <w:t>Crowd</w:t>
      </w:r>
      <w:proofErr w:type="gramEnd"/>
      <w:r w:rsidRPr="009658F0">
        <w:rPr>
          <w:rFonts w:ascii="Times New Roman" w:eastAsia="Times New Roman" w:hAnsi="Times New Roman" w:cs="Times New Roman"/>
          <w:sz w:val="24"/>
          <w:szCs w:val="24"/>
        </w:rPr>
        <w:t xml:space="preserve"> seemed to expect procession to emerge from down this ramp. Many were also going into Praetorium. I went in </w:t>
      </w:r>
      <w:proofErr w:type="gramStart"/>
      <w:r w:rsidRPr="009658F0">
        <w:rPr>
          <w:rFonts w:ascii="Times New Roman" w:eastAsia="Times New Roman" w:hAnsi="Times New Roman" w:cs="Times New Roman"/>
          <w:sz w:val="24"/>
          <w:szCs w:val="24"/>
        </w:rPr>
        <w:t>also,</w:t>
      </w:r>
      <w:proofErr w:type="gramEnd"/>
      <w:r w:rsidRPr="009658F0">
        <w:rPr>
          <w:rFonts w:ascii="Times New Roman" w:eastAsia="Times New Roman" w:hAnsi="Times New Roman" w:cs="Times New Roman"/>
          <w:sz w:val="24"/>
          <w:szCs w:val="24"/>
        </w:rPr>
        <w:t xml:space="preserve"> a pilgrim group were centered on a leader speaking and looking at the paving stones. I went on to </w:t>
      </w:r>
      <w:proofErr w:type="gramStart"/>
      <w:r w:rsidRPr="009658F0">
        <w:rPr>
          <w:rFonts w:ascii="Times New Roman" w:eastAsia="Times New Roman" w:hAnsi="Times New Roman" w:cs="Times New Roman"/>
          <w:sz w:val="24"/>
          <w:szCs w:val="24"/>
        </w:rPr>
        <w:t>left</w:t>
      </w:r>
      <w:proofErr w:type="gramEnd"/>
      <w:r w:rsidRPr="009658F0">
        <w:rPr>
          <w:rFonts w:ascii="Times New Roman" w:eastAsia="Times New Roman" w:hAnsi="Times New Roman" w:cs="Times New Roman"/>
          <w:sz w:val="24"/>
          <w:szCs w:val="24"/>
        </w:rPr>
        <w:t xml:space="preserve"> to large chapel, where scenes of scourging at the pillar were set over an altar</w:t>
      </w:r>
      <w:r w:rsidR="00CA7310"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strike/>
          <w:sz w:val="24"/>
          <w:szCs w:val="24"/>
        </w:rPr>
        <w:t xml:space="preserve">also a rock / paved floor, surrounded by few square </w:t>
      </w:r>
      <w:proofErr w:type="gramStart"/>
      <w:r w:rsidRPr="009658F0">
        <w:rPr>
          <w:rFonts w:ascii="Times New Roman" w:eastAsia="Times New Roman" w:hAnsi="Times New Roman" w:cs="Times New Roman"/>
          <w:strike/>
          <w:sz w:val="24"/>
          <w:szCs w:val="24"/>
        </w:rPr>
        <w:t>saint</w:t>
      </w:r>
      <w:proofErr w:type="gramEnd"/>
      <w:r w:rsidRPr="009658F0">
        <w:rPr>
          <w:rFonts w:ascii="Times New Roman" w:eastAsia="Times New Roman" w:hAnsi="Times New Roman" w:cs="Times New Roman"/>
          <w:strike/>
          <w:sz w:val="24"/>
          <w:szCs w:val="24"/>
        </w:rPr>
        <w:t>.</w:t>
      </w:r>
      <w:r w:rsidRPr="009658F0">
        <w:rPr>
          <w:rFonts w:ascii="Times New Roman" w:eastAsia="Times New Roman" w:hAnsi="Times New Roman" w:cs="Times New Roman"/>
          <w:sz w:val="24"/>
          <w:szCs w:val="24"/>
        </w:rPr>
        <w:t xml:space="preserve"> A black man was taken photo of his black friend, who was posed [illegible] this altar kneeling in striking gesture of prayer. I </w:t>
      </w:r>
      <w:proofErr w:type="spellStart"/>
      <w:r w:rsidRPr="009658F0">
        <w:rPr>
          <w:rFonts w:ascii="Times New Roman" w:eastAsia="Times New Roman" w:hAnsi="Times New Roman" w:cs="Times New Roman"/>
          <w:sz w:val="24"/>
          <w:szCs w:val="24"/>
        </w:rPr>
        <w:t>photoed</w:t>
      </w:r>
      <w:proofErr w:type="spellEnd"/>
      <w:r w:rsidRPr="009658F0">
        <w:rPr>
          <w:rFonts w:ascii="Times New Roman" w:eastAsia="Times New Roman" w:hAnsi="Times New Roman" w:cs="Times New Roman"/>
          <w:sz w:val="24"/>
          <w:szCs w:val="24"/>
        </w:rPr>
        <w:t xml:space="preserve"> also</w:t>
      </w:r>
      <w:r w:rsidR="00D719E5" w:rsidRPr="009658F0">
        <w:rPr>
          <w:rFonts w:ascii="Times New Roman" w:eastAsia="Times New Roman" w:hAnsi="Times New Roman" w:cs="Times New Roman"/>
          <w:sz w:val="24"/>
          <w:szCs w:val="24"/>
        </w:rPr>
        <w:t>.</w:t>
      </w:r>
      <w:r w:rsidRPr="009658F0">
        <w:rPr>
          <w:rFonts w:ascii="Times New Roman" w:eastAsia="Times New Roman" w:hAnsi="Times New Roman" w:cs="Times New Roman"/>
          <w:sz w:val="24"/>
          <w:szCs w:val="24"/>
        </w:rPr>
        <w:t xml:space="preserve"> The pilgrim grp was still in a bunch. The leader was reminding </w:t>
      </w:r>
      <w:r w:rsidR="00CA7310" w:rsidRPr="009658F0">
        <w:rPr>
          <w:rFonts w:ascii="Times New Roman" w:eastAsia="Times New Roman" w:hAnsi="Times New Roman" w:cs="Times New Roman"/>
          <w:sz w:val="24"/>
          <w:szCs w:val="24"/>
        </w:rPr>
        <w:t>them</w:t>
      </w:r>
      <w:r w:rsidRPr="009658F0">
        <w:rPr>
          <w:rFonts w:ascii="Times New Roman" w:eastAsia="Times New Roman" w:hAnsi="Times New Roman" w:cs="Times New Roman"/>
          <w:sz w:val="24"/>
          <w:szCs w:val="24"/>
        </w:rPr>
        <w:t xml:space="preserve"> in English that the Lord stood here, taking on our sins, all were moved, there was tears, mine too; the man continued when the message is taken to Africa, India</w:t>
      </w:r>
      <w:r w:rsidR="002C70B1" w:rsidRPr="009658F0">
        <w:rPr>
          <w:rFonts w:ascii="Times New Roman" w:eastAsia="Times New Roman" w:hAnsi="Times New Roman" w:cs="Times New Roman"/>
          <w:sz w:val="24"/>
          <w:szCs w:val="24"/>
        </w:rPr>
        <w:t>, and … (other parts) – all will come to the Lord” etc. I turned</w:t>
      </w:r>
    </w:p>
    <w:p w14:paraId="4D52045F" w14:textId="77777777" w:rsidR="009C72B5" w:rsidRPr="009658F0" w:rsidRDefault="009C72B5"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22226F2A" w14:textId="7BEF7C13" w:rsidR="00A72A34" w:rsidRPr="00847B2F" w:rsidRDefault="009C72B5" w:rsidP="00862843">
      <w:pPr>
        <w:pStyle w:val="Heading1"/>
        <w:rPr>
          <w:rFonts w:ascii="Times New Roman" w:hAnsi="Times New Roman" w:cs="Times New Roman"/>
          <w:b w:val="0"/>
          <w:bCs w:val="0"/>
          <w:color w:val="auto"/>
          <w:sz w:val="24"/>
          <w:szCs w:val="24"/>
        </w:rPr>
      </w:pPr>
      <w:r w:rsidRPr="00847B2F">
        <w:rPr>
          <w:rFonts w:ascii="Times New Roman" w:hAnsi="Times New Roman" w:cs="Times New Roman"/>
          <w:b w:val="0"/>
          <w:bCs w:val="0"/>
          <w:color w:val="auto"/>
          <w:sz w:val="24"/>
          <w:szCs w:val="24"/>
          <w:highlight w:val="yellow"/>
        </w:rPr>
        <w:lastRenderedPageBreak/>
        <w:t>EDITH PAGE 2</w:t>
      </w:r>
    </w:p>
    <w:p w14:paraId="7827A8C1" w14:textId="77777777" w:rsidR="00862843" w:rsidRPr="009658F0" w:rsidRDefault="00862843" w:rsidP="00862843">
      <w:pPr>
        <w:rPr>
          <w:rFonts w:ascii="Times New Roman" w:hAnsi="Times New Roman" w:cs="Times New Roman"/>
        </w:rPr>
      </w:pPr>
    </w:p>
    <w:p w14:paraId="1F7B8B28" w14:textId="7BB8F464" w:rsidR="009C72B5" w:rsidRPr="009658F0" w:rsidRDefault="009C72B5"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away, not particularly liking missionizing (taking away the religion of others). </w:t>
      </w:r>
    </w:p>
    <w:p w14:paraId="416318AD" w14:textId="6C9E89CB" w:rsidR="00B14378" w:rsidRPr="009658F0" w:rsidRDefault="009C72B5"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I returned to the ramp in the Via Dolorosa, taking a place a little way up on it on the edge, for good photos.</w:t>
      </w:r>
      <w:r w:rsidR="00A65853" w:rsidRPr="009658F0">
        <w:rPr>
          <w:rFonts w:ascii="Times New Roman" w:eastAsia="Times New Roman" w:hAnsi="Times New Roman" w:cs="Times New Roman"/>
          <w:sz w:val="24"/>
          <w:szCs w:val="24"/>
        </w:rPr>
        <w:t xml:space="preserve"> </w:t>
      </w:r>
      <w:proofErr w:type="spellStart"/>
      <w:r w:rsidR="00A65853" w:rsidRPr="009658F0">
        <w:rPr>
          <w:rFonts w:ascii="Times New Roman" w:eastAsia="Times New Roman" w:hAnsi="Times New Roman" w:cs="Times New Roman"/>
          <w:sz w:val="24"/>
          <w:szCs w:val="24"/>
        </w:rPr>
        <w:t>Kivasses</w:t>
      </w:r>
      <w:commentRangeStart w:id="14"/>
      <w:proofErr w:type="spellEnd"/>
      <w:r w:rsidRPr="009658F0">
        <w:rPr>
          <w:rFonts w:ascii="Times New Roman" w:eastAsia="Times New Roman" w:hAnsi="Times New Roman" w:cs="Times New Roman"/>
          <w:sz w:val="24"/>
          <w:szCs w:val="24"/>
        </w:rPr>
        <w:t xml:space="preserve"> </w:t>
      </w:r>
      <w:commentRangeEnd w:id="14"/>
      <w:r w:rsidR="002D6718" w:rsidRPr="009658F0">
        <w:rPr>
          <w:rStyle w:val="CommentReference"/>
          <w:rFonts w:ascii="Times New Roman" w:hAnsi="Times New Roman" w:cs="Times New Roman"/>
        </w:rPr>
        <w:commentReference w:id="14"/>
      </w:r>
      <w:r w:rsidRPr="009658F0">
        <w:rPr>
          <w:rFonts w:ascii="Times New Roman" w:eastAsia="Times New Roman" w:hAnsi="Times New Roman" w:cs="Times New Roman"/>
          <w:sz w:val="24"/>
          <w:szCs w:val="24"/>
        </w:rPr>
        <w:t>(Moslem “police”) pushed pilgrims off the roadway of the ramp</w:t>
      </w:r>
      <w:r w:rsidR="008736D4" w:rsidRPr="009658F0">
        <w:rPr>
          <w:rFonts w:ascii="Times New Roman" w:eastAsia="Times New Roman" w:hAnsi="Times New Roman" w:cs="Times New Roman"/>
          <w:sz w:val="24"/>
          <w:szCs w:val="24"/>
        </w:rPr>
        <w:t xml:space="preserve">. I stuck to my ledge. Crowds were thick now. </w:t>
      </w:r>
      <w:commentRangeStart w:id="15"/>
      <w:r w:rsidR="008736D4" w:rsidRPr="009658F0">
        <w:rPr>
          <w:rFonts w:ascii="Times New Roman" w:eastAsia="Times New Roman" w:hAnsi="Times New Roman" w:cs="Times New Roman"/>
          <w:sz w:val="24"/>
          <w:szCs w:val="24"/>
        </w:rPr>
        <w:t xml:space="preserve">Jo </w:t>
      </w:r>
      <w:commentRangeEnd w:id="15"/>
      <w:r w:rsidR="00CA7310" w:rsidRPr="009658F0">
        <w:rPr>
          <w:rStyle w:val="CommentReference"/>
          <w:rFonts w:ascii="Times New Roman" w:hAnsi="Times New Roman" w:cs="Times New Roman"/>
        </w:rPr>
        <w:commentReference w:id="15"/>
      </w:r>
      <w:r w:rsidR="008736D4" w:rsidRPr="009658F0">
        <w:rPr>
          <w:rFonts w:ascii="Times New Roman" w:eastAsia="Times New Roman" w:hAnsi="Times New Roman" w:cs="Times New Roman"/>
          <w:sz w:val="24"/>
          <w:szCs w:val="24"/>
        </w:rPr>
        <w:t xml:space="preserve">and Jane were </w:t>
      </w:r>
      <w:proofErr w:type="gramStart"/>
      <w:r w:rsidR="008736D4" w:rsidRPr="009658F0">
        <w:rPr>
          <w:rFonts w:ascii="Times New Roman" w:eastAsia="Times New Roman" w:hAnsi="Times New Roman" w:cs="Times New Roman"/>
          <w:sz w:val="24"/>
          <w:szCs w:val="24"/>
        </w:rPr>
        <w:t>near</w:t>
      </w:r>
      <w:proofErr w:type="gramEnd"/>
      <w:r w:rsidR="008736D4" w:rsidRPr="009658F0">
        <w:rPr>
          <w:rFonts w:ascii="Times New Roman" w:eastAsia="Times New Roman" w:hAnsi="Times New Roman" w:cs="Times New Roman"/>
          <w:sz w:val="24"/>
          <w:szCs w:val="24"/>
        </w:rPr>
        <w:t>. Then the cub scouts emerged with their banner + the girl scouts</w:t>
      </w:r>
      <w:r w:rsidR="00D719E5" w:rsidRPr="009658F0">
        <w:rPr>
          <w:rFonts w:ascii="Times New Roman" w:eastAsia="Times New Roman" w:hAnsi="Times New Roman" w:cs="Times New Roman"/>
          <w:sz w:val="24"/>
          <w:szCs w:val="24"/>
        </w:rPr>
        <w:t xml:space="preserve"> (</w:t>
      </w:r>
      <w:r w:rsidR="008736D4" w:rsidRPr="009658F0">
        <w:rPr>
          <w:rFonts w:ascii="Times New Roman" w:eastAsia="Times New Roman" w:hAnsi="Times New Roman" w:cs="Times New Roman"/>
          <w:sz w:val="24"/>
          <w:szCs w:val="24"/>
        </w:rPr>
        <w:t xml:space="preserve">as at Palm Sunday) with an ornamented cross. These were in </w:t>
      </w:r>
      <w:proofErr w:type="gramStart"/>
      <w:r w:rsidR="008736D4" w:rsidRPr="009658F0">
        <w:rPr>
          <w:rFonts w:ascii="Times New Roman" w:eastAsia="Times New Roman" w:hAnsi="Times New Roman" w:cs="Times New Roman"/>
          <w:sz w:val="24"/>
          <w:szCs w:val="24"/>
        </w:rPr>
        <w:t>greater</w:t>
      </w:r>
      <w:proofErr w:type="gramEnd"/>
      <w:r w:rsidR="008736D4" w:rsidRPr="009658F0">
        <w:rPr>
          <w:rFonts w:ascii="Times New Roman" w:eastAsia="Times New Roman" w:hAnsi="Times New Roman" w:cs="Times New Roman"/>
          <w:sz w:val="24"/>
          <w:szCs w:val="24"/>
        </w:rPr>
        <w:t xml:space="preserve"> spirits and sang lustily </w:t>
      </w:r>
      <w:r w:rsidR="00D719E5" w:rsidRPr="009658F0">
        <w:rPr>
          <w:rFonts w:ascii="Times New Roman" w:eastAsia="Times New Roman" w:hAnsi="Times New Roman" w:cs="Times New Roman"/>
          <w:sz w:val="24"/>
          <w:szCs w:val="24"/>
        </w:rPr>
        <w:t xml:space="preserve">in </w:t>
      </w:r>
      <w:r w:rsidR="008736D4" w:rsidRPr="009658F0">
        <w:rPr>
          <w:rFonts w:ascii="Times New Roman" w:eastAsia="Times New Roman" w:hAnsi="Times New Roman" w:cs="Times New Roman"/>
          <w:sz w:val="24"/>
          <w:szCs w:val="24"/>
        </w:rPr>
        <w:t xml:space="preserve">Arabic. Then came nuns </w:t>
      </w:r>
      <w:proofErr w:type="spellStart"/>
      <w:r w:rsidR="008736D4" w:rsidRPr="009658F0">
        <w:rPr>
          <w:rFonts w:ascii="Times New Roman" w:eastAsia="Times New Roman" w:hAnsi="Times New Roman" w:cs="Times New Roman"/>
          <w:sz w:val="24"/>
          <w:szCs w:val="24"/>
        </w:rPr>
        <w:t>etc</w:t>
      </w:r>
      <w:proofErr w:type="spellEnd"/>
      <w:r w:rsidR="008736D4" w:rsidRPr="009658F0">
        <w:rPr>
          <w:rFonts w:ascii="Times New Roman" w:eastAsia="Times New Roman" w:hAnsi="Times New Roman" w:cs="Times New Roman"/>
          <w:sz w:val="24"/>
          <w:szCs w:val="24"/>
        </w:rPr>
        <w:t xml:space="preserve">,  + almost immediately, a large party of Africans from Nigeria, men </w:t>
      </w:r>
      <w:r w:rsidR="00D719E5" w:rsidRPr="009658F0">
        <w:rPr>
          <w:rFonts w:ascii="Times New Roman" w:eastAsia="Times New Roman" w:hAnsi="Times New Roman" w:cs="Times New Roman"/>
          <w:sz w:val="24"/>
          <w:szCs w:val="24"/>
        </w:rPr>
        <w:t>and</w:t>
      </w:r>
      <w:r w:rsidR="008736D4" w:rsidRPr="009658F0">
        <w:rPr>
          <w:rFonts w:ascii="Times New Roman" w:eastAsia="Times New Roman" w:hAnsi="Times New Roman" w:cs="Times New Roman"/>
          <w:sz w:val="24"/>
          <w:szCs w:val="24"/>
        </w:rPr>
        <w:t xml:space="preserve"> women, with </w:t>
      </w:r>
      <w:r w:rsidR="008736D4" w:rsidRPr="009658F0">
        <w:rPr>
          <w:rFonts w:ascii="Times New Roman" w:eastAsia="Times New Roman" w:hAnsi="Times New Roman" w:cs="Times New Roman"/>
          <w:strike/>
          <w:sz w:val="24"/>
          <w:szCs w:val="24"/>
        </w:rPr>
        <w:t>an ornamented</w:t>
      </w:r>
      <w:r w:rsidR="008736D4" w:rsidRPr="009658F0">
        <w:rPr>
          <w:rFonts w:ascii="Times New Roman" w:eastAsia="Times New Roman" w:hAnsi="Times New Roman" w:cs="Times New Roman"/>
          <w:sz w:val="24"/>
          <w:szCs w:val="24"/>
        </w:rPr>
        <w:t xml:space="preserve"> plain cross. Women in long robes and headcloths, men in long white robes. They sang magnificently, finally bursting into African songs, which I praised, which made them sing louder, with great smiles (these same were seen weeping at various stations). Thick crowds then appear, a party of wild young men </w:t>
      </w:r>
      <w:r w:rsidR="008736D4" w:rsidRPr="009658F0">
        <w:rPr>
          <w:rFonts w:ascii="Times New Roman" w:eastAsia="Times New Roman" w:hAnsi="Times New Roman" w:cs="Times New Roman"/>
          <w:strike/>
          <w:sz w:val="24"/>
          <w:szCs w:val="24"/>
        </w:rPr>
        <w:t>(Arabian?)</w:t>
      </w:r>
      <w:r w:rsidR="008736D4" w:rsidRPr="009658F0">
        <w:rPr>
          <w:rFonts w:ascii="Times New Roman" w:eastAsia="Times New Roman" w:hAnsi="Times New Roman" w:cs="Times New Roman"/>
          <w:sz w:val="24"/>
          <w:szCs w:val="24"/>
        </w:rPr>
        <w:t xml:space="preserve"> </w:t>
      </w:r>
      <w:r w:rsidR="008736D4" w:rsidRPr="009658F0">
        <w:rPr>
          <w:rFonts w:ascii="Times New Roman" w:eastAsia="Times New Roman" w:hAnsi="Times New Roman" w:cs="Times New Roman"/>
          <w:i/>
          <w:iCs/>
          <w:sz w:val="24"/>
          <w:szCs w:val="24"/>
        </w:rPr>
        <w:t>Palestinian</w:t>
      </w:r>
      <w:r w:rsidR="008736D4" w:rsidRPr="009658F0">
        <w:rPr>
          <w:rFonts w:ascii="Times New Roman" w:eastAsia="Times New Roman" w:hAnsi="Times New Roman" w:cs="Times New Roman"/>
          <w:sz w:val="24"/>
          <w:szCs w:val="24"/>
        </w:rPr>
        <w:t xml:space="preserve"> </w:t>
      </w:r>
      <w:proofErr w:type="spellStart"/>
      <w:r w:rsidR="008736D4" w:rsidRPr="009658F0">
        <w:rPr>
          <w:rFonts w:ascii="Times New Roman" w:eastAsia="Times New Roman" w:hAnsi="Times New Roman" w:cs="Times New Roman"/>
          <w:i/>
          <w:iCs/>
          <w:sz w:val="24"/>
          <w:szCs w:val="24"/>
        </w:rPr>
        <w:t>Xtians</w:t>
      </w:r>
      <w:proofErr w:type="spellEnd"/>
      <w:r w:rsidR="008736D4" w:rsidRPr="009658F0">
        <w:rPr>
          <w:rFonts w:ascii="Times New Roman" w:eastAsia="Times New Roman" w:hAnsi="Times New Roman" w:cs="Times New Roman"/>
          <w:sz w:val="24"/>
          <w:szCs w:val="24"/>
        </w:rPr>
        <w:t>, bearing large horizontal cross, running with it, lifting it above crowd to overtake others + get in front, one wom</w:t>
      </w:r>
      <w:r w:rsidR="00B14378" w:rsidRPr="009658F0">
        <w:rPr>
          <w:rFonts w:ascii="Times New Roman" w:eastAsia="Times New Roman" w:hAnsi="Times New Roman" w:cs="Times New Roman"/>
          <w:sz w:val="24"/>
          <w:szCs w:val="24"/>
        </w:rPr>
        <w:t>a</w:t>
      </w:r>
      <w:r w:rsidR="008736D4" w:rsidRPr="009658F0">
        <w:rPr>
          <w:rFonts w:ascii="Times New Roman" w:eastAsia="Times New Roman" w:hAnsi="Times New Roman" w:cs="Times New Roman"/>
          <w:sz w:val="24"/>
          <w:szCs w:val="24"/>
        </w:rPr>
        <w:t>n got hit on the head by</w:t>
      </w:r>
    </w:p>
    <w:p w14:paraId="261D7DC3" w14:textId="77777777" w:rsidR="00B14378" w:rsidRPr="009658F0" w:rsidRDefault="00B14378"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6F613092" w14:textId="6A8F2B19" w:rsidR="009C72B5" w:rsidRPr="00847B2F" w:rsidRDefault="00B14378" w:rsidP="00862843">
      <w:pPr>
        <w:pStyle w:val="Heading1"/>
        <w:rPr>
          <w:rFonts w:ascii="Times New Roman" w:hAnsi="Times New Roman" w:cs="Times New Roman"/>
          <w:b w:val="0"/>
          <w:bCs w:val="0"/>
          <w:color w:val="auto"/>
          <w:sz w:val="24"/>
          <w:szCs w:val="24"/>
        </w:rPr>
      </w:pPr>
      <w:r w:rsidRPr="00847B2F">
        <w:rPr>
          <w:rFonts w:ascii="Times New Roman" w:hAnsi="Times New Roman" w:cs="Times New Roman"/>
          <w:b w:val="0"/>
          <w:bCs w:val="0"/>
          <w:color w:val="auto"/>
          <w:sz w:val="24"/>
          <w:szCs w:val="24"/>
          <w:highlight w:val="yellow"/>
        </w:rPr>
        <w:lastRenderedPageBreak/>
        <w:t>EDITH PAGE 3</w:t>
      </w:r>
    </w:p>
    <w:p w14:paraId="1FA41ACA" w14:textId="0C8565A8" w:rsidR="00B14378" w:rsidRPr="009658F0" w:rsidRDefault="00B14378"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a corner of this cross. The procession was singing “As I survey the wondrous cross.” I sang too. They stopped at the proper stations, which were better defined than in 1980. Further on I commented to the black photographer (American?) how great it was + he replied with real Am black enthusiasm. After “dog leg” the procession made side trip, then back, which confused everybody, Jane fell out here. Then on to </w:t>
      </w:r>
      <w:commentRangeStart w:id="16"/>
      <w:r w:rsidRPr="009658F0">
        <w:rPr>
          <w:rFonts w:ascii="Times New Roman" w:eastAsia="Times New Roman" w:hAnsi="Times New Roman" w:cs="Times New Roman"/>
          <w:sz w:val="24"/>
          <w:szCs w:val="24"/>
        </w:rPr>
        <w:t>H</w:t>
      </w:r>
      <w:commentRangeEnd w:id="16"/>
      <w:r w:rsidR="00CA7310" w:rsidRPr="009658F0">
        <w:rPr>
          <w:rStyle w:val="CommentReference"/>
          <w:rFonts w:ascii="Times New Roman" w:hAnsi="Times New Roman" w:cs="Times New Roman"/>
        </w:rPr>
        <w:commentReference w:id="16"/>
      </w:r>
      <w:r w:rsidRPr="009658F0">
        <w:rPr>
          <w:rFonts w:ascii="Times New Roman" w:eastAsia="Times New Roman" w:hAnsi="Times New Roman" w:cs="Times New Roman"/>
          <w:sz w:val="24"/>
          <w:szCs w:val="24"/>
        </w:rPr>
        <w:t>.S.</w:t>
      </w:r>
      <w:r w:rsidR="00A65853"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sz w:val="24"/>
          <w:szCs w:val="24"/>
        </w:rPr>
        <w:t xml:space="preserve">We followed to entrance: </w:t>
      </w:r>
      <w:r w:rsidRPr="009658F0">
        <w:rPr>
          <w:rFonts w:ascii="Times New Roman" w:eastAsia="Times New Roman" w:hAnsi="Times New Roman" w:cs="Times New Roman"/>
          <w:strike/>
          <w:sz w:val="24"/>
          <w:szCs w:val="24"/>
        </w:rPr>
        <w:t xml:space="preserve">here the Moslem doorkeeper told us that if we went in we could not get out for 3. </w:t>
      </w:r>
      <w:r w:rsidRPr="009658F0">
        <w:rPr>
          <w:rFonts w:ascii="Times New Roman" w:eastAsia="Times New Roman" w:hAnsi="Times New Roman" w:cs="Times New Roman"/>
          <w:sz w:val="24"/>
          <w:szCs w:val="24"/>
        </w:rPr>
        <w:t xml:space="preserve">All entered [upstairs at Calvary as before], made station at Stone of Anointing. </w:t>
      </w:r>
      <w:proofErr w:type="gramStart"/>
      <w:r w:rsidRPr="009658F0">
        <w:rPr>
          <w:rFonts w:ascii="Times New Roman" w:eastAsia="Times New Roman" w:hAnsi="Times New Roman" w:cs="Times New Roman"/>
          <w:sz w:val="24"/>
          <w:szCs w:val="24"/>
        </w:rPr>
        <w:t>All kissed stone,</w:t>
      </w:r>
      <w:proofErr w:type="gramEnd"/>
      <w:r w:rsidRPr="009658F0">
        <w:rPr>
          <w:rFonts w:ascii="Times New Roman" w:eastAsia="Times New Roman" w:hAnsi="Times New Roman" w:cs="Times New Roman"/>
          <w:sz w:val="24"/>
          <w:szCs w:val="24"/>
        </w:rPr>
        <w:t xml:space="preserve"> went on to Tomb. There. a big crush, had to wait a long time. Met </w:t>
      </w:r>
      <w:proofErr w:type="spellStart"/>
      <w:r w:rsidRPr="009658F0">
        <w:rPr>
          <w:rFonts w:ascii="Times New Roman" w:eastAsia="Times New Roman" w:hAnsi="Times New Roman" w:cs="Times New Roman"/>
          <w:sz w:val="24"/>
          <w:szCs w:val="24"/>
        </w:rPr>
        <w:t>Mr</w:t>
      </w:r>
      <w:proofErr w:type="spellEnd"/>
      <w:r w:rsidRPr="009658F0">
        <w:rPr>
          <w:rFonts w:ascii="Times New Roman" w:eastAsia="Times New Roman" w:hAnsi="Times New Roman" w:cs="Times New Roman"/>
          <w:sz w:val="24"/>
          <w:szCs w:val="24"/>
        </w:rPr>
        <w:t xml:space="preserve"> Sporran and lady again here. Edged gradually towards our turn in Tomb. This was a people’s pilgrimage, not priests’. Lady in front of me asked is this tomb Catholic or Greek. I said, it has Greek writing on it. She seemed disturbed </w:t>
      </w:r>
      <w:proofErr w:type="spellStart"/>
      <w:r w:rsidRPr="009658F0">
        <w:rPr>
          <w:rFonts w:ascii="Times New Roman" w:eastAsia="Times New Roman" w:hAnsi="Times New Roman" w:cs="Times New Roman"/>
          <w:sz w:val="24"/>
          <w:szCs w:val="24"/>
        </w:rPr>
        <w:t>abt</w:t>
      </w:r>
      <w:proofErr w:type="spellEnd"/>
      <w:r w:rsidRPr="009658F0">
        <w:rPr>
          <w:rFonts w:ascii="Times New Roman" w:eastAsia="Times New Roman" w:hAnsi="Times New Roman" w:cs="Times New Roman"/>
          <w:sz w:val="24"/>
          <w:szCs w:val="24"/>
        </w:rPr>
        <w:t xml:space="preserve"> it. I </w:t>
      </w:r>
      <w:proofErr w:type="gramStart"/>
      <w:r w:rsidRPr="009658F0">
        <w:rPr>
          <w:rFonts w:ascii="Times New Roman" w:eastAsia="Times New Roman" w:hAnsi="Times New Roman" w:cs="Times New Roman"/>
          <w:sz w:val="24"/>
          <w:szCs w:val="24"/>
        </w:rPr>
        <w:t>said</w:t>
      </w:r>
      <w:proofErr w:type="gramEnd"/>
      <w:r w:rsidRPr="009658F0">
        <w:rPr>
          <w:rFonts w:ascii="Times New Roman" w:eastAsia="Times New Roman" w:hAnsi="Times New Roman" w:cs="Times New Roman"/>
          <w:sz w:val="24"/>
          <w:szCs w:val="24"/>
        </w:rPr>
        <w:t xml:space="preserve"> “its’s all one anyway.” She needed further reassurance that it was both Cath and Greek (I know “Greek</w:t>
      </w:r>
      <w:proofErr w:type="gramStart"/>
      <w:r w:rsidRPr="009658F0">
        <w:rPr>
          <w:rFonts w:ascii="Times New Roman" w:eastAsia="Times New Roman" w:hAnsi="Times New Roman" w:cs="Times New Roman"/>
          <w:sz w:val="24"/>
          <w:szCs w:val="24"/>
        </w:rPr>
        <w:t>”</w:t>
      </w:r>
      <w:proofErr w:type="gramEnd"/>
      <w:r w:rsidRPr="009658F0">
        <w:rPr>
          <w:rFonts w:ascii="Times New Roman" w:eastAsia="Times New Roman" w:hAnsi="Times New Roman" w:cs="Times New Roman"/>
          <w:sz w:val="24"/>
          <w:szCs w:val="24"/>
        </w:rPr>
        <w:t xml:space="preserve"> but </w:t>
      </w:r>
      <w:proofErr w:type="spellStart"/>
      <w:r w:rsidRPr="009658F0">
        <w:rPr>
          <w:rFonts w:ascii="Times New Roman" w:eastAsia="Times New Roman" w:hAnsi="Times New Roman" w:cs="Times New Roman"/>
          <w:sz w:val="24"/>
          <w:szCs w:val="24"/>
        </w:rPr>
        <w:t>Caths</w:t>
      </w:r>
      <w:proofErr w:type="spellEnd"/>
      <w:r w:rsidRPr="009658F0">
        <w:rPr>
          <w:rFonts w:ascii="Times New Roman" w:eastAsia="Times New Roman" w:hAnsi="Times New Roman" w:cs="Times New Roman"/>
          <w:sz w:val="24"/>
          <w:szCs w:val="24"/>
        </w:rPr>
        <w:t xml:space="preserve"> use it).</w:t>
      </w:r>
    </w:p>
    <w:p w14:paraId="3738002B" w14:textId="4C770C86" w:rsidR="00B14378" w:rsidRPr="009658F0" w:rsidRDefault="00B14378"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I </w:t>
      </w:r>
      <w:commentRangeStart w:id="17"/>
      <w:r w:rsidRPr="009658F0">
        <w:rPr>
          <w:rFonts w:ascii="Times New Roman" w:eastAsia="Times New Roman" w:hAnsi="Times New Roman" w:cs="Times New Roman"/>
          <w:sz w:val="24"/>
          <w:szCs w:val="24"/>
        </w:rPr>
        <w:t xml:space="preserve">told </w:t>
      </w:r>
      <w:commentRangeEnd w:id="17"/>
      <w:r w:rsidR="00504248" w:rsidRPr="009658F0">
        <w:rPr>
          <w:rStyle w:val="CommentReference"/>
          <w:rFonts w:ascii="Times New Roman" w:hAnsi="Times New Roman" w:cs="Times New Roman"/>
        </w:rPr>
        <w:commentReference w:id="17"/>
      </w:r>
      <w:r w:rsidRPr="009658F0">
        <w:rPr>
          <w:rFonts w:ascii="Times New Roman" w:eastAsia="Times New Roman" w:hAnsi="Times New Roman" w:cs="Times New Roman"/>
          <w:sz w:val="24"/>
          <w:szCs w:val="24"/>
        </w:rPr>
        <w:t xml:space="preserve">Jo </w:t>
      </w:r>
      <w:proofErr w:type="spellStart"/>
      <w:r w:rsidRPr="009658F0">
        <w:rPr>
          <w:rFonts w:ascii="Times New Roman" w:eastAsia="Times New Roman" w:hAnsi="Times New Roman" w:cs="Times New Roman"/>
          <w:sz w:val="24"/>
          <w:szCs w:val="24"/>
        </w:rPr>
        <w:t>abt</w:t>
      </w:r>
      <w:proofErr w:type="spellEnd"/>
      <w:r w:rsidRPr="009658F0">
        <w:rPr>
          <w:rFonts w:ascii="Times New Roman" w:eastAsia="Times New Roman" w:hAnsi="Times New Roman" w:cs="Times New Roman"/>
          <w:sz w:val="24"/>
          <w:szCs w:val="24"/>
        </w:rPr>
        <w:t xml:space="preserve"> Ab. Daniel, a cult, St Syvia, etc.</w:t>
      </w:r>
    </w:p>
    <w:p w14:paraId="0E285B62" w14:textId="77777777" w:rsidR="00B14378" w:rsidRPr="009658F0" w:rsidRDefault="00B14378"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21EAEC46" w14:textId="09D2B907" w:rsidR="00B14378" w:rsidRPr="00847B2F" w:rsidRDefault="00F85D82" w:rsidP="00862843">
      <w:pPr>
        <w:pStyle w:val="Heading1"/>
        <w:rPr>
          <w:rFonts w:ascii="Times New Roman" w:hAnsi="Times New Roman" w:cs="Times New Roman"/>
          <w:b w:val="0"/>
          <w:bCs w:val="0"/>
          <w:color w:val="auto"/>
          <w:sz w:val="24"/>
          <w:szCs w:val="24"/>
        </w:rPr>
      </w:pPr>
      <w:r w:rsidRPr="00847B2F">
        <w:rPr>
          <w:rFonts w:ascii="Times New Roman" w:hAnsi="Times New Roman" w:cs="Times New Roman"/>
          <w:b w:val="0"/>
          <w:bCs w:val="0"/>
          <w:color w:val="auto"/>
          <w:sz w:val="24"/>
          <w:szCs w:val="24"/>
          <w:highlight w:val="yellow"/>
        </w:rPr>
        <w:lastRenderedPageBreak/>
        <w:t>EDITH PAGE 4</w:t>
      </w:r>
    </w:p>
    <w:p w14:paraId="5455395B" w14:textId="274F5672" w:rsidR="00F85D82" w:rsidRPr="009658F0" w:rsidRDefault="00F85D82"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(4) Got our turn. Blacks, Nigerians in there too. Went into Tomb finally, lit candles, kissed and prayed. Felt it was a great place. Came out. Fat woman jammed into outer entrance. I tried to pass. V hard. </w:t>
      </w:r>
      <w:r w:rsidRPr="009658F0">
        <w:rPr>
          <w:rFonts w:ascii="Times New Roman" w:eastAsia="Times New Roman" w:hAnsi="Times New Roman" w:cs="Times New Roman"/>
          <w:strike/>
          <w:sz w:val="24"/>
          <w:szCs w:val="24"/>
        </w:rPr>
        <w:t>She</w:t>
      </w:r>
      <w:r w:rsidRPr="009658F0">
        <w:rPr>
          <w:rFonts w:ascii="Times New Roman" w:eastAsia="Times New Roman" w:hAnsi="Times New Roman" w:cs="Times New Roman"/>
          <w:sz w:val="24"/>
          <w:szCs w:val="24"/>
        </w:rPr>
        <w:t xml:space="preserve"> A thinner woman yelled, “It’s </w:t>
      </w:r>
      <w:r w:rsidRPr="009658F0">
        <w:rPr>
          <w:rFonts w:ascii="Times New Roman" w:eastAsia="Times New Roman" w:hAnsi="Times New Roman" w:cs="Times New Roman"/>
          <w:sz w:val="24"/>
          <w:szCs w:val="24"/>
          <w:u w:val="single"/>
        </w:rPr>
        <w:t>keeling</w:t>
      </w:r>
      <w:r w:rsidRPr="009658F0">
        <w:rPr>
          <w:rFonts w:ascii="Times New Roman" w:eastAsia="Times New Roman" w:hAnsi="Times New Roman" w:cs="Times New Roman"/>
          <w:sz w:val="24"/>
          <w:szCs w:val="24"/>
        </w:rPr>
        <w:t xml:space="preserve"> me!”. Outside (I got sort of told off by Jo for this). Outside awful altercations bet pilgrims and Moslem doorkeeper. He had perhaps pushed or complained then told off + then became rude back (people under strain). At last Moslem shut up to everyone’s relief. We went out + home. </w:t>
      </w:r>
    </w:p>
    <w:p w14:paraId="261B9ED7" w14:textId="28BA2FA7" w:rsidR="000F1391" w:rsidRPr="009658F0" w:rsidRDefault="00F85D82"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Sat Ap 2. Went to Golden Dome entrance by taxi. Shut. </w:t>
      </w:r>
      <w:proofErr w:type="gramStart"/>
      <w:r w:rsidRPr="009658F0">
        <w:rPr>
          <w:rFonts w:ascii="Times New Roman" w:eastAsia="Times New Roman" w:hAnsi="Times New Roman" w:cs="Times New Roman"/>
          <w:sz w:val="24"/>
          <w:szCs w:val="24"/>
        </w:rPr>
        <w:t>So</w:t>
      </w:r>
      <w:proofErr w:type="gramEnd"/>
      <w:r w:rsidRPr="009658F0">
        <w:rPr>
          <w:rFonts w:ascii="Times New Roman" w:eastAsia="Times New Roman" w:hAnsi="Times New Roman" w:cs="Times New Roman"/>
          <w:sz w:val="24"/>
          <w:szCs w:val="24"/>
        </w:rPr>
        <w:t xml:space="preserve"> </w:t>
      </w:r>
      <w:proofErr w:type="gramStart"/>
      <w:r w:rsidRPr="009658F0">
        <w:rPr>
          <w:rFonts w:ascii="Times New Roman" w:eastAsia="Times New Roman" w:hAnsi="Times New Roman" w:cs="Times New Roman"/>
          <w:sz w:val="24"/>
          <w:szCs w:val="24"/>
        </w:rPr>
        <w:t>2</w:t>
      </w:r>
      <w:r w:rsidRPr="009658F0">
        <w:rPr>
          <w:rFonts w:ascii="Times New Roman" w:eastAsia="Times New Roman" w:hAnsi="Times New Roman" w:cs="Times New Roman"/>
          <w:sz w:val="24"/>
          <w:szCs w:val="24"/>
          <w:vertAlign w:val="superscript"/>
        </w:rPr>
        <w:t>nd</w:t>
      </w:r>
      <w:proofErr w:type="gramEnd"/>
      <w:r w:rsidRPr="009658F0">
        <w:rPr>
          <w:rFonts w:ascii="Times New Roman" w:eastAsia="Times New Roman" w:hAnsi="Times New Roman" w:cs="Times New Roman"/>
          <w:sz w:val="24"/>
          <w:szCs w:val="24"/>
        </w:rPr>
        <w:t xml:space="preserve"> Guard was wrong. Went back to Western Wall. Many richly costumed Observants + Rabbis busy with Torahs and Torah veils. Davening etc. Jo took photo. I was told off not to take photos. We went on to Gethsemane, taking Dung Gate, looking at new archeological digs on way. Climbed down small steep path into Kedron Valley + across to small Roman temple recently excavated. Beautiful. V. diff.</w:t>
      </w:r>
    </w:p>
    <w:p w14:paraId="09C2D3AB" w14:textId="77777777" w:rsidR="000F1391" w:rsidRPr="009658F0" w:rsidRDefault="000F1391"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4D9C21F5" w14:textId="2EFD3AA9" w:rsidR="000F1391" w:rsidRPr="00847B2F" w:rsidRDefault="000F1391" w:rsidP="00862843">
      <w:pPr>
        <w:pStyle w:val="Heading1"/>
        <w:rPr>
          <w:rFonts w:ascii="Times New Roman" w:hAnsi="Times New Roman" w:cs="Times New Roman"/>
          <w:b w:val="0"/>
          <w:bCs w:val="0"/>
          <w:color w:val="auto"/>
          <w:sz w:val="24"/>
          <w:szCs w:val="24"/>
        </w:rPr>
      </w:pPr>
      <w:r w:rsidRPr="00847B2F">
        <w:rPr>
          <w:rFonts w:ascii="Times New Roman" w:hAnsi="Times New Roman" w:cs="Times New Roman"/>
          <w:b w:val="0"/>
          <w:bCs w:val="0"/>
          <w:color w:val="auto"/>
          <w:sz w:val="24"/>
          <w:szCs w:val="24"/>
          <w:highlight w:val="yellow"/>
        </w:rPr>
        <w:lastRenderedPageBreak/>
        <w:t>EDITH PAGE 5</w:t>
      </w:r>
    </w:p>
    <w:p w14:paraId="2F458199" w14:textId="77777777" w:rsidR="004C5000" w:rsidRPr="009658F0" w:rsidRDefault="000F1391"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from Jewish architecture. Graceful + fun (?)as Roman always is. Ionic columns. Further on, Doric. I </w:t>
      </w:r>
      <w:proofErr w:type="spellStart"/>
      <w:r w:rsidRPr="009658F0">
        <w:rPr>
          <w:rFonts w:ascii="Times New Roman" w:eastAsia="Times New Roman" w:hAnsi="Times New Roman" w:cs="Times New Roman"/>
          <w:sz w:val="24"/>
          <w:szCs w:val="24"/>
        </w:rPr>
        <w:t>tht</w:t>
      </w:r>
      <w:proofErr w:type="spellEnd"/>
      <w:r w:rsidRPr="009658F0">
        <w:rPr>
          <w:rFonts w:ascii="Times New Roman" w:eastAsia="Times New Roman" w:hAnsi="Times New Roman" w:cs="Times New Roman"/>
          <w:sz w:val="24"/>
          <w:szCs w:val="24"/>
        </w:rPr>
        <w:t xml:space="preserve"> the Ionic temple was one in Sinbad set, who knows? Went into “Jehoshafat’s House” – </w:t>
      </w:r>
      <w:r w:rsidR="00E02B24" w:rsidRPr="009658F0">
        <w:rPr>
          <w:rFonts w:ascii="Times New Roman" w:eastAsia="Times New Roman" w:hAnsi="Times New Roman" w:cs="Times New Roman"/>
          <w:sz w:val="24"/>
          <w:szCs w:val="24"/>
        </w:rPr>
        <w:t xml:space="preserve"> a cave, </w:t>
      </w:r>
      <w:r w:rsidRPr="009658F0">
        <w:rPr>
          <w:rFonts w:ascii="Times New Roman" w:eastAsia="Times New Roman" w:hAnsi="Times New Roman" w:cs="Times New Roman"/>
          <w:sz w:val="24"/>
          <w:szCs w:val="24"/>
        </w:rPr>
        <w:t>as guide with candles called it. 2 pitch dark cells, caves, more caves. Came out + went on to road up a</w:t>
      </w:r>
      <w:r w:rsidR="00E02B24" w:rsidRPr="009658F0">
        <w:rPr>
          <w:rFonts w:ascii="Times New Roman" w:eastAsia="Times New Roman" w:hAnsi="Times New Roman" w:cs="Times New Roman"/>
          <w:sz w:val="24"/>
          <w:szCs w:val="24"/>
        </w:rPr>
        <w:t xml:space="preserve">t [crossed out text illegible] Gethsemane. Went up on side lane on left. Found entrance open. The Nigerians there again. In big church, a rock face, surrounded by low border. Blacks put hands on it, bowed low, some wept. The rock of </w:t>
      </w:r>
      <w:proofErr w:type="gramStart"/>
      <w:r w:rsidR="00E02B24" w:rsidRPr="009658F0">
        <w:rPr>
          <w:rFonts w:ascii="Times New Roman" w:eastAsia="Times New Roman" w:hAnsi="Times New Roman" w:cs="Times New Roman"/>
          <w:sz w:val="24"/>
          <w:szCs w:val="24"/>
        </w:rPr>
        <w:t>the agony</w:t>
      </w:r>
      <w:proofErr w:type="gramEnd"/>
      <w:r w:rsidR="00E02B24" w:rsidRPr="009658F0">
        <w:rPr>
          <w:rFonts w:ascii="Times New Roman" w:eastAsia="Times New Roman" w:hAnsi="Times New Roman" w:cs="Times New Roman"/>
          <w:sz w:val="24"/>
          <w:szCs w:val="24"/>
        </w:rPr>
        <w:t xml:space="preserve"> in the garden. Went on</w:t>
      </w:r>
      <w:r w:rsidR="00E02B24" w:rsidRPr="009658F0">
        <w:rPr>
          <w:rFonts w:ascii="Times New Roman" w:eastAsia="Times New Roman" w:hAnsi="Times New Roman" w:cs="Times New Roman"/>
          <w:strike/>
          <w:sz w:val="24"/>
          <w:szCs w:val="24"/>
        </w:rPr>
        <w:t xml:space="preserve"> up alley on </w:t>
      </w:r>
      <w:proofErr w:type="spellStart"/>
      <w:r w:rsidR="00E02B24" w:rsidRPr="009658F0">
        <w:rPr>
          <w:rFonts w:ascii="Times New Roman" w:eastAsia="Times New Roman" w:hAnsi="Times New Roman" w:cs="Times New Roman"/>
          <w:strike/>
          <w:sz w:val="24"/>
          <w:szCs w:val="24"/>
        </w:rPr>
        <w:t>st</w:t>
      </w:r>
      <w:proofErr w:type="spellEnd"/>
      <w:r w:rsidR="00E02B24" w:rsidRPr="009658F0">
        <w:rPr>
          <w:rFonts w:ascii="Times New Roman" w:eastAsia="Times New Roman" w:hAnsi="Times New Roman" w:cs="Times New Roman"/>
          <w:strike/>
          <w:sz w:val="24"/>
          <w:szCs w:val="24"/>
        </w:rPr>
        <w:t xml:space="preserve"> of above this church, met the Sporran again. Then up </w:t>
      </w:r>
      <w:r w:rsidR="00E02B24" w:rsidRPr="009658F0">
        <w:rPr>
          <w:rFonts w:ascii="Times New Roman" w:eastAsia="Times New Roman" w:hAnsi="Times New Roman" w:cs="Times New Roman"/>
          <w:sz w:val="24"/>
          <w:szCs w:val="24"/>
        </w:rPr>
        <w:t xml:space="preserve">lane on left, entered Magdelene Church, Russian Orthodox, v, beautiful, onion domes. Picture (small inside </w:t>
      </w:r>
      <w:proofErr w:type="spellStart"/>
      <w:proofErr w:type="gramStart"/>
      <w:r w:rsidR="00E02B24" w:rsidRPr="009658F0">
        <w:rPr>
          <w:rFonts w:ascii="Times New Roman" w:eastAsia="Times New Roman" w:hAnsi="Times New Roman" w:cs="Times New Roman"/>
          <w:sz w:val="24"/>
          <w:szCs w:val="24"/>
        </w:rPr>
        <w:t>a</w:t>
      </w:r>
      <w:proofErr w:type="spellEnd"/>
      <w:proofErr w:type="gramEnd"/>
      <w:r w:rsidR="00E02B24" w:rsidRPr="009658F0">
        <w:rPr>
          <w:rFonts w:ascii="Times New Roman" w:eastAsia="Times New Roman" w:hAnsi="Times New Roman" w:cs="Times New Roman"/>
          <w:sz w:val="24"/>
          <w:szCs w:val="24"/>
        </w:rPr>
        <w:t xml:space="preserve"> atrium pillar 3</w:t>
      </w:r>
      <w:r w:rsidR="00E02B24" w:rsidRPr="009658F0">
        <w:rPr>
          <w:rFonts w:ascii="Times New Roman" w:eastAsia="Times New Roman" w:hAnsi="Times New Roman" w:cs="Times New Roman"/>
          <w:sz w:val="24"/>
          <w:szCs w:val="24"/>
          <w:vertAlign w:val="superscript"/>
        </w:rPr>
        <w:t>rd</w:t>
      </w:r>
      <w:r w:rsidR="00E02B24" w:rsidRPr="009658F0">
        <w:rPr>
          <w:rFonts w:ascii="Times New Roman" w:eastAsia="Times New Roman" w:hAnsi="Times New Roman" w:cs="Times New Roman"/>
          <w:sz w:val="24"/>
          <w:szCs w:val="24"/>
        </w:rPr>
        <w:t xml:space="preserve"> on rt. Shared Mary’s deathbed. V. haggard. By bed stood God (Christ) holding child in arms, all aglow. This,</w:t>
      </w:r>
    </w:p>
    <w:p w14:paraId="5E0C29D7" w14:textId="77777777" w:rsidR="004C5000" w:rsidRPr="009658F0" w:rsidRDefault="004C5000"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2BBAFD1B" w14:textId="23F12957" w:rsidR="004C5000" w:rsidRPr="009658F0" w:rsidRDefault="004C5000"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highlight w:val="yellow"/>
        </w:rPr>
        <w:lastRenderedPageBreak/>
        <w:t>EDITH PAGE 6</w:t>
      </w:r>
      <w:r w:rsidR="00D97BB3" w:rsidRPr="009658F0">
        <w:rPr>
          <w:rFonts w:ascii="Times New Roman" w:eastAsia="Times New Roman" w:hAnsi="Times New Roman" w:cs="Times New Roman"/>
          <w:sz w:val="24"/>
          <w:szCs w:val="24"/>
          <w:highlight w:val="yellow"/>
        </w:rPr>
        <w:t xml:space="preserve"> WITH POST IT</w:t>
      </w:r>
    </w:p>
    <w:p w14:paraId="6E739838" w14:textId="24A9D3C1" w:rsidR="00D97BB3" w:rsidRPr="009658F0" w:rsidRDefault="00D97BB3"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Post it: “Below” </w:t>
      </w:r>
    </w:p>
    <w:p w14:paraId="6FD9BC39" w14:textId="77777777" w:rsidR="00D97BB3" w:rsidRPr="009658F0" w:rsidRDefault="00D97BB3" w:rsidP="006C1960">
      <w:pPr>
        <w:spacing w:after="120" w:line="360" w:lineRule="auto"/>
        <w:rPr>
          <w:rFonts w:ascii="Times New Roman" w:eastAsia="Times New Roman" w:hAnsi="Times New Roman" w:cs="Times New Roman"/>
          <w:sz w:val="24"/>
          <w:szCs w:val="24"/>
        </w:rPr>
      </w:pPr>
    </w:p>
    <w:p w14:paraId="0225BD9C" w14:textId="5DA5BB99" w:rsidR="000F1391" w:rsidRPr="009658F0" w:rsidRDefault="00E02B24"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 </w:t>
      </w:r>
      <w:r w:rsidR="00D97BB3" w:rsidRPr="009658F0">
        <w:rPr>
          <w:rFonts w:ascii="Times New Roman" w:eastAsia="Times New Roman" w:hAnsi="Times New Roman" w:cs="Times New Roman"/>
          <w:sz w:val="24"/>
          <w:szCs w:val="24"/>
        </w:rPr>
        <w:t>(6) said the [text obscured by Post It</w:t>
      </w:r>
      <w:r w:rsidR="00D719E5" w:rsidRPr="009658F0">
        <w:rPr>
          <w:rFonts w:ascii="Times New Roman" w:eastAsia="Times New Roman" w:hAnsi="Times New Roman" w:cs="Times New Roman"/>
          <w:sz w:val="24"/>
          <w:szCs w:val="24"/>
        </w:rPr>
        <w:t>]</w:t>
      </w:r>
      <w:r w:rsidR="00D97BB3" w:rsidRPr="009658F0">
        <w:rPr>
          <w:rFonts w:ascii="Times New Roman" w:eastAsia="Times New Roman" w:hAnsi="Times New Roman" w:cs="Times New Roman"/>
          <w:sz w:val="24"/>
          <w:szCs w:val="24"/>
        </w:rPr>
        <w:t xml:space="preserve"> the </w:t>
      </w:r>
      <w:r w:rsidR="00D97BB3" w:rsidRPr="009658F0">
        <w:rPr>
          <w:rFonts w:ascii="Times New Roman" w:eastAsia="Times New Roman" w:hAnsi="Times New Roman" w:cs="Times New Roman"/>
          <w:sz w:val="24"/>
          <w:szCs w:val="24"/>
          <w:u w:val="single"/>
        </w:rPr>
        <w:t>soul</w:t>
      </w:r>
      <w:r w:rsidR="00D97BB3" w:rsidRPr="009658F0">
        <w:rPr>
          <w:rFonts w:ascii="Times New Roman" w:eastAsia="Times New Roman" w:hAnsi="Times New Roman" w:cs="Times New Roman"/>
          <w:sz w:val="24"/>
          <w:szCs w:val="24"/>
        </w:rPr>
        <w:t xml:space="preserve"> of Christ. The adult Christ holding his own soul in his arms. Strange. Left, went up alley on </w:t>
      </w:r>
      <w:proofErr w:type="spellStart"/>
      <w:r w:rsidR="00D97BB3" w:rsidRPr="009658F0">
        <w:rPr>
          <w:rFonts w:ascii="Times New Roman" w:eastAsia="Times New Roman" w:hAnsi="Times New Roman" w:cs="Times New Roman"/>
          <w:sz w:val="24"/>
          <w:szCs w:val="24"/>
        </w:rPr>
        <w:t>st</w:t>
      </w:r>
      <w:proofErr w:type="spellEnd"/>
      <w:r w:rsidR="00D97BB3" w:rsidRPr="009658F0">
        <w:rPr>
          <w:rFonts w:ascii="Times New Roman" w:eastAsia="Times New Roman" w:hAnsi="Times New Roman" w:cs="Times New Roman"/>
          <w:sz w:val="24"/>
          <w:szCs w:val="24"/>
        </w:rPr>
        <w:t xml:space="preserve"> up steep hill towards another church. Ran into </w:t>
      </w:r>
      <w:proofErr w:type="spellStart"/>
      <w:r w:rsidR="00D97BB3" w:rsidRPr="009658F0">
        <w:rPr>
          <w:rFonts w:ascii="Times New Roman" w:eastAsia="Times New Roman" w:hAnsi="Times New Roman" w:cs="Times New Roman"/>
          <w:sz w:val="24"/>
          <w:szCs w:val="24"/>
        </w:rPr>
        <w:t>Mr</w:t>
      </w:r>
      <w:proofErr w:type="spellEnd"/>
      <w:r w:rsidR="00D97BB3" w:rsidRPr="009658F0">
        <w:rPr>
          <w:rFonts w:ascii="Times New Roman" w:eastAsia="Times New Roman" w:hAnsi="Times New Roman" w:cs="Times New Roman"/>
          <w:sz w:val="24"/>
          <w:szCs w:val="24"/>
        </w:rPr>
        <w:t xml:space="preserve"> Sporran again. Church higher up closed. Went under wall of goat field below it among flowers to have picnic. This appears to be near Jesus </w:t>
      </w:r>
      <w:proofErr w:type="spellStart"/>
      <w:r w:rsidR="00D97BB3" w:rsidRPr="009658F0">
        <w:rPr>
          <w:rFonts w:ascii="Times New Roman" w:eastAsia="Times New Roman" w:hAnsi="Times New Roman" w:cs="Times New Roman"/>
          <w:sz w:val="24"/>
          <w:szCs w:val="24"/>
        </w:rPr>
        <w:t>Flevet</w:t>
      </w:r>
      <w:proofErr w:type="spellEnd"/>
      <w:r w:rsidR="00D97BB3" w:rsidRPr="009658F0">
        <w:rPr>
          <w:rFonts w:ascii="Times New Roman" w:eastAsia="Times New Roman" w:hAnsi="Times New Roman" w:cs="Times New Roman"/>
          <w:sz w:val="24"/>
          <w:szCs w:val="24"/>
        </w:rPr>
        <w:t>, “Jesus Wept” site. Walked to Herod gate, on way passed deep excavations into main corner wall of Old City; where earth removed, like new. Adze monks beautifully done. Higher all eroded. Got taxi home.</w:t>
      </w:r>
    </w:p>
    <w:p w14:paraId="43B27B39" w14:textId="0964D24C" w:rsidR="00D97BB3" w:rsidRPr="009658F0" w:rsidRDefault="00D97BB3"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Sun Apr 3. Easter Day. (See previous notebook)….Vic got a seat in H.S…..Emmanuel Mar</w:t>
      </w:r>
      <w:r w:rsidR="00D719E5" w:rsidRPr="009658F0">
        <w:rPr>
          <w:rFonts w:ascii="Times New Roman" w:eastAsia="Times New Roman" w:hAnsi="Times New Roman" w:cs="Times New Roman"/>
          <w:sz w:val="24"/>
          <w:szCs w:val="24"/>
        </w:rPr>
        <w:t>x</w:t>
      </w:r>
      <w:r w:rsidRPr="009658F0">
        <w:rPr>
          <w:rFonts w:ascii="Times New Roman" w:eastAsia="Times New Roman" w:hAnsi="Times New Roman" w:cs="Times New Roman"/>
          <w:sz w:val="24"/>
          <w:szCs w:val="24"/>
        </w:rPr>
        <w:t xml:space="preserve"> + Dalia, plus Erik Cohen, turned up. </w:t>
      </w:r>
      <w:proofErr w:type="gramStart"/>
      <w:r w:rsidRPr="009658F0">
        <w:rPr>
          <w:rFonts w:ascii="Times New Roman" w:eastAsia="Times New Roman" w:hAnsi="Times New Roman" w:cs="Times New Roman"/>
          <w:sz w:val="24"/>
          <w:szCs w:val="24"/>
        </w:rPr>
        <w:t>Also</w:t>
      </w:r>
      <w:proofErr w:type="gramEnd"/>
      <w:r w:rsidRPr="009658F0">
        <w:rPr>
          <w:rFonts w:ascii="Times New Roman" w:eastAsia="Times New Roman" w:hAnsi="Times New Roman" w:cs="Times New Roman"/>
          <w:sz w:val="24"/>
          <w:szCs w:val="24"/>
        </w:rPr>
        <w:t xml:space="preserve"> </w:t>
      </w:r>
      <w:proofErr w:type="spellStart"/>
      <w:r w:rsidRPr="009658F0">
        <w:rPr>
          <w:rFonts w:ascii="Times New Roman" w:eastAsia="Times New Roman" w:hAnsi="Times New Roman" w:cs="Times New Roman"/>
          <w:sz w:val="24"/>
          <w:szCs w:val="24"/>
        </w:rPr>
        <w:t>Mr</w:t>
      </w:r>
      <w:proofErr w:type="spellEnd"/>
      <w:r w:rsidRPr="009658F0">
        <w:rPr>
          <w:rFonts w:ascii="Times New Roman" w:eastAsia="Times New Roman" w:hAnsi="Times New Roman" w:cs="Times New Roman"/>
          <w:sz w:val="24"/>
          <w:szCs w:val="24"/>
        </w:rPr>
        <w:t xml:space="preserve"> Sporran, I was outside when procession appeared. 1</w:t>
      </w:r>
      <w:r w:rsidRPr="009658F0">
        <w:rPr>
          <w:rFonts w:ascii="Times New Roman" w:eastAsia="Times New Roman" w:hAnsi="Times New Roman" w:cs="Times New Roman"/>
          <w:sz w:val="24"/>
          <w:szCs w:val="24"/>
          <w:vertAlign w:val="superscript"/>
        </w:rPr>
        <w:t>st</w:t>
      </w:r>
      <w:r w:rsidRPr="009658F0">
        <w:rPr>
          <w:rFonts w:ascii="Times New Roman" w:eastAsia="Times New Roman" w:hAnsi="Times New Roman" w:cs="Times New Roman"/>
          <w:sz w:val="24"/>
          <w:szCs w:val="24"/>
        </w:rPr>
        <w:t xml:space="preserve">, a thumping was heard from around the corner on right (from Latin patriarchate). Then a </w:t>
      </w:r>
      <w:proofErr w:type="spellStart"/>
      <w:r w:rsidR="00A65853" w:rsidRPr="009658F0">
        <w:rPr>
          <w:rFonts w:ascii="Times New Roman" w:eastAsia="Times New Roman" w:hAnsi="Times New Roman" w:cs="Times New Roman"/>
          <w:sz w:val="24"/>
          <w:szCs w:val="24"/>
        </w:rPr>
        <w:t>Kivass</w:t>
      </w:r>
      <w:proofErr w:type="spellEnd"/>
      <w:r w:rsidRPr="009658F0">
        <w:rPr>
          <w:rFonts w:ascii="Times New Roman" w:eastAsia="Times New Roman" w:hAnsi="Times New Roman" w:cs="Times New Roman"/>
          <w:sz w:val="24"/>
          <w:szCs w:val="24"/>
        </w:rPr>
        <w:t xml:space="preserve">  appeared (dressed like U.S. </w:t>
      </w:r>
      <w:r w:rsidR="005B67C5" w:rsidRPr="009658F0">
        <w:rPr>
          <w:rFonts w:ascii="Times New Roman" w:eastAsia="Times New Roman" w:hAnsi="Times New Roman" w:cs="Times New Roman"/>
          <w:sz w:val="24"/>
          <w:szCs w:val="24"/>
        </w:rPr>
        <w:t xml:space="preserve">Stormer (?) I thought). With scimitar etc. Heels down on outsides, so clothes + shoes curved on each side: [hand-drawn picture] shape. </w:t>
      </w:r>
    </w:p>
    <w:p w14:paraId="5240C7E3" w14:textId="5B5D98EA" w:rsidR="005B67C5" w:rsidRPr="009658F0" w:rsidRDefault="005B67C5"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Ranks of </w:t>
      </w:r>
      <w:proofErr w:type="spellStart"/>
      <w:r w:rsidR="00A65853" w:rsidRPr="009658F0">
        <w:rPr>
          <w:rFonts w:ascii="Times New Roman" w:eastAsia="Times New Roman" w:hAnsi="Times New Roman" w:cs="Times New Roman"/>
          <w:sz w:val="24"/>
          <w:szCs w:val="24"/>
        </w:rPr>
        <w:t>kivasses</w:t>
      </w:r>
      <w:proofErr w:type="spellEnd"/>
      <w:r w:rsidRPr="009658F0">
        <w:rPr>
          <w:rFonts w:ascii="Times New Roman" w:eastAsia="Times New Roman" w:hAnsi="Times New Roman" w:cs="Times New Roman"/>
          <w:sz w:val="24"/>
          <w:szCs w:val="24"/>
        </w:rPr>
        <w:t xml:space="preserve"> appeared, thumping</w:t>
      </w:r>
    </w:p>
    <w:p w14:paraId="4A06F364" w14:textId="77777777" w:rsidR="005B67C5" w:rsidRPr="009658F0" w:rsidRDefault="005B67C5"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13F472EB" w14:textId="6A3C4F7B" w:rsidR="005B67C5" w:rsidRPr="009658F0" w:rsidRDefault="005B67C5"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7</w:t>
      </w:r>
    </w:p>
    <w:p w14:paraId="22A64203" w14:textId="5B920C2E" w:rsidR="00A2682C" w:rsidRPr="009658F0" w:rsidRDefault="00A65853"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their staffs on ground at east step. To clear way. A traditional custom, said Erik. (Erik mentioned </w:t>
      </w:r>
      <w:proofErr w:type="spellStart"/>
      <w:r w:rsidRPr="009658F0">
        <w:rPr>
          <w:rFonts w:ascii="Times New Roman" w:eastAsia="Times New Roman" w:hAnsi="Times New Roman" w:cs="Times New Roman"/>
          <w:sz w:val="24"/>
          <w:szCs w:val="24"/>
        </w:rPr>
        <w:t>Graburn’s</w:t>
      </w:r>
      <w:proofErr w:type="spellEnd"/>
      <w:r w:rsidRPr="009658F0">
        <w:rPr>
          <w:rFonts w:ascii="Times New Roman" w:eastAsia="Times New Roman" w:hAnsi="Times New Roman" w:cs="Times New Roman"/>
          <w:sz w:val="24"/>
          <w:szCs w:val="24"/>
        </w:rPr>
        <w:t xml:space="preserve"> new book, </w:t>
      </w:r>
      <w:r w:rsidRPr="009658F0">
        <w:rPr>
          <w:rFonts w:ascii="Times New Roman" w:eastAsia="Times New Roman" w:hAnsi="Times New Roman" w:cs="Times New Roman"/>
          <w:sz w:val="24"/>
          <w:szCs w:val="24"/>
          <w:u w:val="single"/>
        </w:rPr>
        <w:t>Pray, Pay + Play</w:t>
      </w:r>
      <w:r w:rsidRPr="009658F0">
        <w:rPr>
          <w:rFonts w:ascii="Times New Roman" w:eastAsia="Times New Roman" w:hAnsi="Times New Roman" w:cs="Times New Roman"/>
          <w:sz w:val="24"/>
          <w:szCs w:val="24"/>
        </w:rPr>
        <w:t xml:space="preserve">, on Pilgrimage.) Then priests in gold, + the patriarch of Jerusalem in </w:t>
      </w:r>
      <w:proofErr w:type="spellStart"/>
      <w:r w:rsidRPr="009658F0">
        <w:rPr>
          <w:rFonts w:ascii="Times New Roman" w:eastAsia="Times New Roman" w:hAnsi="Times New Roman" w:cs="Times New Roman"/>
          <w:sz w:val="24"/>
          <w:szCs w:val="24"/>
        </w:rPr>
        <w:t>mitre</w:t>
      </w:r>
      <w:proofErr w:type="spellEnd"/>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strike/>
          <w:sz w:val="24"/>
          <w:szCs w:val="24"/>
        </w:rPr>
        <w:t xml:space="preserve">They extend </w:t>
      </w:r>
      <w:r w:rsidRPr="009658F0">
        <w:rPr>
          <w:rFonts w:ascii="Times New Roman" w:eastAsia="Times New Roman" w:hAnsi="Times New Roman" w:cs="Times New Roman"/>
          <w:sz w:val="24"/>
          <w:szCs w:val="24"/>
        </w:rPr>
        <w:t xml:space="preserve">As they turned the corner the band played “Here the Conquering Hero Comes”. Then as they entered the H.S. “Hallelujah Chorus” on the organ. (When we got to our seats it was the “Trumpet Voluntary”). I watched the </w:t>
      </w:r>
      <w:proofErr w:type="gramStart"/>
      <w:r w:rsidRPr="009658F0">
        <w:rPr>
          <w:rFonts w:ascii="Times New Roman" w:eastAsia="Times New Roman" w:hAnsi="Times New Roman" w:cs="Times New Roman"/>
          <w:sz w:val="24"/>
          <w:szCs w:val="24"/>
        </w:rPr>
        <w:t>Patriarch</w:t>
      </w:r>
      <w:proofErr w:type="gramEnd"/>
      <w:r w:rsidRPr="009658F0">
        <w:rPr>
          <w:rFonts w:ascii="Times New Roman" w:eastAsia="Times New Roman" w:hAnsi="Times New Roman" w:cs="Times New Roman"/>
          <w:sz w:val="24"/>
          <w:szCs w:val="24"/>
        </w:rPr>
        <w:t xml:space="preserve"> and his priests make obeisances at the Stone of Anointing, kissing the stone. Then they proceeded to the Tomb Sanctuary area. The choir </w:t>
      </w:r>
      <w:proofErr w:type="gramStart"/>
      <w:r w:rsidRPr="009658F0">
        <w:rPr>
          <w:rFonts w:ascii="Times New Roman" w:eastAsia="Times New Roman" w:hAnsi="Times New Roman" w:cs="Times New Roman"/>
          <w:sz w:val="24"/>
          <w:szCs w:val="24"/>
        </w:rPr>
        <w:t>began;</w:t>
      </w:r>
      <w:proofErr w:type="gramEnd"/>
      <w:r w:rsidRPr="009658F0">
        <w:rPr>
          <w:rFonts w:ascii="Times New Roman" w:eastAsia="Times New Roman" w:hAnsi="Times New Roman" w:cs="Times New Roman"/>
          <w:sz w:val="24"/>
          <w:szCs w:val="24"/>
        </w:rPr>
        <w:t xml:space="preserve"> and the Mass. In our wing of the church, word went around that it was in Latin. Incl. Gospel etc. No sermon. TV lights, also some lights on the tall Tomb candles. Eerir. This was the place…So many generations felt as I did. And will feel, in the future. Was everyone sad, at the blocked hopeless state of the world?</w:t>
      </w:r>
      <w:r w:rsidR="00A50F37" w:rsidRPr="009658F0">
        <w:rPr>
          <w:rFonts w:ascii="Times New Roman" w:eastAsia="Times New Roman" w:hAnsi="Times New Roman" w:cs="Times New Roman"/>
          <w:sz w:val="24"/>
          <w:szCs w:val="24"/>
        </w:rPr>
        <w:t xml:space="preserve"> The patriarch, passing in his processions, had sweetness + patience in his face. We joined in the Apostles Creed, in Latin, Gregorian. The choir in antiphony added new music. Pretty good. Here after 3 months, </w:t>
      </w:r>
      <w:proofErr w:type="spellStart"/>
      <w:r w:rsidR="00A50F37" w:rsidRPr="009658F0">
        <w:rPr>
          <w:rFonts w:ascii="Times New Roman" w:eastAsia="Times New Roman" w:hAnsi="Times New Roman" w:cs="Times New Roman"/>
          <w:sz w:val="24"/>
          <w:szCs w:val="24"/>
        </w:rPr>
        <w:t>Xtianity</w:t>
      </w:r>
      <w:proofErr w:type="spellEnd"/>
      <w:r w:rsidR="00A50F37" w:rsidRPr="009658F0">
        <w:rPr>
          <w:rFonts w:ascii="Times New Roman" w:eastAsia="Times New Roman" w:hAnsi="Times New Roman" w:cs="Times New Roman"/>
          <w:sz w:val="24"/>
          <w:szCs w:val="24"/>
        </w:rPr>
        <w:t xml:space="preserve"> again after so much Judaism</w:t>
      </w:r>
      <w:r w:rsidR="00504248" w:rsidRPr="009658F0">
        <w:rPr>
          <w:rFonts w:ascii="Times New Roman" w:eastAsia="Times New Roman" w:hAnsi="Times New Roman" w:cs="Times New Roman"/>
          <w:sz w:val="24"/>
          <w:szCs w:val="24"/>
        </w:rPr>
        <w:t>.</w:t>
      </w:r>
      <w:r w:rsidR="00A50F37" w:rsidRPr="009658F0">
        <w:rPr>
          <w:rFonts w:ascii="Times New Roman" w:eastAsia="Times New Roman" w:hAnsi="Times New Roman" w:cs="Times New Roman"/>
          <w:sz w:val="24"/>
          <w:szCs w:val="24"/>
        </w:rPr>
        <w:t xml:space="preserve"> People were doing kind deeds, a man pointed out the</w:t>
      </w:r>
    </w:p>
    <w:p w14:paraId="25F1A0AA" w14:textId="77777777" w:rsidR="00A2682C" w:rsidRPr="009658F0" w:rsidRDefault="00A2682C"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2D1D8032" w14:textId="4F520F91" w:rsidR="005B67C5" w:rsidRPr="009658F0" w:rsidRDefault="00A2682C"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8</w:t>
      </w:r>
    </w:p>
    <w:p w14:paraId="42D305E5" w14:textId="0CEA2A83" w:rsidR="00E26FC3" w:rsidRPr="009658F0" w:rsidRDefault="00E26FC3"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(8) stairs for me so that I could get a good picture from above. 2 men also, nearer the tomb. I leaned on one to pass along a bench, standing by others who were standing on it. We didn’t know if there wd be communion. Probably. (Just before gospel, priest stent acolyte scurrying for something, it was the Book, he came back with it </w:t>
      </w:r>
      <w:proofErr w:type="spellStart"/>
      <w:r w:rsidRPr="009658F0">
        <w:rPr>
          <w:rFonts w:ascii="Times New Roman" w:eastAsia="Times New Roman" w:hAnsi="Times New Roman" w:cs="Times New Roman"/>
          <w:sz w:val="24"/>
          <w:szCs w:val="24"/>
        </w:rPr>
        <w:t>licketty</w:t>
      </w:r>
      <w:proofErr w:type="spellEnd"/>
      <w:r w:rsidRPr="009658F0">
        <w:rPr>
          <w:rFonts w:ascii="Times New Roman" w:eastAsia="Times New Roman" w:hAnsi="Times New Roman" w:cs="Times New Roman"/>
          <w:sz w:val="24"/>
          <w:szCs w:val="24"/>
        </w:rPr>
        <w:t xml:space="preserve"> split.) I asked a tall authoritative looking priest in black if we would have communion. He said, not now. “Many masses will be said throughout the day.” I was disappointed. As I turned away an American boy, sportsman type said, straight “Yes there will be communion” + of course the Eucharistic ministers, whom we had </w:t>
      </w:r>
      <w:proofErr w:type="gramStart"/>
      <w:r w:rsidRPr="009658F0">
        <w:rPr>
          <w:rFonts w:ascii="Times New Roman" w:eastAsia="Times New Roman" w:hAnsi="Times New Roman" w:cs="Times New Roman"/>
          <w:sz w:val="24"/>
          <w:szCs w:val="24"/>
        </w:rPr>
        <w:t>actually seen</w:t>
      </w:r>
      <w:proofErr w:type="gramEnd"/>
      <w:r w:rsidRPr="009658F0">
        <w:rPr>
          <w:rFonts w:ascii="Times New Roman" w:eastAsia="Times New Roman" w:hAnsi="Times New Roman" w:cs="Times New Roman"/>
          <w:sz w:val="24"/>
          <w:szCs w:val="24"/>
        </w:rPr>
        <w:t xml:space="preserve"> passing towards the Tomb in a long line, incl women, started back through the crowd with ciboria, to take their stations. Everyone crowded towards them, not in any lines, but in a mob. But when it came to </w:t>
      </w:r>
      <w:proofErr w:type="gramStart"/>
      <w:r w:rsidRPr="009658F0">
        <w:rPr>
          <w:rFonts w:ascii="Times New Roman" w:eastAsia="Times New Roman" w:hAnsi="Times New Roman" w:cs="Times New Roman"/>
          <w:sz w:val="24"/>
          <w:szCs w:val="24"/>
        </w:rPr>
        <w:t>actually receiving</w:t>
      </w:r>
      <w:proofErr w:type="gramEnd"/>
      <w:r w:rsidRPr="009658F0">
        <w:rPr>
          <w:rFonts w:ascii="Times New Roman" w:eastAsia="Times New Roman" w:hAnsi="Times New Roman" w:cs="Times New Roman"/>
          <w:sz w:val="24"/>
          <w:szCs w:val="24"/>
        </w:rPr>
        <w:t>, they didn’t push, but were kind.</w:t>
      </w:r>
      <w:r w:rsidR="00D719E5"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i/>
          <w:iCs/>
          <w:sz w:val="24"/>
          <w:szCs w:val="24"/>
        </w:rPr>
        <w:t xml:space="preserve">Last was a v poor man followed by tiny poor women. </w:t>
      </w:r>
      <w:r w:rsidRPr="009658F0">
        <w:rPr>
          <w:rFonts w:ascii="Times New Roman" w:eastAsia="Times New Roman" w:hAnsi="Times New Roman" w:cs="Times New Roman"/>
          <w:sz w:val="24"/>
          <w:szCs w:val="24"/>
        </w:rPr>
        <w:t xml:space="preserve">In all my ups and downs literally, on benches etc., the warming words and remembered meanings were taking effect. </w:t>
      </w:r>
    </w:p>
    <w:p w14:paraId="2006994B" w14:textId="207D94AE" w:rsidR="00504248" w:rsidRPr="009658F0" w:rsidRDefault="00504248"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w:drawing>
          <wp:inline distT="0" distB="0" distL="0" distR="0" wp14:anchorId="0CBD9E19" wp14:editId="6166D21D">
            <wp:extent cx="4282811" cy="1539373"/>
            <wp:effectExtent l="0" t="0" r="3810" b="3810"/>
            <wp:docPr id="594054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54064" name=""/>
                    <pic:cNvPicPr/>
                  </pic:nvPicPr>
                  <pic:blipFill>
                    <a:blip r:embed="rId13"/>
                    <a:stretch>
                      <a:fillRect/>
                    </a:stretch>
                  </pic:blipFill>
                  <pic:spPr>
                    <a:xfrm>
                      <a:off x="0" y="0"/>
                      <a:ext cx="4282811" cy="1539373"/>
                    </a:xfrm>
                    <a:prstGeom prst="rect">
                      <a:avLst/>
                    </a:prstGeom>
                  </pic:spPr>
                </pic:pic>
              </a:graphicData>
            </a:graphic>
          </wp:inline>
        </w:drawing>
      </w:r>
    </w:p>
    <w:p w14:paraId="3A6F8430" w14:textId="77777777" w:rsidR="00E26FC3" w:rsidRPr="009658F0" w:rsidRDefault="00E26FC3"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1FCE1CD9" w14:textId="7F87F148" w:rsidR="00A2682C" w:rsidRPr="009658F0" w:rsidRDefault="00E26FC3"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9</w:t>
      </w:r>
    </w:p>
    <w:p w14:paraId="6CEBBB63" w14:textId="4B05AEB3" w:rsidR="00E26FC3" w:rsidRPr="009658F0" w:rsidRDefault="00E26FC3"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pushing its head up in front as it were, pushing on even through time, preceded </w:t>
      </w:r>
      <w:proofErr w:type="spellStart"/>
      <w:r w:rsidRPr="009658F0">
        <w:rPr>
          <w:rFonts w:ascii="Times New Roman" w:eastAsia="Times New Roman" w:hAnsi="Times New Roman" w:cs="Times New Roman"/>
          <w:sz w:val="24"/>
          <w:szCs w:val="24"/>
        </w:rPr>
        <w:t>bu</w:t>
      </w:r>
      <w:proofErr w:type="spellEnd"/>
      <w:r w:rsidRPr="009658F0">
        <w:rPr>
          <w:rFonts w:ascii="Times New Roman" w:eastAsia="Times New Roman" w:hAnsi="Times New Roman" w:cs="Times New Roman"/>
          <w:sz w:val="24"/>
          <w:szCs w:val="24"/>
        </w:rPr>
        <w:t xml:space="preserve"> its giant candles, was all about the lilies of the field + being in love with no bullshit, with sweet nature really, with in</w:t>
      </w:r>
      <w:r w:rsidR="002831AA" w:rsidRPr="009658F0">
        <w:rPr>
          <w:rFonts w:ascii="Times New Roman" w:eastAsia="Times New Roman" w:hAnsi="Times New Roman" w:cs="Times New Roman"/>
          <w:sz w:val="24"/>
          <w:szCs w:val="24"/>
        </w:rPr>
        <w:t>controvertible brotherliness which bullshit attempted to kill (it bloody well won’t kill it.)</w:t>
      </w:r>
    </w:p>
    <w:p w14:paraId="61D5E2F8" w14:textId="0348B36F" w:rsidR="002831AA" w:rsidRPr="009658F0" w:rsidRDefault="002831AA"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Those anemones, bright red, speedwells, yellow daisies, fresh grass, orange butter (?) + eggs, irises. One aches for them. Ther’s some anamnesis in all this that is important for survival. Then, the patriarch’s procession started slowly circling the Tomb, headed by the Pascal Candle. Pasch, </w:t>
      </w:r>
      <w:proofErr w:type="spellStart"/>
      <w:r w:rsidRPr="009658F0">
        <w:rPr>
          <w:rFonts w:ascii="Times New Roman" w:eastAsia="Times New Roman" w:hAnsi="Times New Roman" w:cs="Times New Roman"/>
          <w:sz w:val="24"/>
          <w:szCs w:val="24"/>
        </w:rPr>
        <w:t>Pessach</w:t>
      </w:r>
      <w:proofErr w:type="spellEnd"/>
      <w:r w:rsidRPr="009658F0">
        <w:rPr>
          <w:rFonts w:ascii="Times New Roman" w:eastAsia="Times New Roman" w:hAnsi="Times New Roman" w:cs="Times New Roman"/>
          <w:sz w:val="24"/>
          <w:szCs w:val="24"/>
        </w:rPr>
        <w:t xml:space="preserve">. We were singing continually; I forget the tune. Then again – I was photographing etc. while they sounded behind at the Copts’ </w:t>
      </w:r>
      <w:r w:rsidRPr="009658F0">
        <w:rPr>
          <w:rFonts w:ascii="Times New Roman" w:eastAsia="Times New Roman" w:hAnsi="Times New Roman" w:cs="Times New Roman"/>
          <w:strike/>
          <w:sz w:val="24"/>
          <w:szCs w:val="24"/>
        </w:rPr>
        <w:t>chapel</w:t>
      </w:r>
      <w:r w:rsidRPr="009658F0">
        <w:rPr>
          <w:rFonts w:ascii="Times New Roman" w:eastAsia="Times New Roman" w:hAnsi="Times New Roman" w:cs="Times New Roman"/>
          <w:sz w:val="24"/>
          <w:szCs w:val="24"/>
        </w:rPr>
        <w:t xml:space="preserve"> Shrine, back, + again. 3 times. </w:t>
      </w:r>
      <w:r w:rsidR="00CA7310" w:rsidRPr="009658F0">
        <w:rPr>
          <w:rFonts w:ascii="Times New Roman" w:eastAsia="Times New Roman" w:hAnsi="Times New Roman" w:cs="Times New Roman"/>
          <w:sz w:val="24"/>
          <w:szCs w:val="24"/>
        </w:rPr>
        <w:t>(</w:t>
      </w:r>
      <w:r w:rsidRPr="009658F0">
        <w:rPr>
          <w:rFonts w:ascii="Times New Roman" w:eastAsia="Times New Roman" w:hAnsi="Times New Roman" w:cs="Times New Roman"/>
          <w:sz w:val="24"/>
          <w:szCs w:val="24"/>
        </w:rPr>
        <w:t>The Copts had been having their Mass when we 1</w:t>
      </w:r>
      <w:r w:rsidRPr="009658F0">
        <w:rPr>
          <w:rFonts w:ascii="Times New Roman" w:eastAsia="Times New Roman" w:hAnsi="Times New Roman" w:cs="Times New Roman"/>
          <w:sz w:val="24"/>
          <w:szCs w:val="24"/>
          <w:vertAlign w:val="superscript"/>
        </w:rPr>
        <w:t>st</w:t>
      </w:r>
      <w:r w:rsidRPr="009658F0">
        <w:rPr>
          <w:rFonts w:ascii="Times New Roman" w:eastAsia="Times New Roman" w:hAnsi="Times New Roman" w:cs="Times New Roman"/>
          <w:sz w:val="24"/>
          <w:szCs w:val="24"/>
        </w:rPr>
        <w:t xml:space="preserve"> went in, A bishop (patriarch?) bowing, swaying, bowing, kissing in his little candled cubby hold here full of pictures, lamps, ornaments, with the hole beneath where you can feel the virgin rock of the tomb – and a row of Coptic priest at the back by the pillars, chanting continually</w:t>
      </w:r>
      <w:r w:rsidR="00CA7310" w:rsidRPr="009658F0">
        <w:rPr>
          <w:rFonts w:ascii="Times New Roman" w:eastAsia="Times New Roman" w:hAnsi="Times New Roman" w:cs="Times New Roman"/>
          <w:sz w:val="24"/>
          <w:szCs w:val="24"/>
        </w:rPr>
        <w:t>)</w:t>
      </w:r>
    </w:p>
    <w:p w14:paraId="5B69EC84" w14:textId="77777777" w:rsidR="002831AA" w:rsidRPr="009658F0" w:rsidRDefault="002831AA"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33412189" w14:textId="48F10F3F" w:rsidR="002831AA" w:rsidRPr="009658F0" w:rsidRDefault="002831AA"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10</w:t>
      </w:r>
    </w:p>
    <w:p w14:paraId="33C5C804" w14:textId="17185828" w:rsidR="002831AA" w:rsidRPr="009658F0" w:rsidRDefault="009C4082"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Then this main procession headed for the Stone of Anointment, + stood by </w:t>
      </w:r>
      <w:proofErr w:type="spellStart"/>
      <w:r w:rsidRPr="009658F0">
        <w:rPr>
          <w:rFonts w:ascii="Times New Roman" w:eastAsia="Times New Roman" w:hAnsi="Times New Roman" w:cs="Times New Roman"/>
          <w:sz w:val="24"/>
          <w:szCs w:val="24"/>
        </w:rPr>
        <w:t>it</w:t>
      </w:r>
      <w:proofErr w:type="spellEnd"/>
      <w:r w:rsidRPr="009658F0">
        <w:rPr>
          <w:rFonts w:ascii="Times New Roman" w:eastAsia="Times New Roman" w:hAnsi="Times New Roman" w:cs="Times New Roman"/>
          <w:sz w:val="24"/>
          <w:szCs w:val="24"/>
        </w:rPr>
        <w:t xml:space="preserve"> chanting, 4 priests in gold facing it. The others behind. Then they circled it once and proceeded out of the H.S. The mass was over. I returned to Vic. He + </w:t>
      </w:r>
      <w:proofErr w:type="spellStart"/>
      <w:r w:rsidRPr="009658F0">
        <w:rPr>
          <w:rFonts w:ascii="Times New Roman" w:eastAsia="Times New Roman" w:hAnsi="Times New Roman" w:cs="Times New Roman"/>
          <w:sz w:val="24"/>
          <w:szCs w:val="24"/>
        </w:rPr>
        <w:t>Mr</w:t>
      </w:r>
      <w:proofErr w:type="spellEnd"/>
      <w:r w:rsidRPr="009658F0">
        <w:rPr>
          <w:rFonts w:ascii="Times New Roman" w:eastAsia="Times New Roman" w:hAnsi="Times New Roman" w:cs="Times New Roman"/>
          <w:sz w:val="24"/>
          <w:szCs w:val="24"/>
        </w:rPr>
        <w:t xml:space="preserve"> Sporran got into conversation </w:t>
      </w:r>
      <w:proofErr w:type="spellStart"/>
      <w:r w:rsidRPr="009658F0">
        <w:rPr>
          <w:rFonts w:ascii="Times New Roman" w:eastAsia="Times New Roman" w:hAnsi="Times New Roman" w:cs="Times New Roman"/>
          <w:sz w:val="24"/>
          <w:szCs w:val="24"/>
        </w:rPr>
        <w:t>abt</w:t>
      </w:r>
      <w:proofErr w:type="spellEnd"/>
      <w:r w:rsidRPr="009658F0">
        <w:rPr>
          <w:rFonts w:ascii="Times New Roman" w:eastAsia="Times New Roman" w:hAnsi="Times New Roman" w:cs="Times New Roman"/>
          <w:sz w:val="24"/>
          <w:szCs w:val="24"/>
        </w:rPr>
        <w:t xml:space="preserve"> Scotland + swapped travelers’ yarns standing within Anastasis by Tomb. We all left (Jane had gone to Bethlehem). Out in courtyard, we followed alley to rt towards Jaffa Gate. There the girl and cub scouts were waiting with band instruments in high glee this time, tooting + almost dancing. (The Nigerians had been at the Mass in full force; those attending </w:t>
      </w:r>
      <w:proofErr w:type="gramStart"/>
      <w:r w:rsidRPr="009658F0">
        <w:rPr>
          <w:rFonts w:ascii="Times New Roman" w:eastAsia="Times New Roman" w:hAnsi="Times New Roman" w:cs="Times New Roman"/>
          <w:sz w:val="24"/>
          <w:szCs w:val="24"/>
        </w:rPr>
        <w:t>were</w:t>
      </w:r>
      <w:proofErr w:type="gramEnd"/>
      <w:r w:rsidRPr="009658F0">
        <w:rPr>
          <w:rFonts w:ascii="Times New Roman" w:eastAsia="Times New Roman" w:hAnsi="Times New Roman" w:cs="Times New Roman"/>
          <w:sz w:val="24"/>
          <w:szCs w:val="24"/>
        </w:rPr>
        <w:t xml:space="preserve"> a highly international collection of people). They clearly appreciated the Latin liturgy, as we did – words understood by all. Gregorian chant mainly, incl. Lord’s Prayer. </w:t>
      </w:r>
    </w:p>
    <w:p w14:paraId="422B0D05" w14:textId="7265DB35" w:rsidR="009C4082" w:rsidRPr="009658F0" w:rsidRDefault="009C4082" w:rsidP="006C1960">
      <w:pPr>
        <w:spacing w:after="120" w:line="360" w:lineRule="auto"/>
        <w:rPr>
          <w:rFonts w:ascii="Times New Roman" w:eastAsia="Times New Roman" w:hAnsi="Times New Roman" w:cs="Times New Roman"/>
          <w:sz w:val="24"/>
          <w:szCs w:val="24"/>
        </w:rPr>
      </w:pPr>
      <w:proofErr w:type="spellStart"/>
      <w:r w:rsidRPr="009658F0">
        <w:rPr>
          <w:rFonts w:ascii="Times New Roman" w:eastAsia="Times New Roman" w:hAnsi="Times New Roman" w:cs="Times New Roman"/>
          <w:sz w:val="24"/>
          <w:szCs w:val="24"/>
          <w:u w:val="single"/>
        </w:rPr>
        <w:t>Mi</w:t>
      </w:r>
      <w:r w:rsidR="009601FE" w:rsidRPr="009658F0">
        <w:rPr>
          <w:rFonts w:ascii="Times New Roman" w:eastAsia="Times New Roman" w:hAnsi="Times New Roman" w:cs="Times New Roman"/>
          <w:sz w:val="24"/>
          <w:szCs w:val="24"/>
          <w:u w:val="single"/>
        </w:rPr>
        <w:t>muna</w:t>
      </w:r>
      <w:proofErr w:type="spellEnd"/>
      <w:r w:rsidR="009601FE" w:rsidRPr="009658F0">
        <w:rPr>
          <w:rFonts w:ascii="Times New Roman" w:eastAsia="Times New Roman" w:hAnsi="Times New Roman" w:cs="Times New Roman"/>
          <w:sz w:val="24"/>
          <w:szCs w:val="24"/>
          <w:u w:val="single"/>
        </w:rPr>
        <w:t xml:space="preserve"> </w:t>
      </w:r>
      <w:r w:rsidRPr="009658F0">
        <w:rPr>
          <w:rFonts w:ascii="Times New Roman" w:eastAsia="Times New Roman" w:hAnsi="Times New Roman" w:cs="Times New Roman"/>
          <w:sz w:val="24"/>
          <w:szCs w:val="24"/>
          <w:u w:val="single"/>
        </w:rPr>
        <w:t>Tues, Apr 5.</w:t>
      </w:r>
      <w:r w:rsidRPr="009658F0">
        <w:rPr>
          <w:rFonts w:ascii="Times New Roman" w:eastAsia="Times New Roman" w:hAnsi="Times New Roman" w:cs="Times New Roman"/>
          <w:sz w:val="24"/>
          <w:szCs w:val="24"/>
        </w:rPr>
        <w:t xml:space="preserve"> We were picked up by Shalva </w:t>
      </w:r>
      <w:commentRangeStart w:id="18"/>
      <w:r w:rsidRPr="009658F0">
        <w:rPr>
          <w:rFonts w:ascii="Times New Roman" w:eastAsia="Times New Roman" w:hAnsi="Times New Roman" w:cs="Times New Roman"/>
          <w:sz w:val="24"/>
          <w:szCs w:val="24"/>
        </w:rPr>
        <w:t xml:space="preserve">Weil </w:t>
      </w:r>
      <w:commentRangeEnd w:id="18"/>
      <w:r w:rsidR="00CA7310" w:rsidRPr="009658F0">
        <w:rPr>
          <w:rStyle w:val="CommentReference"/>
          <w:rFonts w:ascii="Times New Roman" w:hAnsi="Times New Roman" w:cs="Times New Roman"/>
        </w:rPr>
        <w:commentReference w:id="18"/>
      </w:r>
      <w:r w:rsidRPr="009658F0">
        <w:rPr>
          <w:rFonts w:ascii="Times New Roman" w:eastAsia="Times New Roman" w:hAnsi="Times New Roman" w:cs="Times New Roman"/>
          <w:sz w:val="24"/>
          <w:szCs w:val="24"/>
        </w:rPr>
        <w:t>at 11 am. Went to Sacher Garden, the public park NNE of Knesset building: this was a long stretch of grass running up a valley beside a road + backed by a wood. Grass lush + green. Parking rt upon sidewalk. A mistake because parallel parkers blocked us in later. Shalva had her 3 small children plus a bag of goodies.</w:t>
      </w:r>
    </w:p>
    <w:p w14:paraId="1BFE8CAD" w14:textId="77777777" w:rsidR="009C4082" w:rsidRPr="009658F0" w:rsidRDefault="009C4082"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31EE774D" w14:textId="7839A831" w:rsidR="009C4082" w:rsidRPr="009658F0" w:rsidRDefault="009C4082"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11</w:t>
      </w:r>
    </w:p>
    <w:p w14:paraId="118BAF11" w14:textId="0EE9B803" w:rsidR="009C4082" w:rsidRPr="009658F0" w:rsidRDefault="009601FE"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a pushchair. It was hot. The park was filling up. On the lower narrow part were large open tents of shimmery material.</w:t>
      </w:r>
      <w:r w:rsidR="00995781" w:rsidRPr="009658F0">
        <w:rPr>
          <w:rFonts w:ascii="Times New Roman" w:eastAsia="Times New Roman" w:hAnsi="Times New Roman" w:cs="Times New Roman"/>
          <w:sz w:val="24"/>
          <w:szCs w:val="24"/>
        </w:rPr>
        <w:t xml:space="preserve"> </w:t>
      </w:r>
      <w:proofErr w:type="spellStart"/>
      <w:r w:rsidR="00995781" w:rsidRPr="009658F0">
        <w:rPr>
          <w:rFonts w:ascii="Times New Roman" w:eastAsia="Times New Roman" w:hAnsi="Times New Roman" w:cs="Times New Roman"/>
          <w:sz w:val="24"/>
          <w:szCs w:val="24"/>
        </w:rPr>
        <w:t>Mimuna</w:t>
      </w:r>
      <w:proofErr w:type="spellEnd"/>
      <w:r w:rsidR="00995781" w:rsidRPr="009658F0">
        <w:rPr>
          <w:rFonts w:ascii="Times New Roman" w:eastAsia="Times New Roman" w:hAnsi="Times New Roman" w:cs="Times New Roman"/>
          <w:sz w:val="24"/>
          <w:szCs w:val="24"/>
        </w:rPr>
        <w:t xml:space="preserve"> is the festival that reinstates normalcy after </w:t>
      </w:r>
      <w:proofErr w:type="spellStart"/>
      <w:r w:rsidR="00995781" w:rsidRPr="009658F0">
        <w:rPr>
          <w:rFonts w:ascii="Times New Roman" w:eastAsia="Times New Roman" w:hAnsi="Times New Roman" w:cs="Times New Roman"/>
          <w:sz w:val="24"/>
          <w:szCs w:val="24"/>
        </w:rPr>
        <w:t>Pessach</w:t>
      </w:r>
      <w:proofErr w:type="spellEnd"/>
      <w:r w:rsidR="00995781" w:rsidRPr="009658F0">
        <w:rPr>
          <w:rFonts w:ascii="Times New Roman" w:eastAsia="Times New Roman" w:hAnsi="Times New Roman" w:cs="Times New Roman"/>
          <w:sz w:val="24"/>
          <w:szCs w:val="24"/>
        </w:rPr>
        <w:t xml:space="preserve"> is finished. Mainly Moroccan Jewish. Harvey Goldberg + others’ </w:t>
      </w:r>
      <w:commentRangeStart w:id="19"/>
      <w:r w:rsidR="00995781" w:rsidRPr="009658F0">
        <w:rPr>
          <w:rFonts w:ascii="Times New Roman" w:eastAsia="Times New Roman" w:hAnsi="Times New Roman" w:cs="Times New Roman"/>
          <w:sz w:val="24"/>
          <w:szCs w:val="24"/>
        </w:rPr>
        <w:t xml:space="preserve">papers </w:t>
      </w:r>
      <w:commentRangeEnd w:id="19"/>
      <w:r w:rsidR="00CA7310" w:rsidRPr="009658F0">
        <w:rPr>
          <w:rStyle w:val="CommentReference"/>
          <w:rFonts w:ascii="Times New Roman" w:hAnsi="Times New Roman" w:cs="Times New Roman"/>
        </w:rPr>
        <w:commentReference w:id="19"/>
      </w:r>
      <w:r w:rsidR="00995781" w:rsidRPr="009658F0">
        <w:rPr>
          <w:rFonts w:ascii="Times New Roman" w:eastAsia="Times New Roman" w:hAnsi="Times New Roman" w:cs="Times New Roman"/>
          <w:sz w:val="24"/>
          <w:szCs w:val="24"/>
        </w:rPr>
        <w:t>on it emphasize the eating of bread for 1</w:t>
      </w:r>
      <w:r w:rsidR="00995781" w:rsidRPr="009658F0">
        <w:rPr>
          <w:rFonts w:ascii="Times New Roman" w:eastAsia="Times New Roman" w:hAnsi="Times New Roman" w:cs="Times New Roman"/>
          <w:sz w:val="24"/>
          <w:szCs w:val="24"/>
          <w:vertAlign w:val="superscript"/>
        </w:rPr>
        <w:t>st</w:t>
      </w:r>
      <w:r w:rsidR="00995781" w:rsidRPr="009658F0">
        <w:rPr>
          <w:rFonts w:ascii="Times New Roman" w:eastAsia="Times New Roman" w:hAnsi="Times New Roman" w:cs="Times New Roman"/>
          <w:sz w:val="24"/>
          <w:szCs w:val="24"/>
        </w:rPr>
        <w:t xml:space="preserve"> time for over a week. Bread baked by Moslems, who could do it before end of </w:t>
      </w:r>
      <w:proofErr w:type="spellStart"/>
      <w:r w:rsidR="00995781" w:rsidRPr="009658F0">
        <w:rPr>
          <w:rFonts w:ascii="Times New Roman" w:eastAsia="Times New Roman" w:hAnsi="Times New Roman" w:cs="Times New Roman"/>
          <w:sz w:val="24"/>
          <w:szCs w:val="24"/>
        </w:rPr>
        <w:t>Pessach</w:t>
      </w:r>
      <w:proofErr w:type="spellEnd"/>
      <w:r w:rsidR="00995781" w:rsidRPr="009658F0">
        <w:rPr>
          <w:rFonts w:ascii="Times New Roman" w:eastAsia="Times New Roman" w:hAnsi="Times New Roman" w:cs="Times New Roman"/>
          <w:sz w:val="24"/>
          <w:szCs w:val="24"/>
        </w:rPr>
        <w:t>. Also emphasized was custom of dressing up like Moslem, dancing, feasting. We however found no Moslem-like co</w:t>
      </w:r>
      <w:r w:rsidR="00E561D5" w:rsidRPr="009658F0">
        <w:rPr>
          <w:rFonts w:ascii="Times New Roman" w:eastAsia="Times New Roman" w:hAnsi="Times New Roman" w:cs="Times New Roman"/>
          <w:sz w:val="24"/>
          <w:szCs w:val="24"/>
        </w:rPr>
        <w:t xml:space="preserve">stumes, </w:t>
      </w:r>
      <w:proofErr w:type="spellStart"/>
      <w:r w:rsidR="00E561D5" w:rsidRPr="009658F0">
        <w:rPr>
          <w:rFonts w:ascii="Times New Roman" w:eastAsia="Times New Roman" w:hAnsi="Times New Roman" w:cs="Times New Roman"/>
          <w:sz w:val="24"/>
          <w:szCs w:val="24"/>
        </w:rPr>
        <w:t>tho</w:t>
      </w:r>
      <w:proofErr w:type="spellEnd"/>
      <w:r w:rsidR="00E561D5" w:rsidRPr="009658F0">
        <w:rPr>
          <w:rFonts w:ascii="Times New Roman" w:eastAsia="Times New Roman" w:hAnsi="Times New Roman" w:cs="Times New Roman"/>
          <w:sz w:val="24"/>
          <w:szCs w:val="24"/>
        </w:rPr>
        <w:t xml:space="preserve"> an oriental arch had been put up halfway down park. Designs on it were reminiscent of Mickey Mouse. The tents contained minor displays, photos of Moroccans in their homeland + so on. [Text added later:</w:t>
      </w:r>
      <w:r w:rsidR="007560A2" w:rsidRPr="009658F0">
        <w:rPr>
          <w:rFonts w:ascii="Times New Roman" w:eastAsia="Times New Roman" w:hAnsi="Times New Roman" w:cs="Times New Roman"/>
          <w:sz w:val="24"/>
          <w:szCs w:val="24"/>
        </w:rPr>
        <w:t xml:space="preserve">] </w:t>
      </w:r>
      <w:r w:rsidR="00E561D5" w:rsidRPr="009658F0">
        <w:rPr>
          <w:rFonts w:ascii="Times New Roman" w:eastAsia="Times New Roman" w:hAnsi="Times New Roman" w:cs="Times New Roman"/>
          <w:sz w:val="24"/>
          <w:szCs w:val="24"/>
        </w:rPr>
        <w:t xml:space="preserve">in the Moroccan tent was a herbalists will </w:t>
      </w:r>
      <w:proofErr w:type="gramStart"/>
      <w:r w:rsidR="00E561D5" w:rsidRPr="009658F0">
        <w:rPr>
          <w:rFonts w:ascii="Times New Roman" w:eastAsia="Times New Roman" w:hAnsi="Times New Roman" w:cs="Times New Roman"/>
          <w:sz w:val="24"/>
          <w:szCs w:val="24"/>
        </w:rPr>
        <w:t>plants</w:t>
      </w:r>
      <w:proofErr w:type="gramEnd"/>
      <w:r w:rsidR="00E561D5" w:rsidRPr="009658F0">
        <w:rPr>
          <w:rFonts w:ascii="Times New Roman" w:eastAsia="Times New Roman" w:hAnsi="Times New Roman" w:cs="Times New Roman"/>
          <w:sz w:val="24"/>
          <w:szCs w:val="24"/>
        </w:rPr>
        <w:t xml:space="preserve"> in a jar, see below</w:t>
      </w:r>
      <w:r w:rsidR="007560A2" w:rsidRPr="009658F0">
        <w:rPr>
          <w:rFonts w:ascii="Times New Roman" w:eastAsia="Times New Roman" w:hAnsi="Times New Roman" w:cs="Times New Roman"/>
          <w:sz w:val="24"/>
          <w:szCs w:val="24"/>
        </w:rPr>
        <w:t xml:space="preserve"> [downward arrow to text at foot of page</w:t>
      </w:r>
      <w:r w:rsidR="00E561D5" w:rsidRPr="009658F0">
        <w:rPr>
          <w:rFonts w:ascii="Times New Roman" w:eastAsia="Times New Roman" w:hAnsi="Times New Roman" w:cs="Times New Roman"/>
          <w:sz w:val="24"/>
          <w:szCs w:val="24"/>
        </w:rPr>
        <w:t xml:space="preserve">]. There was a “scholars’ tent” + anthropologists. Here arrived </w:t>
      </w:r>
      <w:r w:rsidR="007560A2" w:rsidRPr="009658F0">
        <w:rPr>
          <w:rFonts w:ascii="Times New Roman" w:eastAsia="Times New Roman" w:hAnsi="Times New Roman" w:cs="Times New Roman"/>
          <w:sz w:val="24"/>
          <w:szCs w:val="24"/>
        </w:rPr>
        <w:t xml:space="preserve">Shlomo </w:t>
      </w:r>
      <w:proofErr w:type="spellStart"/>
      <w:r w:rsidR="007560A2" w:rsidRPr="009658F0">
        <w:rPr>
          <w:rFonts w:ascii="Times New Roman" w:eastAsia="Times New Roman" w:hAnsi="Times New Roman" w:cs="Times New Roman"/>
          <w:sz w:val="24"/>
          <w:szCs w:val="24"/>
        </w:rPr>
        <w:t>Deshem</w:t>
      </w:r>
      <w:proofErr w:type="spellEnd"/>
      <w:r w:rsidR="007560A2" w:rsidRPr="009658F0">
        <w:rPr>
          <w:rFonts w:ascii="Times New Roman" w:eastAsia="Times New Roman" w:hAnsi="Times New Roman" w:cs="Times New Roman"/>
          <w:sz w:val="24"/>
          <w:szCs w:val="24"/>
        </w:rPr>
        <w:t>, Sam, Jeremy, Harvey, family, Shifa, and many others. Schlomo was anxious to see his now book of Jews in Morocco on display shelves. The shelves were gradually filled by helpers, to the satisfaction of the academics. We went off to view the ethnic displays. 1</w:t>
      </w:r>
      <w:r w:rsidR="007560A2" w:rsidRPr="009658F0">
        <w:rPr>
          <w:rFonts w:ascii="Times New Roman" w:eastAsia="Times New Roman" w:hAnsi="Times New Roman" w:cs="Times New Roman"/>
          <w:sz w:val="24"/>
          <w:szCs w:val="24"/>
          <w:vertAlign w:val="superscript"/>
        </w:rPr>
        <w:t>st</w:t>
      </w:r>
      <w:r w:rsidR="007560A2" w:rsidRPr="009658F0">
        <w:rPr>
          <w:rFonts w:ascii="Times New Roman" w:eastAsia="Times New Roman" w:hAnsi="Times New Roman" w:cs="Times New Roman"/>
          <w:sz w:val="24"/>
          <w:szCs w:val="24"/>
        </w:rPr>
        <w:t xml:space="preserve"> was the Falasha’s tent: it appeared</w:t>
      </w:r>
    </w:p>
    <w:p w14:paraId="0B4A4F34" w14:textId="2E348F26" w:rsidR="00862F6F" w:rsidRPr="009658F0" w:rsidRDefault="007560A2"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[arrow points to] See next page [illegible]</w:t>
      </w:r>
    </w:p>
    <w:p w14:paraId="316472F5" w14:textId="77777777" w:rsidR="00862F6F" w:rsidRPr="009658F0" w:rsidRDefault="00862F6F"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7C178ACB" w14:textId="2F8873EC" w:rsidR="007560A2" w:rsidRPr="009658F0" w:rsidRDefault="00862F6F"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12</w:t>
      </w:r>
    </w:p>
    <w:p w14:paraId="65880B1A" w14:textId="7478080B" w:rsidR="0063623E" w:rsidRPr="009658F0" w:rsidRDefault="00862F6F"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(12) that this was by no means only a Moroccan celebration, nor was it a primitive ritual affair, but an organized festival of the ethnic groups of Israel. </w:t>
      </w:r>
      <w:r w:rsidR="001A04CD" w:rsidRPr="009658F0">
        <w:rPr>
          <w:rFonts w:ascii="Times New Roman" w:eastAsia="Times New Roman" w:hAnsi="Times New Roman" w:cs="Times New Roman"/>
          <w:sz w:val="24"/>
          <w:szCs w:val="24"/>
        </w:rPr>
        <w:t xml:space="preserve">Further north up the park the valley widened + at that pt a stage had been set up. Here Begin and the Pres. </w:t>
      </w:r>
      <w:proofErr w:type="spellStart"/>
      <w:r w:rsidR="001A04CD" w:rsidRPr="009658F0">
        <w:rPr>
          <w:rFonts w:ascii="Times New Roman" w:eastAsia="Times New Roman" w:hAnsi="Times New Roman" w:cs="Times New Roman"/>
          <w:sz w:val="24"/>
          <w:szCs w:val="24"/>
        </w:rPr>
        <w:t>were</w:t>
      </w:r>
      <w:proofErr w:type="spellEnd"/>
      <w:r w:rsidR="001A04CD" w:rsidRPr="009658F0">
        <w:rPr>
          <w:rFonts w:ascii="Times New Roman" w:eastAsia="Times New Roman" w:hAnsi="Times New Roman" w:cs="Times New Roman"/>
          <w:sz w:val="24"/>
          <w:szCs w:val="24"/>
        </w:rPr>
        <w:t xml:space="preserve"> going to speak at 2 pm. Meanwhile the </w:t>
      </w:r>
      <w:proofErr w:type="spellStart"/>
      <w:r w:rsidR="001A04CD" w:rsidRPr="009658F0">
        <w:rPr>
          <w:rFonts w:ascii="Times New Roman" w:eastAsia="Times New Roman" w:hAnsi="Times New Roman" w:cs="Times New Roman"/>
          <w:sz w:val="24"/>
          <w:szCs w:val="24"/>
        </w:rPr>
        <w:t>Falashas</w:t>
      </w:r>
      <w:proofErr w:type="spellEnd"/>
      <w:r w:rsidR="001A04CD" w:rsidRPr="009658F0">
        <w:rPr>
          <w:rFonts w:ascii="Times New Roman" w:eastAsia="Times New Roman" w:hAnsi="Times New Roman" w:cs="Times New Roman"/>
          <w:sz w:val="24"/>
          <w:szCs w:val="24"/>
        </w:rPr>
        <w:t xml:space="preserve"> gave a performance of drumming in their tent, quite good. Crowds gathered. The displays emphasized African (Ethiopian) culture items. The long noses of the Africans might have been generally Semitic, or </w:t>
      </w:r>
      <w:proofErr w:type="gramStart"/>
      <w:r w:rsidR="001A04CD" w:rsidRPr="009658F0">
        <w:rPr>
          <w:rFonts w:ascii="Times New Roman" w:eastAsia="Times New Roman" w:hAnsi="Times New Roman" w:cs="Times New Roman"/>
          <w:sz w:val="24"/>
          <w:szCs w:val="24"/>
        </w:rPr>
        <w:t>specially</w:t>
      </w:r>
      <w:proofErr w:type="gramEnd"/>
      <w:r w:rsidR="001A04CD" w:rsidRPr="009658F0">
        <w:rPr>
          <w:rFonts w:ascii="Times New Roman" w:eastAsia="Times New Roman" w:hAnsi="Times New Roman" w:cs="Times New Roman"/>
          <w:sz w:val="24"/>
          <w:szCs w:val="24"/>
        </w:rPr>
        <w:t xml:space="preserve"> Jewish, hard to say. The culture, if not religion, was African. All the stranger that they’d kept their Jewish religion. They were physically beautiful. Later, it was said, they danced on the main stage. Next to their tent (it all reminded me of the folklife festival, DC) was the Black Hebrew tent, Blacks from Chicago. It was said they were not Jews but just called themselves Jews. Our academics were </w:t>
      </w:r>
      <w:proofErr w:type="gramStart"/>
      <w:r w:rsidR="001A04CD" w:rsidRPr="009658F0">
        <w:rPr>
          <w:rFonts w:ascii="Times New Roman" w:eastAsia="Times New Roman" w:hAnsi="Times New Roman" w:cs="Times New Roman"/>
          <w:sz w:val="24"/>
          <w:szCs w:val="24"/>
        </w:rPr>
        <w:t>ironical</w:t>
      </w:r>
      <w:proofErr w:type="gramEnd"/>
      <w:r w:rsidR="001A04CD" w:rsidRPr="009658F0">
        <w:rPr>
          <w:rFonts w:ascii="Times New Roman" w:eastAsia="Times New Roman" w:hAnsi="Times New Roman" w:cs="Times New Roman"/>
          <w:sz w:val="24"/>
          <w:szCs w:val="24"/>
        </w:rPr>
        <w:t xml:space="preserve"> about them. They looked at lot more sophisticated than the </w:t>
      </w:r>
      <w:proofErr w:type="spellStart"/>
      <w:r w:rsidR="001A04CD" w:rsidRPr="009658F0">
        <w:rPr>
          <w:rFonts w:ascii="Times New Roman" w:eastAsia="Times New Roman" w:hAnsi="Times New Roman" w:cs="Times New Roman"/>
          <w:sz w:val="24"/>
          <w:szCs w:val="24"/>
        </w:rPr>
        <w:t>Falashas</w:t>
      </w:r>
      <w:proofErr w:type="spellEnd"/>
      <w:r w:rsidR="001A04CD" w:rsidRPr="009658F0">
        <w:rPr>
          <w:rFonts w:ascii="Times New Roman" w:eastAsia="Times New Roman" w:hAnsi="Times New Roman" w:cs="Times New Roman"/>
          <w:sz w:val="24"/>
          <w:szCs w:val="24"/>
        </w:rPr>
        <w:t xml:space="preserve">. Trendy. They + the </w:t>
      </w:r>
      <w:proofErr w:type="spellStart"/>
      <w:r w:rsidR="001A04CD" w:rsidRPr="009658F0">
        <w:rPr>
          <w:rFonts w:ascii="Times New Roman" w:eastAsia="Times New Roman" w:hAnsi="Times New Roman" w:cs="Times New Roman"/>
          <w:sz w:val="24"/>
          <w:szCs w:val="24"/>
        </w:rPr>
        <w:t>Falashas</w:t>
      </w:r>
      <w:proofErr w:type="spellEnd"/>
      <w:r w:rsidR="001A04CD" w:rsidRPr="009658F0">
        <w:rPr>
          <w:rFonts w:ascii="Times New Roman" w:eastAsia="Times New Roman" w:hAnsi="Times New Roman" w:cs="Times New Roman"/>
          <w:sz w:val="24"/>
          <w:szCs w:val="24"/>
        </w:rPr>
        <w:t xml:space="preserve"> don’t speak.</w:t>
      </w:r>
    </w:p>
    <w:p w14:paraId="3BD98E33" w14:textId="77777777" w:rsidR="0063623E" w:rsidRPr="009658F0" w:rsidRDefault="0063623E"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5EE78F79" w14:textId="7F092CD6" w:rsidR="00862F6F" w:rsidRPr="009658F0" w:rsidRDefault="0063623E"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13</w:t>
      </w:r>
    </w:p>
    <w:p w14:paraId="2EC1C016" w14:textId="39CBB527" w:rsidR="0063623E" w:rsidRPr="009658F0" w:rsidRDefault="008B6B31"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The Chicagoans’ displays were pitiful, derivative, arty, plastic. Then the Persians’ tent with 2 ladies dressed up in </w:t>
      </w:r>
      <w:proofErr w:type="gramStart"/>
      <w:r w:rsidRPr="009658F0">
        <w:rPr>
          <w:rFonts w:ascii="Times New Roman" w:eastAsia="Times New Roman" w:hAnsi="Times New Roman" w:cs="Times New Roman"/>
          <w:sz w:val="24"/>
          <w:szCs w:val="24"/>
        </w:rPr>
        <w:t>pseudo Persian</w:t>
      </w:r>
      <w:proofErr w:type="gramEnd"/>
      <w:r w:rsidRPr="009658F0">
        <w:rPr>
          <w:rFonts w:ascii="Times New Roman" w:eastAsia="Times New Roman" w:hAnsi="Times New Roman" w:cs="Times New Roman"/>
          <w:sz w:val="24"/>
          <w:szCs w:val="24"/>
        </w:rPr>
        <w:t xml:space="preserve"> costume. A few photos depict</w:t>
      </w:r>
      <w:r w:rsidR="00D719E5" w:rsidRPr="009658F0">
        <w:rPr>
          <w:rFonts w:ascii="Times New Roman" w:eastAsia="Times New Roman" w:hAnsi="Times New Roman" w:cs="Times New Roman"/>
          <w:sz w:val="24"/>
          <w:szCs w:val="24"/>
        </w:rPr>
        <w:t>ing</w:t>
      </w:r>
      <w:r w:rsidRPr="009658F0">
        <w:rPr>
          <w:rFonts w:ascii="Times New Roman" w:eastAsia="Times New Roman" w:hAnsi="Times New Roman" w:cs="Times New Roman"/>
          <w:sz w:val="24"/>
          <w:szCs w:val="24"/>
        </w:rPr>
        <w:t xml:space="preserve"> Persian Jews + there were one or two other tents. Further down, below the tents, people picnicked below umbrellas. One group had Moroccan music on a tape recorder + were dancing for fun. Shalva snapped them. Further up, nearer the stage, one picnic group had a charcoal broiler + were cooking 2 good steaks. By the </w:t>
      </w:r>
      <w:proofErr w:type="spellStart"/>
      <w:r w:rsidRPr="009658F0">
        <w:rPr>
          <w:rFonts w:ascii="Times New Roman" w:eastAsia="Times New Roman" w:hAnsi="Times New Roman" w:cs="Times New Roman"/>
          <w:sz w:val="24"/>
          <w:szCs w:val="24"/>
        </w:rPr>
        <w:t>rd</w:t>
      </w:r>
      <w:proofErr w:type="spellEnd"/>
      <w:r w:rsidRPr="009658F0">
        <w:rPr>
          <w:rFonts w:ascii="Times New Roman" w:eastAsia="Times New Roman" w:hAnsi="Times New Roman" w:cs="Times New Roman"/>
          <w:sz w:val="24"/>
          <w:szCs w:val="24"/>
        </w:rPr>
        <w:t>, poor families sold beer and eatables. As 2 pm approached, the crowd grew huge</w:t>
      </w:r>
      <w:r w:rsidR="00EA501D" w:rsidRPr="009658F0">
        <w:rPr>
          <w:rFonts w:ascii="Times New Roman" w:eastAsia="Times New Roman" w:hAnsi="Times New Roman" w:cs="Times New Roman"/>
          <w:sz w:val="24"/>
          <w:szCs w:val="24"/>
        </w:rPr>
        <w:t xml:space="preserve"> + pressed around the stage. Begin could really improve his image now. The daughter noticed a </w:t>
      </w:r>
      <w:proofErr w:type="gramStart"/>
      <w:r w:rsidR="00EA501D" w:rsidRPr="009658F0">
        <w:rPr>
          <w:rFonts w:ascii="Times New Roman" w:eastAsia="Times New Roman" w:hAnsi="Times New Roman" w:cs="Times New Roman"/>
          <w:sz w:val="24"/>
          <w:szCs w:val="24"/>
        </w:rPr>
        <w:t>taxi</w:t>
      </w:r>
      <w:proofErr w:type="gramEnd"/>
      <w:r w:rsidR="00EA501D" w:rsidRPr="009658F0">
        <w:rPr>
          <w:rFonts w:ascii="Times New Roman" w:eastAsia="Times New Roman" w:hAnsi="Times New Roman" w:cs="Times New Roman"/>
          <w:sz w:val="24"/>
          <w:szCs w:val="24"/>
        </w:rPr>
        <w:t xml:space="preserve"> so our stranded car didn’t matter.</w:t>
      </w:r>
    </w:p>
    <w:p w14:paraId="4FC3F7D4" w14:textId="5A2FAFD1" w:rsidR="00EA501D" w:rsidRPr="009658F0" w:rsidRDefault="00EA501D"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______</w:t>
      </w:r>
    </w:p>
    <w:p w14:paraId="455AB785" w14:textId="30C03106" w:rsidR="00EA501D" w:rsidRPr="009658F0" w:rsidRDefault="00EA501D"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[footnote in different pen] From 2 pages back. Herbs of Herbalist. Foxglove; lupin; plantain; sows ears, lavender, Shepherds Purse, rosemary, long mauve clover, nettles, parsley like plant with yellow flowers, mignonette-like flowers w large leaves + big whorls, dead nettles w pale mauve-pink flowers.</w:t>
      </w:r>
    </w:p>
    <w:p w14:paraId="0782125F" w14:textId="2C5F98A5" w:rsidR="00A25B59" w:rsidRPr="009658F0" w:rsidRDefault="00A25B59"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6A6FC688" w14:textId="6B43FB30" w:rsidR="00EA501D" w:rsidRPr="009658F0" w:rsidRDefault="00A25B59"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14</w:t>
      </w:r>
    </w:p>
    <w:p w14:paraId="202B75DB" w14:textId="2DC4823C" w:rsidR="00CE7982" w:rsidRPr="009658F0" w:rsidRDefault="00214CE9"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(14) Wed Apr 6. Jo + I to </w:t>
      </w:r>
      <w:proofErr w:type="spellStart"/>
      <w:r w:rsidRPr="009658F0">
        <w:rPr>
          <w:rFonts w:ascii="Times New Roman" w:eastAsia="Times New Roman" w:hAnsi="Times New Roman" w:cs="Times New Roman"/>
          <w:sz w:val="24"/>
          <w:szCs w:val="24"/>
        </w:rPr>
        <w:t>Matsada</w:t>
      </w:r>
      <w:proofErr w:type="spellEnd"/>
      <w:r w:rsidRPr="009658F0">
        <w:rPr>
          <w:rFonts w:ascii="Times New Roman" w:eastAsia="Times New Roman" w:hAnsi="Times New Roman" w:cs="Times New Roman"/>
          <w:sz w:val="24"/>
          <w:szCs w:val="24"/>
        </w:rPr>
        <w:t xml:space="preserve">. Only just caught </w:t>
      </w:r>
      <w:proofErr w:type="gramStart"/>
      <w:r w:rsidRPr="009658F0">
        <w:rPr>
          <w:rFonts w:ascii="Times New Roman" w:eastAsia="Times New Roman" w:hAnsi="Times New Roman" w:cs="Times New Roman"/>
          <w:sz w:val="24"/>
          <w:szCs w:val="24"/>
        </w:rPr>
        <w:t>bus</w:t>
      </w:r>
      <w:proofErr w:type="gramEnd"/>
      <w:r w:rsidRPr="009658F0">
        <w:rPr>
          <w:rFonts w:ascii="Times New Roman" w:eastAsia="Times New Roman" w:hAnsi="Times New Roman" w:cs="Times New Roman"/>
          <w:sz w:val="24"/>
          <w:szCs w:val="24"/>
        </w:rPr>
        <w:t xml:space="preserve"> because of rush hour. Had to stand, taking turns on one seat offered by a German yoga student with head band, pleasant character, with some others incl a blonde girl. He said when we passed Qumran that he had practiced yoga in one of the Essenes’ caves. He got off at </w:t>
      </w:r>
      <w:proofErr w:type="gramStart"/>
      <w:r w:rsidRPr="009658F0">
        <w:rPr>
          <w:rFonts w:ascii="Times New Roman" w:eastAsia="Times New Roman" w:hAnsi="Times New Roman" w:cs="Times New Roman"/>
          <w:sz w:val="24"/>
          <w:szCs w:val="24"/>
        </w:rPr>
        <w:t>next</w:t>
      </w:r>
      <w:proofErr w:type="gramEnd"/>
      <w:r w:rsidRPr="009658F0">
        <w:rPr>
          <w:rFonts w:ascii="Times New Roman" w:eastAsia="Times New Roman" w:hAnsi="Times New Roman" w:cs="Times New Roman"/>
          <w:sz w:val="24"/>
          <w:szCs w:val="24"/>
        </w:rPr>
        <w:t xml:space="preserve"> stop after Kalia (Qumran) plus his friends. We said the tall narrow caves appearing in great numbers high on the tawny colored cliff of the Dead Sea rift. They seemed to go on for miles. “A litany of un-books” (gaps in a shelf, not objects set out on it). One escarpment led right out into the sea itself. Long before we reached it, it seemed as violent expressed of earth in a violent country. The day was hazy and a bit gray. We couldn’t see Jordan, only the mountains</w:t>
      </w:r>
      <w:r w:rsidR="00C55EE1" w:rsidRPr="009658F0">
        <w:rPr>
          <w:rFonts w:ascii="Times New Roman" w:eastAsia="Times New Roman" w:hAnsi="Times New Roman" w:cs="Times New Roman"/>
          <w:sz w:val="24"/>
          <w:szCs w:val="24"/>
        </w:rPr>
        <w:t xml:space="preserve"> on 2 horizons</w:t>
      </w:r>
      <w:r w:rsidR="00E7526D" w:rsidRPr="009658F0">
        <w:rPr>
          <w:rFonts w:ascii="Times New Roman" w:eastAsia="Times New Roman" w:hAnsi="Times New Roman" w:cs="Times New Roman"/>
          <w:sz w:val="24"/>
          <w:szCs w:val="24"/>
        </w:rPr>
        <w:t xml:space="preserve"> far away suspended in the air. The Dead Sea lay heavy + still at the foot of the escarpment, obsessively still as the crags were violent. We eventuall</w:t>
      </w:r>
      <w:r w:rsidR="00CE7982" w:rsidRPr="009658F0">
        <w:rPr>
          <w:rFonts w:ascii="Times New Roman" w:eastAsia="Times New Roman" w:hAnsi="Times New Roman" w:cs="Times New Roman"/>
          <w:sz w:val="24"/>
          <w:szCs w:val="24"/>
        </w:rPr>
        <w:t>y</w:t>
      </w:r>
      <w:r w:rsidR="00E7526D" w:rsidRPr="009658F0">
        <w:rPr>
          <w:rFonts w:ascii="Times New Roman" w:eastAsia="Times New Roman" w:hAnsi="Times New Roman" w:cs="Times New Roman"/>
          <w:sz w:val="24"/>
          <w:szCs w:val="24"/>
        </w:rPr>
        <w:t xml:space="preserve"> came to an area of palm </w:t>
      </w:r>
      <w:proofErr w:type="spellStart"/>
      <w:r w:rsidR="00E7526D" w:rsidRPr="009658F0">
        <w:rPr>
          <w:rFonts w:ascii="Times New Roman" w:eastAsia="Times New Roman" w:hAnsi="Times New Roman" w:cs="Times New Roman"/>
          <w:sz w:val="24"/>
          <w:szCs w:val="24"/>
        </w:rPr>
        <w:t>tress</w:t>
      </w:r>
      <w:proofErr w:type="spellEnd"/>
      <w:r w:rsidR="00E7526D" w:rsidRPr="009658F0">
        <w:rPr>
          <w:rFonts w:ascii="Times New Roman" w:eastAsia="Times New Roman" w:hAnsi="Times New Roman" w:cs="Times New Roman"/>
          <w:sz w:val="24"/>
          <w:szCs w:val="24"/>
        </w:rPr>
        <w:t xml:space="preserve"> and </w:t>
      </w:r>
      <w:proofErr w:type="spellStart"/>
      <w:r w:rsidR="00E7526D" w:rsidRPr="009658F0">
        <w:rPr>
          <w:rFonts w:ascii="Times New Roman" w:eastAsia="Times New Roman" w:hAnsi="Times New Roman" w:cs="Times New Roman"/>
          <w:sz w:val="24"/>
          <w:szCs w:val="24"/>
        </w:rPr>
        <w:t>sulphur</w:t>
      </w:r>
      <w:proofErr w:type="spellEnd"/>
      <w:r w:rsidR="00E7526D" w:rsidRPr="009658F0">
        <w:rPr>
          <w:rFonts w:ascii="Times New Roman" w:eastAsia="Times New Roman" w:hAnsi="Times New Roman" w:cs="Times New Roman"/>
          <w:sz w:val="24"/>
          <w:szCs w:val="24"/>
        </w:rPr>
        <w:t xml:space="preserve"> -</w:t>
      </w:r>
    </w:p>
    <w:p w14:paraId="66C50366" w14:textId="77777777" w:rsidR="00CE7982" w:rsidRPr="009658F0" w:rsidRDefault="00CE7982"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15A31E0C" w14:textId="73D1E55C" w:rsidR="00A25B59" w:rsidRPr="009658F0" w:rsidRDefault="00CE7982"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15</w:t>
      </w:r>
    </w:p>
    <w:p w14:paraId="7DC2DAA6" w14:textId="1D504ED2" w:rsidR="00A7552B" w:rsidRPr="009658F0" w:rsidRDefault="00CE7982"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(15) smelling mud with a few buildings. Just beyond was an area of picnic tables, some bathing buildings + some sand. It was half under construction. </w:t>
      </w:r>
      <w:r w:rsidR="00693E1D" w:rsidRPr="009658F0">
        <w:rPr>
          <w:rFonts w:ascii="Times New Roman" w:eastAsia="Times New Roman" w:hAnsi="Times New Roman" w:cs="Times New Roman"/>
          <w:sz w:val="24"/>
          <w:szCs w:val="24"/>
        </w:rPr>
        <w:t>This was En Gedi. The bus drove inland somewhat + stopped by a spa, a concrete lodging house with a few flowers. This was where Jane might have worked on a tourist kibbutz if she had come to En Gedi</w:t>
      </w:r>
      <w:r w:rsidR="00AD522F" w:rsidRPr="009658F0">
        <w:rPr>
          <w:rFonts w:ascii="Times New Roman" w:eastAsia="Times New Roman" w:hAnsi="Times New Roman" w:cs="Times New Roman"/>
          <w:sz w:val="24"/>
          <w:szCs w:val="24"/>
        </w:rPr>
        <w:t>.</w:t>
      </w:r>
      <w:r w:rsidR="00693E1D" w:rsidRPr="009658F0">
        <w:rPr>
          <w:rFonts w:ascii="Times New Roman" w:eastAsia="Times New Roman" w:hAnsi="Times New Roman" w:cs="Times New Roman"/>
          <w:sz w:val="24"/>
          <w:szCs w:val="24"/>
        </w:rPr>
        <w:t xml:space="preserve"> Jacky (?), Peter’s wife, had been here + liked it. The bus continued, half full </w:t>
      </w:r>
      <w:proofErr w:type="gramStart"/>
      <w:r w:rsidR="00693E1D" w:rsidRPr="009658F0">
        <w:rPr>
          <w:rFonts w:ascii="Times New Roman" w:eastAsia="Times New Roman" w:hAnsi="Times New Roman" w:cs="Times New Roman"/>
          <w:sz w:val="24"/>
          <w:szCs w:val="24"/>
        </w:rPr>
        <w:t>with</w:t>
      </w:r>
      <w:proofErr w:type="gramEnd"/>
      <w:r w:rsidR="00693E1D" w:rsidRPr="009658F0">
        <w:rPr>
          <w:rFonts w:ascii="Times New Roman" w:eastAsia="Times New Roman" w:hAnsi="Times New Roman" w:cs="Times New Roman"/>
          <w:sz w:val="24"/>
          <w:szCs w:val="24"/>
        </w:rPr>
        <w:t xml:space="preserve"> a few tourists + a number of soldiers. Not far beyond we went inland immediately noticing this huge bit of isolated mountain a little in front of us. Masada! The bus drew up by a palm grove + some private roads (money?) Beyond, up a hill, where the road continued, stood </w:t>
      </w:r>
      <w:proofErr w:type="gramStart"/>
      <w:r w:rsidR="00693E1D" w:rsidRPr="009658F0">
        <w:rPr>
          <w:rFonts w:ascii="Times New Roman" w:eastAsia="Times New Roman" w:hAnsi="Times New Roman" w:cs="Times New Roman"/>
          <w:sz w:val="24"/>
          <w:szCs w:val="24"/>
        </w:rPr>
        <w:t>a number of</w:t>
      </w:r>
      <w:proofErr w:type="gramEnd"/>
      <w:r w:rsidR="00693E1D" w:rsidRPr="009658F0">
        <w:rPr>
          <w:rFonts w:ascii="Times New Roman" w:eastAsia="Times New Roman" w:hAnsi="Times New Roman" w:cs="Times New Roman"/>
          <w:sz w:val="24"/>
          <w:szCs w:val="24"/>
        </w:rPr>
        <w:t xml:space="preserve"> tour buses on a large stone terraced parking lot. Stones lay all around for miles + little else. A café cd be seen + the cable car, passing up from its station above the café to the upper station 60 steps below the summit. We hurried </w:t>
      </w:r>
      <w:proofErr w:type="gramStart"/>
      <w:r w:rsidR="00693E1D" w:rsidRPr="009658F0">
        <w:rPr>
          <w:rFonts w:ascii="Times New Roman" w:eastAsia="Times New Roman" w:hAnsi="Times New Roman" w:cs="Times New Roman"/>
          <w:sz w:val="24"/>
          <w:szCs w:val="24"/>
        </w:rPr>
        <w:t>to</w:t>
      </w:r>
      <w:proofErr w:type="gramEnd"/>
      <w:r w:rsidR="00693E1D" w:rsidRPr="009658F0">
        <w:rPr>
          <w:rFonts w:ascii="Times New Roman" w:eastAsia="Times New Roman" w:hAnsi="Times New Roman" w:cs="Times New Roman"/>
          <w:sz w:val="24"/>
          <w:szCs w:val="24"/>
        </w:rPr>
        <w:t xml:space="preserve"> the</w:t>
      </w:r>
    </w:p>
    <w:p w14:paraId="374047CE" w14:textId="77777777" w:rsidR="00A7552B" w:rsidRPr="009658F0" w:rsidRDefault="00A7552B"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4F788401" w14:textId="5AAA1986" w:rsidR="00CE7982" w:rsidRPr="009658F0" w:rsidRDefault="00A7552B"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16</w:t>
      </w:r>
    </w:p>
    <w:p w14:paraId="60DA1D78" w14:textId="47117DC8" w:rsidR="00016307" w:rsidRPr="009658F0" w:rsidRDefault="00A7552B"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(16) cable station, along + ahead of the crowd (mainly from the tour buses), noting that a small proportion were choosing the walking route up the “Snake Path” which went in a zigzag route up the mountain. A notice warned tourists to drink plenty of water. We got in the cable car, without a long wait</w:t>
      </w:r>
      <w:r w:rsidR="006E51C6" w:rsidRPr="009658F0">
        <w:rPr>
          <w:rFonts w:ascii="Times New Roman" w:eastAsia="Times New Roman" w:hAnsi="Times New Roman" w:cs="Times New Roman"/>
          <w:sz w:val="24"/>
          <w:szCs w:val="24"/>
        </w:rPr>
        <w:t xml:space="preserve">, we were crammed in </w:t>
      </w:r>
      <w:proofErr w:type="gramStart"/>
      <w:r w:rsidR="006E51C6" w:rsidRPr="009658F0">
        <w:rPr>
          <w:rFonts w:ascii="Times New Roman" w:eastAsia="Times New Roman" w:hAnsi="Times New Roman" w:cs="Times New Roman"/>
          <w:sz w:val="24"/>
          <w:szCs w:val="24"/>
        </w:rPr>
        <w:t>pretty tight</w:t>
      </w:r>
      <w:proofErr w:type="gramEnd"/>
      <w:r w:rsidR="006E51C6" w:rsidRPr="009658F0">
        <w:rPr>
          <w:rFonts w:ascii="Times New Roman" w:eastAsia="Times New Roman" w:hAnsi="Times New Roman" w:cs="Times New Roman"/>
          <w:sz w:val="24"/>
          <w:szCs w:val="24"/>
        </w:rPr>
        <w:t xml:space="preserve"> + were soon elevated to the top. This cable works by means of enormous concrete </w:t>
      </w:r>
      <w:proofErr w:type="gramStart"/>
      <w:r w:rsidR="006E51C6" w:rsidRPr="009658F0">
        <w:rPr>
          <w:rFonts w:ascii="Times New Roman" w:eastAsia="Times New Roman" w:hAnsi="Times New Roman" w:cs="Times New Roman"/>
          <w:sz w:val="24"/>
          <w:szCs w:val="24"/>
        </w:rPr>
        <w:t>counter weights</w:t>
      </w:r>
      <w:proofErr w:type="gramEnd"/>
      <w:r w:rsidR="006E51C6" w:rsidRPr="009658F0">
        <w:rPr>
          <w:rFonts w:ascii="Times New Roman" w:eastAsia="Times New Roman" w:hAnsi="Times New Roman" w:cs="Times New Roman"/>
          <w:sz w:val="24"/>
          <w:szCs w:val="24"/>
        </w:rPr>
        <w:t>, wide slabs suspended by cables and pulleys under the cable towers. A Swiss- US construction. The famous Roman camp was not on this side. We got off, drank water obediently</w:t>
      </w:r>
      <w:r w:rsidR="00016307" w:rsidRPr="009658F0">
        <w:rPr>
          <w:rFonts w:ascii="Times New Roman" w:eastAsia="Times New Roman" w:hAnsi="Times New Roman" w:cs="Times New Roman"/>
          <w:sz w:val="24"/>
          <w:szCs w:val="24"/>
        </w:rPr>
        <w:t xml:space="preserve"> (Jo using the cup that was provided, I </w:t>
      </w:r>
      <w:proofErr w:type="gramStart"/>
      <w:r w:rsidR="00016307" w:rsidRPr="009658F0">
        <w:rPr>
          <w:rFonts w:ascii="Times New Roman" w:eastAsia="Times New Roman" w:hAnsi="Times New Roman" w:cs="Times New Roman"/>
          <w:sz w:val="24"/>
          <w:szCs w:val="24"/>
        </w:rPr>
        <w:t>using</w:t>
      </w:r>
      <w:proofErr w:type="gramEnd"/>
      <w:r w:rsidR="00016307" w:rsidRPr="009658F0">
        <w:rPr>
          <w:rFonts w:ascii="Times New Roman" w:eastAsia="Times New Roman" w:hAnsi="Times New Roman" w:cs="Times New Roman"/>
          <w:sz w:val="24"/>
          <w:szCs w:val="24"/>
        </w:rPr>
        <w:t xml:space="preserve"> my hands, from preference) + set off up the steps – iron ones well riveted into the rock. </w:t>
      </w:r>
      <w:commentRangeStart w:id="20"/>
      <w:r w:rsidR="00016307" w:rsidRPr="009658F0">
        <w:rPr>
          <w:rFonts w:ascii="Times New Roman" w:eastAsia="Times New Roman" w:hAnsi="Times New Roman" w:cs="Times New Roman"/>
          <w:i/>
          <w:iCs/>
          <w:sz w:val="24"/>
          <w:szCs w:val="24"/>
        </w:rPr>
        <w:t xml:space="preserve">We </w:t>
      </w:r>
      <w:commentRangeEnd w:id="20"/>
      <w:r w:rsidR="00AD522F" w:rsidRPr="009658F0">
        <w:rPr>
          <w:rStyle w:val="CommentReference"/>
          <w:rFonts w:ascii="Times New Roman" w:hAnsi="Times New Roman" w:cs="Times New Roman"/>
        </w:rPr>
        <w:commentReference w:id="20"/>
      </w:r>
      <w:r w:rsidR="00016307" w:rsidRPr="009658F0">
        <w:rPr>
          <w:rFonts w:ascii="Times New Roman" w:eastAsia="Times New Roman" w:hAnsi="Times New Roman" w:cs="Times New Roman"/>
          <w:i/>
          <w:iCs/>
          <w:sz w:val="24"/>
          <w:szCs w:val="24"/>
        </w:rPr>
        <w:t>saw a cathedral size cistern that was / is a quarry</w:t>
      </w:r>
      <w:r w:rsidR="00016307" w:rsidRPr="009658F0">
        <w:rPr>
          <w:rFonts w:ascii="Times New Roman" w:eastAsia="Times New Roman" w:hAnsi="Times New Roman" w:cs="Times New Roman"/>
          <w:sz w:val="24"/>
          <w:szCs w:val="24"/>
        </w:rPr>
        <w:t xml:space="preserve">. On the top an American tour group could be distinguished in the crowd, led </w:t>
      </w:r>
      <w:proofErr w:type="spellStart"/>
      <w:r w:rsidR="00016307" w:rsidRPr="009658F0">
        <w:rPr>
          <w:rFonts w:ascii="Times New Roman" w:eastAsia="Times New Roman" w:hAnsi="Times New Roman" w:cs="Times New Roman"/>
          <w:sz w:val="24"/>
          <w:szCs w:val="24"/>
        </w:rPr>
        <w:t>b</w:t>
      </w:r>
      <w:proofErr w:type="spellEnd"/>
      <w:r w:rsidR="00016307" w:rsidRPr="009658F0">
        <w:rPr>
          <w:rFonts w:ascii="Times New Roman" w:eastAsia="Times New Roman" w:hAnsi="Times New Roman" w:cs="Times New Roman"/>
          <w:sz w:val="24"/>
          <w:szCs w:val="24"/>
        </w:rPr>
        <w:t xml:space="preserve"> a guide in a pink shirt, with an Israeli accent. One of two of the men wore </w:t>
      </w:r>
      <w:proofErr w:type="gramStart"/>
      <w:r w:rsidR="00016307" w:rsidRPr="009658F0">
        <w:rPr>
          <w:rFonts w:ascii="Times New Roman" w:eastAsia="Times New Roman" w:hAnsi="Times New Roman" w:cs="Times New Roman"/>
          <w:sz w:val="24"/>
          <w:szCs w:val="24"/>
        </w:rPr>
        <w:t>ten gallon</w:t>
      </w:r>
      <w:proofErr w:type="gramEnd"/>
      <w:r w:rsidR="00016307" w:rsidRPr="009658F0">
        <w:rPr>
          <w:rFonts w:ascii="Times New Roman" w:eastAsia="Times New Roman" w:hAnsi="Times New Roman" w:cs="Times New Roman"/>
          <w:sz w:val="24"/>
          <w:szCs w:val="24"/>
        </w:rPr>
        <w:t xml:space="preserve"> hats, the boys ran about collecting “pottery” fragments. Several old ladies tottered about</w:t>
      </w:r>
    </w:p>
    <w:p w14:paraId="75911309" w14:textId="77777777" w:rsidR="00016307" w:rsidRPr="009658F0" w:rsidRDefault="00016307"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75C7731A" w14:textId="03C0D854" w:rsidR="00A7552B" w:rsidRPr="009658F0" w:rsidRDefault="00016307"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17</w:t>
      </w:r>
    </w:p>
    <w:p w14:paraId="068FFE87" w14:textId="68124CB6" w:rsidR="009E0D2E" w:rsidRPr="009658F0" w:rsidRDefault="007B7533"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(17) in smart shoes over the litter of rocks. The guide was continuing some previous peroration about Herod + his mental state – unstable etc. (paranoia, one gathers) afraid of attack, luxury loving. Jo and I listened. From time to time the guide in pink caught us listening and hinted we should not, but he couldn’t stop us. We had paid 80 </w:t>
      </w:r>
      <w:proofErr w:type="spellStart"/>
      <w:r w:rsidRPr="009658F0">
        <w:rPr>
          <w:rFonts w:ascii="Times New Roman" w:eastAsia="Times New Roman" w:hAnsi="Times New Roman" w:cs="Times New Roman"/>
          <w:sz w:val="24"/>
          <w:szCs w:val="24"/>
        </w:rPr>
        <w:t>sh</w:t>
      </w:r>
      <w:proofErr w:type="spellEnd"/>
      <w:r w:rsidRPr="009658F0">
        <w:rPr>
          <w:rFonts w:ascii="Times New Roman" w:eastAsia="Times New Roman" w:hAnsi="Times New Roman" w:cs="Times New Roman"/>
          <w:sz w:val="24"/>
          <w:szCs w:val="24"/>
        </w:rPr>
        <w:t xml:space="preserve"> plus 260 </w:t>
      </w:r>
      <w:proofErr w:type="spellStart"/>
      <w:r w:rsidRPr="009658F0">
        <w:rPr>
          <w:rFonts w:ascii="Times New Roman" w:eastAsia="Times New Roman" w:hAnsi="Times New Roman" w:cs="Times New Roman"/>
          <w:sz w:val="24"/>
          <w:szCs w:val="24"/>
        </w:rPr>
        <w:t>sh</w:t>
      </w:r>
      <w:proofErr w:type="spellEnd"/>
      <w:r w:rsidRPr="009658F0">
        <w:rPr>
          <w:rFonts w:ascii="Times New Roman" w:eastAsia="Times New Roman" w:hAnsi="Times New Roman" w:cs="Times New Roman"/>
          <w:sz w:val="24"/>
          <w:szCs w:val="24"/>
        </w:rPr>
        <w:t xml:space="preserve"> plus 80 </w:t>
      </w:r>
      <w:proofErr w:type="spellStart"/>
      <w:r w:rsidRPr="009658F0">
        <w:rPr>
          <w:rFonts w:ascii="Times New Roman" w:eastAsia="Times New Roman" w:hAnsi="Times New Roman" w:cs="Times New Roman"/>
          <w:sz w:val="24"/>
          <w:szCs w:val="24"/>
        </w:rPr>
        <w:t>sh</w:t>
      </w:r>
      <w:proofErr w:type="spellEnd"/>
      <w:r w:rsidRPr="009658F0">
        <w:rPr>
          <w:rFonts w:ascii="Times New Roman" w:eastAsia="Times New Roman" w:hAnsi="Times New Roman" w:cs="Times New Roman"/>
          <w:sz w:val="24"/>
          <w:szCs w:val="24"/>
        </w:rPr>
        <w:t xml:space="preserve"> for bus and cable, not $35 as had the Tour members. There was a German party, + Italians, at the same time. We saw “palace” buildings, half restored, built if dusty rocks showing occasional remains of plaster + decoration. A bathhouse in dark green + red line designs originally. Under floor heating, as with the Romans. We saw the vast long </w:t>
      </w:r>
      <w:proofErr w:type="gramStart"/>
      <w:r w:rsidRPr="009658F0">
        <w:rPr>
          <w:rFonts w:ascii="Times New Roman" w:eastAsia="Times New Roman" w:hAnsi="Times New Roman" w:cs="Times New Roman"/>
          <w:sz w:val="24"/>
          <w:szCs w:val="24"/>
        </w:rPr>
        <w:t>store rooms</w:t>
      </w:r>
      <w:proofErr w:type="gramEnd"/>
      <w:r w:rsidRPr="009658F0">
        <w:rPr>
          <w:rFonts w:ascii="Times New Roman" w:eastAsia="Times New Roman" w:hAnsi="Times New Roman" w:cs="Times New Roman"/>
          <w:sz w:val="24"/>
          <w:szCs w:val="24"/>
        </w:rPr>
        <w:t>, many, set in row after row. Then another vast cistern, near the donkey path where water used to be brought up 18 hours a day. The guide made a pun about “Watergate.” The</w:t>
      </w:r>
      <w:r w:rsidR="004B69D3" w:rsidRPr="009658F0">
        <w:rPr>
          <w:rFonts w:ascii="Times New Roman" w:eastAsia="Times New Roman" w:hAnsi="Times New Roman" w:cs="Times New Roman"/>
          <w:sz w:val="24"/>
          <w:szCs w:val="24"/>
        </w:rPr>
        <w:t xml:space="preserve">re was </w:t>
      </w:r>
      <w:proofErr w:type="gramStart"/>
      <w:r w:rsidR="004B69D3" w:rsidRPr="009658F0">
        <w:rPr>
          <w:rFonts w:ascii="Times New Roman" w:eastAsia="Times New Roman" w:hAnsi="Times New Roman" w:cs="Times New Roman"/>
          <w:sz w:val="24"/>
          <w:szCs w:val="24"/>
        </w:rPr>
        <w:t>a large number of</w:t>
      </w:r>
      <w:proofErr w:type="gramEnd"/>
      <w:r w:rsidR="004B69D3" w:rsidRPr="009658F0">
        <w:rPr>
          <w:rFonts w:ascii="Times New Roman" w:eastAsia="Times New Roman" w:hAnsi="Times New Roman" w:cs="Times New Roman"/>
          <w:sz w:val="24"/>
          <w:szCs w:val="24"/>
        </w:rPr>
        <w:t xml:space="preserve"> tourists on top by now and it was getting hot.</w:t>
      </w:r>
    </w:p>
    <w:p w14:paraId="2115DC8D" w14:textId="77777777" w:rsidR="009E0D2E" w:rsidRPr="009658F0" w:rsidRDefault="009E0D2E"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66806E3F" w14:textId="7AF7C2BE" w:rsidR="007B7533" w:rsidRPr="009658F0" w:rsidRDefault="009E0D2E"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18</w:t>
      </w:r>
    </w:p>
    <w:p w14:paraId="64FE0E3F" w14:textId="33183DA1" w:rsidR="0093000D" w:rsidRPr="009658F0" w:rsidRDefault="00FE1206"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We had worked around to the ramp section. It appeared to be quite a bit eroded, naturally, after all this time, a water pipe ran up the top of it + into the Masada camp. On both sides, from the top, you could see the outlines of large Roman camps spread over the more level desert areas around the mountain. Silva had been ordered to reduce Masada + hurry home. Rome needed more legions. The tension must have been awful, the </w:t>
      </w:r>
      <w:proofErr w:type="gramStart"/>
      <w:r w:rsidRPr="009658F0">
        <w:rPr>
          <w:rFonts w:ascii="Times New Roman" w:eastAsia="Times New Roman" w:hAnsi="Times New Roman" w:cs="Times New Roman"/>
          <w:sz w:val="24"/>
          <w:szCs w:val="24"/>
        </w:rPr>
        <w:t>obsession</w:t>
      </w:r>
      <w:proofErr w:type="gramEnd"/>
      <w:r w:rsidRPr="009658F0">
        <w:rPr>
          <w:rFonts w:ascii="Times New Roman" w:eastAsia="Times New Roman" w:hAnsi="Times New Roman" w:cs="Times New Roman"/>
          <w:sz w:val="24"/>
          <w:szCs w:val="24"/>
        </w:rPr>
        <w:t xml:space="preserve"> power of will on both sides. This place is</w:t>
      </w:r>
      <w:r w:rsidR="00F942B9" w:rsidRPr="009658F0">
        <w:rPr>
          <w:rFonts w:ascii="Times New Roman" w:eastAsia="Times New Roman" w:hAnsi="Times New Roman" w:cs="Times New Roman"/>
          <w:sz w:val="24"/>
          <w:szCs w:val="24"/>
        </w:rPr>
        <w:t xml:space="preserve"> obviously a strong symbol for Jews of Israel itself. They would hang on. They are surrounded by hostile Arabs, enemies (we hear this </w:t>
      </w:r>
      <w:r w:rsidR="00F942B9" w:rsidRPr="009658F0">
        <w:rPr>
          <w:rFonts w:ascii="Times New Roman" w:eastAsia="Times New Roman" w:hAnsi="Times New Roman" w:cs="Times New Roman"/>
          <w:sz w:val="24"/>
          <w:szCs w:val="24"/>
          <w:u w:val="single"/>
        </w:rPr>
        <w:t>continually</w:t>
      </w:r>
      <w:r w:rsidR="00F942B9" w:rsidRPr="009658F0">
        <w:rPr>
          <w:rFonts w:ascii="Times New Roman" w:eastAsia="Times New Roman" w:hAnsi="Times New Roman" w:cs="Times New Roman"/>
          <w:sz w:val="24"/>
          <w:szCs w:val="24"/>
        </w:rPr>
        <w:t xml:space="preserve"> here. There’s a kind of terror that they’ll have to commit a “Masada” in the end – a bitter mood, a feeling that the world doesn’t want Israel to succeed. They can’t see themselves as obsessive, they can’t regulate their cruelties on the W. Bank and Lebanon + towards the Bedouin. Bracha </w:t>
      </w:r>
      <w:proofErr w:type="spellStart"/>
      <w:r w:rsidR="00F942B9" w:rsidRPr="009658F0">
        <w:rPr>
          <w:rFonts w:ascii="Times New Roman" w:eastAsia="Times New Roman" w:hAnsi="Times New Roman" w:cs="Times New Roman"/>
          <w:sz w:val="24"/>
          <w:szCs w:val="24"/>
        </w:rPr>
        <w:t>Janosch</w:t>
      </w:r>
      <w:proofErr w:type="spellEnd"/>
      <w:r w:rsidR="00F942B9" w:rsidRPr="009658F0">
        <w:rPr>
          <w:rFonts w:ascii="Times New Roman" w:eastAsia="Times New Roman" w:hAnsi="Times New Roman" w:cs="Times New Roman"/>
          <w:sz w:val="24"/>
          <w:szCs w:val="24"/>
        </w:rPr>
        <w:t xml:space="preserve"> gazes at us with</w:t>
      </w:r>
    </w:p>
    <w:p w14:paraId="4401250D" w14:textId="77777777" w:rsidR="0093000D" w:rsidRPr="009658F0" w:rsidRDefault="0093000D"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2C361D8C" w14:textId="4C3AEDC4" w:rsidR="00FE1206" w:rsidRPr="009658F0" w:rsidRDefault="0093000D"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19</w:t>
      </w:r>
    </w:p>
    <w:p w14:paraId="5385D89E" w14:textId="1AFCAF4D" w:rsidR="004B3EA3" w:rsidRPr="009658F0" w:rsidRDefault="007403FF"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(19) desperate intensity – so many factors were against the Jewish Homeland (she had been in the Irgun </w:t>
      </w:r>
      <w:proofErr w:type="spellStart"/>
      <w:r w:rsidRPr="009658F0">
        <w:rPr>
          <w:rFonts w:ascii="Times New Roman" w:eastAsia="Times New Roman" w:hAnsi="Times New Roman" w:cs="Times New Roman"/>
          <w:sz w:val="24"/>
          <w:szCs w:val="24"/>
        </w:rPr>
        <w:t>Zva</w:t>
      </w:r>
      <w:r w:rsidR="004B3EA3" w:rsidRPr="009658F0">
        <w:rPr>
          <w:rFonts w:ascii="Times New Roman" w:eastAsia="Times New Roman" w:hAnsi="Times New Roman" w:cs="Times New Roman"/>
          <w:sz w:val="24"/>
          <w:szCs w:val="24"/>
        </w:rPr>
        <w:t>i</w:t>
      </w:r>
      <w:proofErr w:type="spellEnd"/>
      <w:r w:rsidRPr="009658F0">
        <w:rPr>
          <w:rFonts w:ascii="Times New Roman" w:eastAsia="Times New Roman" w:hAnsi="Times New Roman" w:cs="Times New Roman"/>
          <w:sz w:val="24"/>
          <w:szCs w:val="24"/>
        </w:rPr>
        <w:t xml:space="preserve"> Leumi). There would have been no homeland without the use of force (“without breaking eggs” as is said of the communist “omelet”). We live in this broth of conflict and woe, guilt + obstinacy, injustice + shaky economics…. Upon Masada I longed for the mere picturesque. To hell with history. Jo and I looked down the southern precipice at ravens circling across the abyss, + admired the color of the rock + the tiny plants nestling in the crannies of the water courses. Jesus + better than Jesus, Shakespeare, had a welcome human attitude to all this </w:t>
      </w:r>
      <w:proofErr w:type="spellStart"/>
      <w:r w:rsidRPr="009658F0">
        <w:rPr>
          <w:rFonts w:ascii="Times New Roman" w:eastAsia="Times New Roman" w:hAnsi="Times New Roman" w:cs="Times New Roman"/>
          <w:sz w:val="24"/>
          <w:szCs w:val="24"/>
        </w:rPr>
        <w:t>blunderbussing</w:t>
      </w:r>
      <w:proofErr w:type="spellEnd"/>
      <w:r w:rsidRPr="009658F0">
        <w:rPr>
          <w:rFonts w:ascii="Times New Roman" w:eastAsia="Times New Roman" w:hAnsi="Times New Roman" w:cs="Times New Roman"/>
          <w:sz w:val="24"/>
          <w:szCs w:val="24"/>
        </w:rPr>
        <w:t xml:space="preserve">…We ate the </w:t>
      </w:r>
      <w:r w:rsidR="00914523" w:rsidRPr="009658F0">
        <w:rPr>
          <w:rFonts w:ascii="Times New Roman" w:eastAsia="Times New Roman" w:hAnsi="Times New Roman" w:cs="Times New Roman"/>
          <w:sz w:val="24"/>
          <w:szCs w:val="24"/>
        </w:rPr>
        <w:t>lunch we had brought in the semi shade behind the “family palace” – some walls of dusty rock where now the toilets are. A large bush grew out of our corner, covered with sprays of yellow flowers. Otherwise</w:t>
      </w:r>
    </w:p>
    <w:p w14:paraId="6ADDD1F2" w14:textId="77777777" w:rsidR="004B3EA3" w:rsidRPr="009658F0" w:rsidRDefault="004B3EA3"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3EC4B265" w14:textId="053686D5" w:rsidR="0093000D" w:rsidRPr="009658F0" w:rsidRDefault="004B3EA3"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20</w:t>
      </w:r>
    </w:p>
    <w:p w14:paraId="6000B858" w14:textId="128ACD36" w:rsidR="00BB1CAD" w:rsidRPr="009658F0" w:rsidRDefault="00933DAC"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(20) no living thing grew there. I remembered the mesa in “Death Comes to the Archbishop” which had been turned into a garden by a cruel priest (they had gardens up here too). In the end the Indians had penetrated </w:t>
      </w:r>
      <w:r w:rsidRPr="009658F0">
        <w:rPr>
          <w:rFonts w:ascii="Times New Roman" w:eastAsia="Times New Roman" w:hAnsi="Times New Roman" w:cs="Times New Roman"/>
          <w:i/>
          <w:iCs/>
          <w:sz w:val="24"/>
          <w:szCs w:val="24"/>
        </w:rPr>
        <w:t>scaled the precipices</w:t>
      </w:r>
      <w:r w:rsidRPr="009658F0">
        <w:rPr>
          <w:rFonts w:ascii="Times New Roman" w:eastAsia="Times New Roman" w:hAnsi="Times New Roman" w:cs="Times New Roman"/>
          <w:sz w:val="24"/>
          <w:szCs w:val="24"/>
        </w:rPr>
        <w:t xml:space="preserve"> the defenses and massacred him. </w:t>
      </w:r>
      <w:r w:rsidRPr="009658F0">
        <w:rPr>
          <w:rFonts w:ascii="Times New Roman" w:eastAsia="Times New Roman" w:hAnsi="Times New Roman" w:cs="Times New Roman"/>
          <w:i/>
          <w:iCs/>
          <w:sz w:val="24"/>
          <w:szCs w:val="24"/>
        </w:rPr>
        <w:t>The gardens had been green, peach trees fruiting, arbors.</w:t>
      </w:r>
      <w:r w:rsidRPr="009658F0">
        <w:rPr>
          <w:rFonts w:ascii="Times New Roman" w:eastAsia="Times New Roman" w:hAnsi="Times New Roman" w:cs="Times New Roman"/>
          <w:sz w:val="24"/>
          <w:szCs w:val="24"/>
        </w:rPr>
        <w:t xml:space="preserve"> We saw 2 big swimming pools. All dry. The archbishop came back later + saw that mesa, all dry. Herod had been quite obsessed about water. Overkill. Overdetermined. Enough is enough etc</w:t>
      </w:r>
      <w:r w:rsidR="00900F63" w:rsidRPr="009658F0">
        <w:rPr>
          <w:rFonts w:ascii="Times New Roman" w:eastAsia="Times New Roman" w:hAnsi="Times New Roman" w:cs="Times New Roman"/>
          <w:sz w:val="24"/>
          <w:szCs w:val="24"/>
        </w:rPr>
        <w:t>.</w:t>
      </w:r>
      <w:r w:rsidRPr="009658F0">
        <w:rPr>
          <w:rFonts w:ascii="Times New Roman" w:eastAsia="Times New Roman" w:hAnsi="Times New Roman" w:cs="Times New Roman"/>
          <w:sz w:val="24"/>
          <w:szCs w:val="24"/>
        </w:rPr>
        <w:t xml:space="preserve"> etc. What is going on, why the tendency to extremism everywhere, as with the Hasidim, + as with govt bureaucracy, + “defense,” and boy oh boy, company sabbath dinners! The slithering into an untenable position; instability somewhere. The principle everywhere that you </w:t>
      </w:r>
      <w:proofErr w:type="gramStart"/>
      <w:r w:rsidRPr="009658F0">
        <w:rPr>
          <w:rFonts w:ascii="Times New Roman" w:eastAsia="Times New Roman" w:hAnsi="Times New Roman" w:cs="Times New Roman"/>
          <w:sz w:val="24"/>
          <w:szCs w:val="24"/>
        </w:rPr>
        <w:t>have to</w:t>
      </w:r>
      <w:proofErr w:type="gramEnd"/>
      <w:r w:rsidRPr="009658F0">
        <w:rPr>
          <w:rFonts w:ascii="Times New Roman" w:eastAsia="Times New Roman" w:hAnsi="Times New Roman" w:cs="Times New Roman"/>
          <w:sz w:val="24"/>
          <w:szCs w:val="24"/>
        </w:rPr>
        <w:t xml:space="preserve"> apply regulations, have to obey rules, “the Law.” What’s the big idea? What’s wrong with </w:t>
      </w:r>
      <w:proofErr w:type="gramStart"/>
      <w:r w:rsidRPr="009658F0">
        <w:rPr>
          <w:rFonts w:ascii="Times New Roman" w:eastAsia="Times New Roman" w:hAnsi="Times New Roman" w:cs="Times New Roman"/>
          <w:sz w:val="24"/>
          <w:szCs w:val="24"/>
        </w:rPr>
        <w:t>the human being</w:t>
      </w:r>
      <w:proofErr w:type="gramEnd"/>
      <w:r w:rsidRPr="009658F0">
        <w:rPr>
          <w:rFonts w:ascii="Times New Roman" w:eastAsia="Times New Roman" w:hAnsi="Times New Roman" w:cs="Times New Roman"/>
          <w:sz w:val="24"/>
          <w:szCs w:val="24"/>
        </w:rPr>
        <w:t xml:space="preserve">? Mustn’t one tailor regulations to </w:t>
      </w:r>
      <w:r w:rsidRPr="009658F0">
        <w:rPr>
          <w:rFonts w:ascii="Times New Roman" w:eastAsia="Times New Roman" w:hAnsi="Times New Roman" w:cs="Times New Roman"/>
          <w:sz w:val="24"/>
          <w:szCs w:val="24"/>
          <w:u w:val="single"/>
        </w:rPr>
        <w:t>his</w:t>
      </w:r>
      <w:r w:rsidRPr="009658F0">
        <w:rPr>
          <w:rFonts w:ascii="Times New Roman" w:eastAsia="Times New Roman" w:hAnsi="Times New Roman" w:cs="Times New Roman"/>
          <w:sz w:val="24"/>
          <w:szCs w:val="24"/>
        </w:rPr>
        <w:t xml:space="preserve"> needs? Is “law” greater than him? Why? Why? I don’t believe it.</w:t>
      </w:r>
    </w:p>
    <w:p w14:paraId="024FC2E7" w14:textId="77777777" w:rsidR="00BB1CAD" w:rsidRPr="009658F0" w:rsidRDefault="00BB1CAD"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506C9535" w14:textId="38820FF9" w:rsidR="004B3EA3" w:rsidRPr="009658F0" w:rsidRDefault="00BB1CAD"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21</w:t>
      </w:r>
    </w:p>
    <w:p w14:paraId="06F6B80F" w14:textId="396C32C7" w:rsidR="00DC2F03" w:rsidRPr="009658F0" w:rsidRDefault="00DC2F03"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(21)</w:t>
      </w:r>
    </w:p>
    <w:p w14:paraId="3C74AF95" w14:textId="65FCB34F" w:rsidR="00CF4B9A" w:rsidRPr="009658F0" w:rsidRDefault="00DC2F03"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When lining up in the cable are to come down, one official noticed a couple inside the preceding cable car embracing one another, their arms firmly around one another. He said that shouldn’t be allowed in public. A little old lady standing on my right </w:t>
      </w:r>
      <w:proofErr w:type="gramStart"/>
      <w:r w:rsidRPr="009658F0">
        <w:rPr>
          <w:rFonts w:ascii="Times New Roman" w:eastAsia="Times New Roman" w:hAnsi="Times New Roman" w:cs="Times New Roman"/>
          <w:sz w:val="24"/>
          <w:szCs w:val="24"/>
        </w:rPr>
        <w:t>said</w:t>
      </w:r>
      <w:proofErr w:type="gramEnd"/>
      <w:r w:rsidRPr="009658F0">
        <w:rPr>
          <w:rFonts w:ascii="Times New Roman" w:eastAsia="Times New Roman" w:hAnsi="Times New Roman" w:cs="Times New Roman"/>
          <w:sz w:val="24"/>
          <w:szCs w:val="24"/>
        </w:rPr>
        <w:t xml:space="preserve"> “I don’t mind” + I said “I don’t” and so did Jo. I </w:t>
      </w:r>
      <w:proofErr w:type="gramStart"/>
      <w:r w:rsidRPr="009658F0">
        <w:rPr>
          <w:rFonts w:ascii="Times New Roman" w:eastAsia="Times New Roman" w:hAnsi="Times New Roman" w:cs="Times New Roman"/>
          <w:sz w:val="24"/>
          <w:szCs w:val="24"/>
        </w:rPr>
        <w:t>said</w:t>
      </w:r>
      <w:proofErr w:type="gramEnd"/>
      <w:r w:rsidRPr="009658F0">
        <w:rPr>
          <w:rFonts w:ascii="Times New Roman" w:eastAsia="Times New Roman" w:hAnsi="Times New Roman" w:cs="Times New Roman"/>
          <w:sz w:val="24"/>
          <w:szCs w:val="24"/>
        </w:rPr>
        <w:t xml:space="preserve"> “we’re the public, we don’t mind.” He said “You’re jealous” I said “no, I have my husband at night.</w:t>
      </w:r>
      <w:r w:rsidR="00FD27D4"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i/>
          <w:iCs/>
          <w:sz w:val="24"/>
          <w:szCs w:val="24"/>
        </w:rPr>
        <w:t>These things are good.</w:t>
      </w:r>
      <w:r w:rsidRPr="009658F0">
        <w:rPr>
          <w:rFonts w:ascii="Times New Roman" w:eastAsia="Times New Roman" w:hAnsi="Times New Roman" w:cs="Times New Roman"/>
          <w:sz w:val="24"/>
          <w:szCs w:val="24"/>
        </w:rPr>
        <w:t>” There was a dead silence in the queue. Eventually we found ourselves at the bus stop, got seats, + were thankful. When we approached En-Gedi we decided not to go for a swim as we had planned because of the smell of sulphuretted hydrogen + general repellent aspect of the beach. Jo slept on the bus. I loved the journey back, quiet, with the Essene caves on the left, +</w:t>
      </w:r>
    </w:p>
    <w:p w14:paraId="214B6DA0" w14:textId="77777777" w:rsidR="00CF4B9A" w:rsidRPr="009658F0" w:rsidRDefault="00CF4B9A"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320B9EB4" w14:textId="75414DFF" w:rsidR="00DC2F03" w:rsidRPr="009658F0" w:rsidRDefault="00CF4B9A"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22</w:t>
      </w:r>
    </w:p>
    <w:p w14:paraId="7DA749AF" w14:textId="499013B2" w:rsidR="00CF4B9A" w:rsidRPr="009658F0" w:rsidRDefault="00CF4B9A"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(22) the mountains of Moab nearly gone in the mist. Everything seemed OK, one of the rare times of vision. When these rare times come in Israel, they have more meaning than everything.</w:t>
      </w:r>
    </w:p>
    <w:p w14:paraId="4EACC9BB" w14:textId="0A18E38A" w:rsidR="00FC352C" w:rsidRPr="009658F0" w:rsidRDefault="00CF4B9A"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Mon Apr 11. 8.30. </w:t>
      </w:r>
      <w:commentRangeStart w:id="21"/>
      <w:r w:rsidRPr="009658F0">
        <w:rPr>
          <w:rFonts w:ascii="Times New Roman" w:eastAsia="Times New Roman" w:hAnsi="Times New Roman" w:cs="Times New Roman"/>
          <w:sz w:val="24"/>
          <w:szCs w:val="24"/>
        </w:rPr>
        <w:t xml:space="preserve">Emanuel </w:t>
      </w:r>
      <w:commentRangeEnd w:id="21"/>
      <w:r w:rsidR="00FC352C" w:rsidRPr="009658F0">
        <w:rPr>
          <w:rStyle w:val="CommentReference"/>
          <w:rFonts w:ascii="Times New Roman" w:hAnsi="Times New Roman" w:cs="Times New Roman"/>
        </w:rPr>
        <w:commentReference w:id="21"/>
      </w:r>
      <w:r w:rsidRPr="009658F0">
        <w:rPr>
          <w:rFonts w:ascii="Times New Roman" w:eastAsia="Times New Roman" w:hAnsi="Times New Roman" w:cs="Times New Roman"/>
          <w:sz w:val="24"/>
          <w:szCs w:val="24"/>
        </w:rPr>
        <w:t>Marx picked up Vic</w:t>
      </w:r>
      <w:r w:rsidR="00541C3F" w:rsidRPr="009658F0">
        <w:rPr>
          <w:rFonts w:ascii="Times New Roman" w:eastAsia="Times New Roman" w:hAnsi="Times New Roman" w:cs="Times New Roman"/>
          <w:sz w:val="24"/>
          <w:szCs w:val="24"/>
        </w:rPr>
        <w:t xml:space="preserve"> + I to take us to the Desert Research Station at </w:t>
      </w:r>
      <w:proofErr w:type="spellStart"/>
      <w:r w:rsidR="00541C3F" w:rsidRPr="009658F0">
        <w:rPr>
          <w:rFonts w:ascii="Times New Roman" w:eastAsia="Times New Roman" w:hAnsi="Times New Roman" w:cs="Times New Roman"/>
          <w:sz w:val="24"/>
          <w:szCs w:val="24"/>
        </w:rPr>
        <w:t>Sede</w:t>
      </w:r>
      <w:proofErr w:type="spellEnd"/>
      <w:r w:rsidR="00541C3F" w:rsidRPr="009658F0">
        <w:rPr>
          <w:rFonts w:ascii="Times New Roman" w:eastAsia="Times New Roman" w:hAnsi="Times New Roman" w:cs="Times New Roman"/>
          <w:sz w:val="24"/>
          <w:szCs w:val="24"/>
        </w:rPr>
        <w:t xml:space="preserve"> </w:t>
      </w:r>
      <w:proofErr w:type="spellStart"/>
      <w:r w:rsidR="00541C3F" w:rsidRPr="009658F0">
        <w:rPr>
          <w:rFonts w:ascii="Times New Roman" w:eastAsia="Times New Roman" w:hAnsi="Times New Roman" w:cs="Times New Roman"/>
          <w:sz w:val="24"/>
          <w:szCs w:val="24"/>
        </w:rPr>
        <w:t>Boqer</w:t>
      </w:r>
      <w:proofErr w:type="spellEnd"/>
      <w:r w:rsidR="00541C3F" w:rsidRPr="009658F0">
        <w:rPr>
          <w:rFonts w:ascii="Times New Roman" w:eastAsia="Times New Roman" w:hAnsi="Times New Roman" w:cs="Times New Roman"/>
          <w:sz w:val="24"/>
          <w:szCs w:val="24"/>
        </w:rPr>
        <w:t xml:space="preserve"> (or Boker) in the Negev. He decided to take the route to Beersheva through Bet Shemesh + Kiriat Gat, not Hebron. He </w:t>
      </w:r>
      <w:proofErr w:type="gramStart"/>
      <w:r w:rsidR="00541C3F" w:rsidRPr="009658F0">
        <w:rPr>
          <w:rFonts w:ascii="Times New Roman" w:eastAsia="Times New Roman" w:hAnsi="Times New Roman" w:cs="Times New Roman"/>
          <w:sz w:val="24"/>
          <w:szCs w:val="24"/>
        </w:rPr>
        <w:t>was been</w:t>
      </w:r>
      <w:proofErr w:type="gramEnd"/>
      <w:r w:rsidR="00541C3F" w:rsidRPr="009658F0">
        <w:rPr>
          <w:rFonts w:ascii="Times New Roman" w:eastAsia="Times New Roman" w:hAnsi="Times New Roman" w:cs="Times New Roman"/>
          <w:sz w:val="24"/>
          <w:szCs w:val="24"/>
        </w:rPr>
        <w:t xml:space="preserve"> avoiding Hebron because Israeli cars have been stoned by Arabs there. (This although E Marx is a radical + sides with the Arabs.) At Bet </w:t>
      </w:r>
      <w:r w:rsidR="00FC352C" w:rsidRPr="009658F0">
        <w:rPr>
          <w:rFonts w:ascii="Times New Roman" w:eastAsia="Times New Roman" w:hAnsi="Times New Roman" w:cs="Times New Roman"/>
          <w:sz w:val="24"/>
          <w:szCs w:val="24"/>
        </w:rPr>
        <w:t xml:space="preserve">Shemesh (some way down through woods into foothills + meadowlands) was the </w:t>
      </w:r>
      <w:proofErr w:type="gramStart"/>
      <w:r w:rsidR="00FC352C" w:rsidRPr="009658F0">
        <w:rPr>
          <w:rFonts w:ascii="Times New Roman" w:eastAsia="Times New Roman" w:hAnsi="Times New Roman" w:cs="Times New Roman"/>
          <w:sz w:val="24"/>
          <w:szCs w:val="24"/>
        </w:rPr>
        <w:t>places</w:t>
      </w:r>
      <w:proofErr w:type="gramEnd"/>
      <w:r w:rsidR="00FC352C" w:rsidRPr="009658F0">
        <w:rPr>
          <w:rFonts w:ascii="Times New Roman" w:eastAsia="Times New Roman" w:hAnsi="Times New Roman" w:cs="Times New Roman"/>
          <w:sz w:val="24"/>
          <w:szCs w:val="24"/>
        </w:rPr>
        <w:t xml:space="preserve"> where Samson fought the Philistines. Further down still in </w:t>
      </w:r>
      <w:proofErr w:type="gramStart"/>
      <w:r w:rsidR="00FC352C" w:rsidRPr="009658F0">
        <w:rPr>
          <w:rFonts w:ascii="Times New Roman" w:eastAsia="Times New Roman" w:hAnsi="Times New Roman" w:cs="Times New Roman"/>
          <w:sz w:val="24"/>
          <w:szCs w:val="24"/>
        </w:rPr>
        <w:t>downland</w:t>
      </w:r>
      <w:proofErr w:type="gramEnd"/>
      <w:r w:rsidR="00FC352C" w:rsidRPr="009658F0">
        <w:rPr>
          <w:rFonts w:ascii="Times New Roman" w:eastAsia="Times New Roman" w:hAnsi="Times New Roman" w:cs="Times New Roman"/>
          <w:sz w:val="24"/>
          <w:szCs w:val="24"/>
        </w:rPr>
        <w:t xml:space="preserve"> country, Emanuel drove off the main road to a pot-hole area </w:t>
      </w:r>
      <w:r w:rsidR="00FC352C" w:rsidRPr="009658F0">
        <w:rPr>
          <w:rFonts w:ascii="Times New Roman" w:eastAsia="Times New Roman" w:hAnsi="Times New Roman" w:cs="Times New Roman"/>
          <w:i/>
          <w:iCs/>
          <w:sz w:val="24"/>
          <w:szCs w:val="24"/>
        </w:rPr>
        <w:t xml:space="preserve">Beit </w:t>
      </w:r>
      <w:proofErr w:type="spellStart"/>
      <w:r w:rsidR="00FC352C" w:rsidRPr="009658F0">
        <w:rPr>
          <w:rFonts w:ascii="Times New Roman" w:eastAsia="Times New Roman" w:hAnsi="Times New Roman" w:cs="Times New Roman"/>
          <w:i/>
          <w:iCs/>
          <w:sz w:val="24"/>
          <w:szCs w:val="24"/>
        </w:rPr>
        <w:t>Govrin</w:t>
      </w:r>
      <w:proofErr w:type="spellEnd"/>
      <w:r w:rsidR="00FC352C" w:rsidRPr="009658F0">
        <w:rPr>
          <w:rFonts w:ascii="Times New Roman" w:eastAsia="Times New Roman" w:hAnsi="Times New Roman" w:cs="Times New Roman"/>
          <w:sz w:val="24"/>
          <w:szCs w:val="24"/>
        </w:rPr>
        <w:t>, a place of huge caves + cisterns, water-eroded but dry now. A party of schoolchildren were also going around. Emanuel said</w:t>
      </w:r>
    </w:p>
    <w:p w14:paraId="0D5B3E06" w14:textId="77777777" w:rsidR="00FC352C" w:rsidRPr="009658F0" w:rsidRDefault="00FC352C"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32478379" w14:textId="73622700" w:rsidR="00CF4B9A" w:rsidRPr="009658F0" w:rsidRDefault="003D2CDE" w:rsidP="006C1960">
      <w:pPr>
        <w:spacing w:after="120" w:line="360" w:lineRule="auto"/>
        <w:rPr>
          <w:rFonts w:ascii="Times New Roman" w:eastAsia="Times New Roman" w:hAnsi="Times New Roman" w:cs="Times New Roman"/>
          <w:sz w:val="24"/>
          <w:szCs w:val="24"/>
        </w:rPr>
      </w:pPr>
      <w:r w:rsidRPr="00E36D77">
        <w:rPr>
          <w:rFonts w:ascii="Times New Roman" w:eastAsia="Times New Roman" w:hAnsi="Times New Roman" w:cs="Times New Roman"/>
          <w:sz w:val="24"/>
          <w:szCs w:val="24"/>
          <w:highlight w:val="yellow"/>
        </w:rPr>
        <w:lastRenderedPageBreak/>
        <w:t>EDITH PAGE 23</w:t>
      </w:r>
    </w:p>
    <w:p w14:paraId="17B27B72" w14:textId="5C3E1177" w:rsidR="003D2CDE" w:rsidRPr="009658F0" w:rsidRDefault="003D2CDE"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people used to draw later from the reservoirs through circular holes in the ceilings, wells when seen from above. One or two holes were plugged with large stones. The big sink holes reminded me of </w:t>
      </w:r>
      <w:commentRangeStart w:id="22"/>
      <w:proofErr w:type="spellStart"/>
      <w:r w:rsidRPr="009658F0">
        <w:rPr>
          <w:rFonts w:ascii="Times New Roman" w:eastAsia="Times New Roman" w:hAnsi="Times New Roman" w:cs="Times New Roman"/>
          <w:sz w:val="24"/>
          <w:szCs w:val="24"/>
        </w:rPr>
        <w:t>senotes</w:t>
      </w:r>
      <w:proofErr w:type="spellEnd"/>
      <w:r w:rsidRPr="009658F0">
        <w:rPr>
          <w:rFonts w:ascii="Times New Roman" w:eastAsia="Times New Roman" w:hAnsi="Times New Roman" w:cs="Times New Roman"/>
          <w:sz w:val="24"/>
          <w:szCs w:val="24"/>
        </w:rPr>
        <w:t xml:space="preserve"> </w:t>
      </w:r>
      <w:commentRangeEnd w:id="22"/>
      <w:r w:rsidRPr="009658F0">
        <w:rPr>
          <w:rStyle w:val="CommentReference"/>
          <w:rFonts w:ascii="Times New Roman" w:hAnsi="Times New Roman" w:cs="Times New Roman"/>
        </w:rPr>
        <w:commentReference w:id="22"/>
      </w:r>
      <w:r w:rsidRPr="009658F0">
        <w:rPr>
          <w:rFonts w:ascii="Times New Roman" w:eastAsia="Times New Roman" w:hAnsi="Times New Roman" w:cs="Times New Roman"/>
          <w:sz w:val="24"/>
          <w:szCs w:val="24"/>
        </w:rPr>
        <w:t xml:space="preserve">in Yucatan…We continued on, past plains, Kiriat Gat stuck on that landscape like a Lego toy, past wheatlands + tractors </w:t>
      </w:r>
      <w:proofErr w:type="gramStart"/>
      <w:r w:rsidRPr="009658F0">
        <w:rPr>
          <w:rFonts w:ascii="Times New Roman" w:eastAsia="Times New Roman" w:hAnsi="Times New Roman" w:cs="Times New Roman"/>
          <w:sz w:val="24"/>
          <w:szCs w:val="24"/>
        </w:rPr>
        <w:t>working,</w:t>
      </w:r>
      <w:proofErr w:type="gramEnd"/>
      <w:r w:rsidRPr="009658F0">
        <w:rPr>
          <w:rFonts w:ascii="Times New Roman" w:eastAsia="Times New Roman" w:hAnsi="Times New Roman" w:cs="Times New Roman"/>
          <w:sz w:val="24"/>
          <w:szCs w:val="24"/>
        </w:rPr>
        <w:t xml:space="preserve"> to drier land + Beersheva, one big suburb, thru which we drove (no tractors lined up by Arabs to hire themselves out, as in 1980; no acres of lavatory pans any more. Why not? Possibly they’d all </w:t>
      </w:r>
      <w:proofErr w:type="gramStart"/>
      <w:r w:rsidRPr="009658F0">
        <w:rPr>
          <w:rFonts w:ascii="Times New Roman" w:eastAsia="Times New Roman" w:hAnsi="Times New Roman" w:cs="Times New Roman"/>
          <w:sz w:val="24"/>
          <w:szCs w:val="24"/>
        </w:rPr>
        <w:t>be been</w:t>
      </w:r>
      <w:proofErr w:type="gramEnd"/>
      <w:r w:rsidRPr="009658F0">
        <w:rPr>
          <w:rFonts w:ascii="Times New Roman" w:eastAsia="Times New Roman" w:hAnsi="Times New Roman" w:cs="Times New Roman"/>
          <w:sz w:val="24"/>
          <w:szCs w:val="24"/>
        </w:rPr>
        <w:t xml:space="preserve"> into “development towns” by now. Beyond Beersheva the great stone desert began, misted over with grass here + there still, from the extra rainy winter. In mid-morning light it seemed featureless. </w:t>
      </w:r>
      <w:r w:rsidRPr="009658F0">
        <w:rPr>
          <w:rFonts w:ascii="Times New Roman" w:eastAsia="Times New Roman" w:hAnsi="Times New Roman" w:cs="Times New Roman"/>
          <w:i/>
          <w:iCs/>
          <w:sz w:val="24"/>
          <w:szCs w:val="24"/>
        </w:rPr>
        <w:t>On the way we saw some Bedouin tents stored on top of</w:t>
      </w:r>
      <w:r w:rsidRPr="009658F0">
        <w:rPr>
          <w:rFonts w:ascii="Times New Roman" w:eastAsia="Times New Roman" w:hAnsi="Times New Roman" w:cs="Times New Roman"/>
          <w:sz w:val="24"/>
          <w:szCs w:val="24"/>
        </w:rPr>
        <w:t xml:space="preserve">. After some way we pulled up at a greener area: Kibbutz </w:t>
      </w:r>
      <w:proofErr w:type="spellStart"/>
      <w:r w:rsidRPr="009658F0">
        <w:rPr>
          <w:rFonts w:ascii="Times New Roman" w:eastAsia="Times New Roman" w:hAnsi="Times New Roman" w:cs="Times New Roman"/>
          <w:sz w:val="24"/>
          <w:szCs w:val="24"/>
        </w:rPr>
        <w:t>Sede</w:t>
      </w:r>
      <w:proofErr w:type="spellEnd"/>
      <w:r w:rsidRPr="009658F0">
        <w:rPr>
          <w:rFonts w:ascii="Times New Roman" w:eastAsia="Times New Roman" w:hAnsi="Times New Roman" w:cs="Times New Roman"/>
          <w:sz w:val="24"/>
          <w:szCs w:val="24"/>
        </w:rPr>
        <w:t xml:space="preserve"> Boker, an early kibbutz, developed from</w:t>
      </w:r>
    </w:p>
    <w:p w14:paraId="2BBD78F6" w14:textId="77777777" w:rsidR="003D2CDE" w:rsidRPr="009658F0" w:rsidRDefault="003D2CDE" w:rsidP="006C1960">
      <w:pPr>
        <w:spacing w:after="120" w:line="360" w:lineRule="auto"/>
        <w:rPr>
          <w:rFonts w:ascii="Times New Roman" w:eastAsia="Times New Roman" w:hAnsi="Times New Roman" w:cs="Times New Roman"/>
          <w:sz w:val="24"/>
          <w:szCs w:val="24"/>
        </w:rPr>
      </w:pPr>
    </w:p>
    <w:p w14:paraId="0744EE8D" w14:textId="78E67709" w:rsidR="00570476" w:rsidRPr="009658F0" w:rsidRDefault="003D2CDE" w:rsidP="006C1960">
      <w:pPr>
        <w:spacing w:after="120" w:line="360" w:lineRule="auto"/>
        <w:rPr>
          <w:rFonts w:ascii="Times New Roman" w:eastAsia="Times New Roman" w:hAnsi="Times New Roman" w:cs="Times New Roman"/>
          <w:i/>
          <w:iCs/>
          <w:sz w:val="24"/>
          <w:szCs w:val="24"/>
        </w:rPr>
      </w:pPr>
      <w:r w:rsidRPr="009658F0">
        <w:rPr>
          <w:rFonts w:ascii="Times New Roman" w:eastAsia="Times New Roman" w:hAnsi="Times New Roman" w:cs="Times New Roman"/>
          <w:sz w:val="24"/>
          <w:szCs w:val="24"/>
        </w:rPr>
        <w:t>[Text added later at foot of page, continued from text added in between the lines abov</w:t>
      </w:r>
      <w:r w:rsidR="00AD522F" w:rsidRPr="009658F0">
        <w:rPr>
          <w:rFonts w:ascii="Times New Roman" w:eastAsia="Times New Roman" w:hAnsi="Times New Roman" w:cs="Times New Roman"/>
          <w:sz w:val="24"/>
          <w:szCs w:val="24"/>
        </w:rPr>
        <w:t xml:space="preserve">e] </w:t>
      </w:r>
      <w:r w:rsidR="00AD522F" w:rsidRPr="009658F0">
        <w:rPr>
          <w:rFonts w:ascii="Times New Roman" w:eastAsia="Times New Roman" w:hAnsi="Times New Roman" w:cs="Times New Roman"/>
          <w:i/>
          <w:iCs/>
          <w:sz w:val="24"/>
          <w:szCs w:val="24"/>
        </w:rPr>
        <w:t>p</w:t>
      </w:r>
      <w:r w:rsidRPr="009658F0">
        <w:rPr>
          <w:rFonts w:ascii="Times New Roman" w:eastAsia="Times New Roman" w:hAnsi="Times New Roman" w:cs="Times New Roman"/>
          <w:sz w:val="24"/>
          <w:szCs w:val="24"/>
        </w:rPr>
        <w:t>e</w:t>
      </w:r>
      <w:r w:rsidRPr="009658F0">
        <w:rPr>
          <w:rFonts w:ascii="Times New Roman" w:eastAsia="Times New Roman" w:hAnsi="Times New Roman" w:cs="Times New Roman"/>
          <w:i/>
          <w:iCs/>
          <w:sz w:val="24"/>
          <w:szCs w:val="24"/>
        </w:rPr>
        <w:t>trol drums, in</w:t>
      </w:r>
      <w:r w:rsidR="00570476" w:rsidRPr="009658F0">
        <w:rPr>
          <w:rFonts w:ascii="Times New Roman" w:eastAsia="Times New Roman" w:hAnsi="Times New Roman" w:cs="Times New Roman"/>
          <w:i/>
          <w:iCs/>
          <w:sz w:val="24"/>
          <w:szCs w:val="24"/>
        </w:rPr>
        <w:t xml:space="preserve"> [illegible], just left in the desert. The black tents were only for winter.</w:t>
      </w:r>
    </w:p>
    <w:p w14:paraId="69998F72" w14:textId="77777777" w:rsidR="00570476" w:rsidRPr="009658F0" w:rsidRDefault="00570476" w:rsidP="006C1960">
      <w:pPr>
        <w:spacing w:line="360" w:lineRule="auto"/>
        <w:rPr>
          <w:rFonts w:ascii="Times New Roman" w:eastAsia="Times New Roman" w:hAnsi="Times New Roman" w:cs="Times New Roman"/>
          <w:i/>
          <w:iCs/>
          <w:sz w:val="24"/>
          <w:szCs w:val="24"/>
        </w:rPr>
      </w:pPr>
      <w:r w:rsidRPr="009658F0">
        <w:rPr>
          <w:rFonts w:ascii="Times New Roman" w:eastAsia="Times New Roman" w:hAnsi="Times New Roman" w:cs="Times New Roman"/>
          <w:i/>
          <w:iCs/>
          <w:sz w:val="24"/>
          <w:szCs w:val="24"/>
        </w:rPr>
        <w:br w:type="page"/>
      </w:r>
    </w:p>
    <w:p w14:paraId="044F5D7A" w14:textId="12EFE4B6" w:rsidR="003D2CDE" w:rsidRPr="009658F0" w:rsidRDefault="00570476" w:rsidP="006C1960">
      <w:pPr>
        <w:spacing w:after="120" w:line="360" w:lineRule="auto"/>
        <w:rPr>
          <w:rFonts w:ascii="Times New Roman" w:eastAsia="Times New Roman" w:hAnsi="Times New Roman" w:cs="Times New Roman"/>
          <w:sz w:val="24"/>
          <w:szCs w:val="24"/>
        </w:rPr>
      </w:pPr>
      <w:r w:rsidRPr="005B3CAA">
        <w:rPr>
          <w:rFonts w:ascii="Times New Roman" w:eastAsia="Times New Roman" w:hAnsi="Times New Roman" w:cs="Times New Roman"/>
          <w:sz w:val="24"/>
          <w:szCs w:val="24"/>
          <w:highlight w:val="yellow"/>
        </w:rPr>
        <w:lastRenderedPageBreak/>
        <w:t>EDITH PAGE 24</w:t>
      </w:r>
    </w:p>
    <w:p w14:paraId="39AA7742" w14:textId="3383DE3F" w:rsidR="00570476" w:rsidRPr="009658F0" w:rsidRDefault="00F34697"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piped Galilee water, like the whole region. At this place Ben Gurion had chosen to put up a retirement “hut” (sic), </w:t>
      </w:r>
      <w:proofErr w:type="gramStart"/>
      <w:r w:rsidRPr="009658F0">
        <w:rPr>
          <w:rFonts w:ascii="Times New Roman" w:eastAsia="Times New Roman" w:hAnsi="Times New Roman" w:cs="Times New Roman"/>
          <w:sz w:val="24"/>
          <w:szCs w:val="24"/>
        </w:rPr>
        <w:t>actually a</w:t>
      </w:r>
      <w:proofErr w:type="gramEnd"/>
      <w:r w:rsidRPr="009658F0">
        <w:rPr>
          <w:rFonts w:ascii="Times New Roman" w:eastAsia="Times New Roman" w:hAnsi="Times New Roman" w:cs="Times New Roman"/>
          <w:sz w:val="24"/>
          <w:szCs w:val="24"/>
        </w:rPr>
        <w:t xml:space="preserve"> 5 roomed house, but called a “hut” to accentuate his </w:t>
      </w:r>
      <w:proofErr w:type="spellStart"/>
      <w:r w:rsidRPr="009658F0">
        <w:rPr>
          <w:rFonts w:ascii="Times New Roman" w:eastAsia="Times New Roman" w:hAnsi="Times New Roman" w:cs="Times New Roman"/>
          <w:sz w:val="24"/>
          <w:szCs w:val="24"/>
        </w:rPr>
        <w:t>self identification</w:t>
      </w:r>
      <w:proofErr w:type="spellEnd"/>
      <w:r w:rsidRPr="009658F0">
        <w:rPr>
          <w:rFonts w:ascii="Times New Roman" w:eastAsia="Times New Roman" w:hAnsi="Times New Roman" w:cs="Times New Roman"/>
          <w:sz w:val="24"/>
          <w:szCs w:val="24"/>
        </w:rPr>
        <w:t xml:space="preserve"> with the common people. It was like anybody’s house. Quite nice. (Parties in buses are shown around + you get handed a brochure.) The public walks thru + the living parts are glassed in, for protection.</w:t>
      </w:r>
      <w:r w:rsidR="00D23961" w:rsidRPr="009658F0">
        <w:rPr>
          <w:rFonts w:ascii="Times New Roman" w:eastAsia="Times New Roman" w:hAnsi="Times New Roman" w:cs="Times New Roman"/>
          <w:sz w:val="24"/>
          <w:szCs w:val="24"/>
        </w:rPr>
        <w:t xml:space="preserve"> They show books still left on chairs etc. A </w:t>
      </w:r>
      <w:r w:rsidR="00D23961" w:rsidRPr="009658F0">
        <w:rPr>
          <w:rFonts w:ascii="Times New Roman" w:eastAsia="Times New Roman" w:hAnsi="Times New Roman" w:cs="Times New Roman"/>
          <w:sz w:val="24"/>
          <w:szCs w:val="24"/>
          <w:u w:val="single"/>
        </w:rPr>
        <w:t>large</w:t>
      </w:r>
      <w:r w:rsidR="00D23961" w:rsidRPr="009658F0">
        <w:rPr>
          <w:rFonts w:ascii="Times New Roman" w:eastAsia="Times New Roman" w:hAnsi="Times New Roman" w:cs="Times New Roman"/>
          <w:sz w:val="24"/>
          <w:szCs w:val="24"/>
        </w:rPr>
        <w:t xml:space="preserve"> TV. A portrait of his nagging wife – a haughty lively woman. He never wore a tie, see 50sh note [an arrow from the next page points to this text]. Later we walked beyond to the monument (also on the 50sh note) + you cd see the canyon of the River Zin from this place. </w:t>
      </w:r>
      <w:r w:rsidR="00D23961" w:rsidRPr="009658F0">
        <w:rPr>
          <w:rFonts w:ascii="Times New Roman" w:eastAsia="Times New Roman" w:hAnsi="Times New Roman" w:cs="Times New Roman"/>
          <w:strike/>
          <w:sz w:val="24"/>
          <w:szCs w:val="24"/>
        </w:rPr>
        <w:t>Emanuel</w:t>
      </w:r>
      <w:r w:rsidR="00D23961" w:rsidRPr="009658F0">
        <w:rPr>
          <w:rFonts w:ascii="Times New Roman" w:eastAsia="Times New Roman" w:hAnsi="Times New Roman" w:cs="Times New Roman"/>
          <w:sz w:val="24"/>
          <w:szCs w:val="24"/>
        </w:rPr>
        <w:t xml:space="preserve"> </w:t>
      </w:r>
      <w:r w:rsidR="00D23961" w:rsidRPr="009658F0">
        <w:rPr>
          <w:rFonts w:ascii="Times New Roman" w:eastAsia="Times New Roman" w:hAnsi="Times New Roman" w:cs="Times New Roman"/>
          <w:i/>
          <w:iCs/>
          <w:sz w:val="24"/>
          <w:szCs w:val="24"/>
        </w:rPr>
        <w:t>NB 1</w:t>
      </w:r>
      <w:r w:rsidR="00D23961" w:rsidRPr="009658F0">
        <w:rPr>
          <w:rFonts w:ascii="Times New Roman" w:eastAsia="Times New Roman" w:hAnsi="Times New Roman" w:cs="Times New Roman"/>
          <w:i/>
          <w:iCs/>
          <w:sz w:val="24"/>
          <w:szCs w:val="24"/>
          <w:vertAlign w:val="superscript"/>
        </w:rPr>
        <w:t>st</w:t>
      </w:r>
      <w:r w:rsidR="00D23961" w:rsidRPr="009658F0">
        <w:rPr>
          <w:rFonts w:ascii="Times New Roman" w:eastAsia="Times New Roman" w:hAnsi="Times New Roman" w:cs="Times New Roman"/>
          <w:i/>
          <w:iCs/>
          <w:sz w:val="24"/>
          <w:szCs w:val="24"/>
        </w:rPr>
        <w:t xml:space="preserve"> hut, 2</w:t>
      </w:r>
      <w:r w:rsidR="00D23961" w:rsidRPr="009658F0">
        <w:rPr>
          <w:rFonts w:ascii="Times New Roman" w:eastAsia="Times New Roman" w:hAnsi="Times New Roman" w:cs="Times New Roman"/>
          <w:i/>
          <w:iCs/>
          <w:sz w:val="24"/>
          <w:szCs w:val="24"/>
          <w:vertAlign w:val="superscript"/>
        </w:rPr>
        <w:t>nd</w:t>
      </w:r>
      <w:r w:rsidR="00D23961" w:rsidRPr="009658F0">
        <w:rPr>
          <w:rFonts w:ascii="Times New Roman" w:eastAsia="Times New Roman" w:hAnsi="Times New Roman" w:cs="Times New Roman"/>
          <w:i/>
          <w:iCs/>
          <w:sz w:val="24"/>
          <w:szCs w:val="24"/>
        </w:rPr>
        <w:t xml:space="preserve"> Research </w:t>
      </w:r>
      <w:proofErr w:type="spellStart"/>
      <w:r w:rsidR="00D23961" w:rsidRPr="009658F0">
        <w:rPr>
          <w:rFonts w:ascii="Times New Roman" w:eastAsia="Times New Roman" w:hAnsi="Times New Roman" w:cs="Times New Roman"/>
          <w:i/>
          <w:iCs/>
          <w:sz w:val="24"/>
          <w:szCs w:val="24"/>
        </w:rPr>
        <w:t>Cneter</w:t>
      </w:r>
      <w:proofErr w:type="spellEnd"/>
      <w:r w:rsidR="00D23961" w:rsidRPr="009658F0">
        <w:rPr>
          <w:rFonts w:ascii="Times New Roman" w:eastAsia="Times New Roman" w:hAnsi="Times New Roman" w:cs="Times New Roman"/>
          <w:i/>
          <w:iCs/>
          <w:sz w:val="24"/>
          <w:szCs w:val="24"/>
        </w:rPr>
        <w:t>, 3</w:t>
      </w:r>
      <w:r w:rsidR="00D23961" w:rsidRPr="009658F0">
        <w:rPr>
          <w:rFonts w:ascii="Times New Roman" w:eastAsia="Times New Roman" w:hAnsi="Times New Roman" w:cs="Times New Roman"/>
          <w:i/>
          <w:iCs/>
          <w:sz w:val="24"/>
          <w:szCs w:val="24"/>
          <w:vertAlign w:val="superscript"/>
        </w:rPr>
        <w:t>rd</w:t>
      </w:r>
      <w:r w:rsidR="00D23961" w:rsidRPr="009658F0">
        <w:rPr>
          <w:rFonts w:ascii="Times New Roman" w:eastAsia="Times New Roman" w:hAnsi="Times New Roman" w:cs="Times New Roman"/>
          <w:i/>
          <w:iCs/>
          <w:sz w:val="24"/>
          <w:szCs w:val="24"/>
        </w:rPr>
        <w:t xml:space="preserve"> Ben G Monument, 4</w:t>
      </w:r>
      <w:r w:rsidR="00D23961" w:rsidRPr="009658F0">
        <w:rPr>
          <w:rFonts w:ascii="Times New Roman" w:eastAsia="Times New Roman" w:hAnsi="Times New Roman" w:cs="Times New Roman"/>
          <w:i/>
          <w:iCs/>
          <w:sz w:val="24"/>
          <w:szCs w:val="24"/>
          <w:vertAlign w:val="superscript"/>
        </w:rPr>
        <w:t>th</w:t>
      </w:r>
      <w:r w:rsidR="00D23961" w:rsidRPr="009658F0">
        <w:rPr>
          <w:rFonts w:ascii="Times New Roman" w:eastAsia="Times New Roman" w:hAnsi="Times New Roman" w:cs="Times New Roman"/>
          <w:i/>
          <w:iCs/>
          <w:sz w:val="24"/>
          <w:szCs w:val="24"/>
        </w:rPr>
        <w:t xml:space="preserve"> Nabatean [illegible], 5</w:t>
      </w:r>
      <w:r w:rsidR="00D23961" w:rsidRPr="009658F0">
        <w:rPr>
          <w:rFonts w:ascii="Times New Roman" w:eastAsia="Times New Roman" w:hAnsi="Times New Roman" w:cs="Times New Roman"/>
          <w:i/>
          <w:iCs/>
          <w:sz w:val="24"/>
          <w:szCs w:val="24"/>
          <w:vertAlign w:val="superscript"/>
        </w:rPr>
        <w:t>th</w:t>
      </w:r>
      <w:r w:rsidR="00D23961" w:rsidRPr="009658F0">
        <w:rPr>
          <w:rFonts w:ascii="Times New Roman" w:eastAsia="Times New Roman" w:hAnsi="Times New Roman" w:cs="Times New Roman"/>
          <w:i/>
          <w:iCs/>
          <w:sz w:val="24"/>
          <w:szCs w:val="24"/>
        </w:rPr>
        <w:t xml:space="preserve"> Canyon</w:t>
      </w:r>
      <w:r w:rsidR="00D23961" w:rsidRPr="009658F0">
        <w:rPr>
          <w:rFonts w:ascii="Times New Roman" w:eastAsia="Times New Roman" w:hAnsi="Times New Roman" w:cs="Times New Roman"/>
          <w:sz w:val="24"/>
          <w:szCs w:val="24"/>
        </w:rPr>
        <w:t>.</w:t>
      </w:r>
    </w:p>
    <w:p w14:paraId="198549C1" w14:textId="0877381C" w:rsidR="00D23961" w:rsidRPr="009658F0" w:rsidRDefault="00D23961"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Went to Desert Research Center, met Emanuel’s colleagues (he is Director): Ester Lavie, </w:t>
      </w:r>
      <w:commentRangeStart w:id="23"/>
      <w:r w:rsidRPr="009658F0">
        <w:rPr>
          <w:rFonts w:ascii="Times New Roman" w:eastAsia="Times New Roman" w:hAnsi="Times New Roman" w:cs="Times New Roman"/>
          <w:sz w:val="24"/>
          <w:szCs w:val="24"/>
        </w:rPr>
        <w:t>Lo</w:t>
      </w:r>
      <w:r w:rsidR="00FC0D3C" w:rsidRPr="009658F0">
        <w:rPr>
          <w:rFonts w:ascii="Times New Roman" w:eastAsia="Times New Roman" w:hAnsi="Times New Roman" w:cs="Times New Roman"/>
          <w:sz w:val="24"/>
          <w:szCs w:val="24"/>
        </w:rPr>
        <w:t>ni</w:t>
      </w:r>
      <w:r w:rsidRPr="009658F0">
        <w:rPr>
          <w:rFonts w:ascii="Times New Roman" w:eastAsia="Times New Roman" w:hAnsi="Times New Roman" w:cs="Times New Roman"/>
          <w:sz w:val="24"/>
          <w:szCs w:val="24"/>
        </w:rPr>
        <w:t>a</w:t>
      </w:r>
      <w:commentRangeEnd w:id="23"/>
      <w:r w:rsidR="00CC3134" w:rsidRPr="009658F0">
        <w:rPr>
          <w:rStyle w:val="CommentReference"/>
          <w:rFonts w:ascii="Times New Roman" w:hAnsi="Times New Roman" w:cs="Times New Roman"/>
        </w:rPr>
        <w:commentReference w:id="23"/>
      </w:r>
      <w:r w:rsidRPr="009658F0">
        <w:rPr>
          <w:rFonts w:ascii="Times New Roman" w:eastAsia="Times New Roman" w:hAnsi="Times New Roman" w:cs="Times New Roman"/>
          <w:sz w:val="24"/>
          <w:szCs w:val="24"/>
        </w:rPr>
        <w:t xml:space="preserve">…, </w:t>
      </w:r>
      <w:commentRangeStart w:id="24"/>
      <w:r w:rsidRPr="009658F0">
        <w:rPr>
          <w:rFonts w:ascii="Times New Roman" w:eastAsia="Times New Roman" w:hAnsi="Times New Roman" w:cs="Times New Roman"/>
          <w:sz w:val="24"/>
          <w:szCs w:val="24"/>
        </w:rPr>
        <w:t>O</w:t>
      </w:r>
      <w:r w:rsidR="00904718" w:rsidRPr="009658F0">
        <w:rPr>
          <w:rFonts w:ascii="Times New Roman" w:eastAsia="Times New Roman" w:hAnsi="Times New Roman" w:cs="Times New Roman"/>
          <w:sz w:val="24"/>
          <w:szCs w:val="24"/>
        </w:rPr>
        <w:t>r</w:t>
      </w:r>
      <w:r w:rsidRPr="009658F0">
        <w:rPr>
          <w:rFonts w:ascii="Times New Roman" w:eastAsia="Times New Roman" w:hAnsi="Times New Roman" w:cs="Times New Roman"/>
          <w:sz w:val="24"/>
          <w:szCs w:val="24"/>
        </w:rPr>
        <w:t xml:space="preserve">i Shachar </w:t>
      </w:r>
      <w:proofErr w:type="spellStart"/>
      <w:r w:rsidRPr="009658F0">
        <w:rPr>
          <w:rFonts w:ascii="Times New Roman" w:eastAsia="Times New Roman" w:hAnsi="Times New Roman" w:cs="Times New Roman"/>
          <w:sz w:val="24"/>
          <w:szCs w:val="24"/>
        </w:rPr>
        <w:t>Shechak</w:t>
      </w:r>
      <w:commentRangeEnd w:id="24"/>
      <w:proofErr w:type="spellEnd"/>
      <w:r w:rsidR="00F93E13" w:rsidRPr="009658F0">
        <w:rPr>
          <w:rStyle w:val="CommentReference"/>
          <w:rFonts w:ascii="Times New Roman" w:hAnsi="Times New Roman" w:cs="Times New Roman"/>
        </w:rPr>
        <w:commentReference w:id="24"/>
      </w:r>
    </w:p>
    <w:p w14:paraId="4B07782B" w14:textId="7EEB1FD5" w:rsidR="00D23961" w:rsidRPr="009658F0" w:rsidRDefault="00D23961"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w:t>
      </w:r>
    </w:p>
    <w:p w14:paraId="0D5E2448" w14:textId="0627D3D0" w:rsidR="00D23961" w:rsidRPr="009658F0" w:rsidRDefault="00D23961"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[Text added later in different pens at foot of page]</w:t>
      </w:r>
    </w:p>
    <w:p w14:paraId="3347BB16" w14:textId="60AC58DB" w:rsidR="0072413A" w:rsidRPr="009658F0" w:rsidRDefault="00D23961"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^^FROM 2 pages on top: Emanuel took us</w:t>
      </w:r>
      <w:r w:rsidR="00FC0D3C" w:rsidRPr="009658F0">
        <w:rPr>
          <w:rFonts w:ascii="Times New Roman" w:eastAsia="Times New Roman" w:hAnsi="Times New Roman" w:cs="Times New Roman"/>
          <w:sz w:val="24"/>
          <w:szCs w:val="24"/>
        </w:rPr>
        <w:t xml:space="preserve">, Ester + Lonia to Nabatean runs. Nabatean center was Petra, before 105 CE. This was hilltop city plus caves at </w:t>
      </w:r>
      <w:proofErr w:type="spellStart"/>
      <w:r w:rsidR="00FC0D3C" w:rsidRPr="009658F0">
        <w:rPr>
          <w:rFonts w:ascii="Times New Roman" w:eastAsia="Times New Roman" w:hAnsi="Times New Roman" w:cs="Times New Roman"/>
          <w:sz w:val="24"/>
          <w:szCs w:val="24"/>
        </w:rPr>
        <w:t>Avedat</w:t>
      </w:r>
      <w:proofErr w:type="spellEnd"/>
      <w:r w:rsidR="00FC0D3C" w:rsidRPr="009658F0">
        <w:rPr>
          <w:rFonts w:ascii="Times New Roman" w:eastAsia="Times New Roman" w:hAnsi="Times New Roman" w:cs="Times New Roman"/>
          <w:sz w:val="24"/>
          <w:szCs w:val="24"/>
        </w:rPr>
        <w:t xml:space="preserve"> (?). Roman elements; Latin + Greek inscriptions. Personal appeals to remember so + so who lived here. I tried to. </w:t>
      </w:r>
      <w:proofErr w:type="gramStart"/>
      <w:r w:rsidR="00FC0D3C" w:rsidRPr="009658F0">
        <w:rPr>
          <w:rFonts w:ascii="Times New Roman" w:eastAsia="Times New Roman" w:hAnsi="Times New Roman" w:cs="Times New Roman"/>
          <w:sz w:val="24"/>
          <w:szCs w:val="24"/>
        </w:rPr>
        <w:t>Big</w:t>
      </w:r>
      <w:proofErr w:type="gramEnd"/>
      <w:r w:rsidR="00FC0D3C" w:rsidRPr="009658F0">
        <w:rPr>
          <w:rFonts w:ascii="Times New Roman" w:eastAsia="Times New Roman" w:hAnsi="Times New Roman" w:cs="Times New Roman"/>
          <w:sz w:val="24"/>
          <w:szCs w:val="24"/>
        </w:rPr>
        <w:t xml:space="preserve"> arch facing the terrific view bore inscription like this too. Byzantines took over and built</w:t>
      </w:r>
    </w:p>
    <w:p w14:paraId="4ED9B827" w14:textId="77777777" w:rsidR="0072413A" w:rsidRPr="009658F0" w:rsidRDefault="0072413A"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460C4B2A" w14:textId="49C70320" w:rsidR="00D23961" w:rsidRPr="009658F0" w:rsidRDefault="0072413A" w:rsidP="006C1960">
      <w:pPr>
        <w:spacing w:after="120" w:line="360" w:lineRule="auto"/>
        <w:rPr>
          <w:rFonts w:ascii="Times New Roman" w:eastAsia="Times New Roman" w:hAnsi="Times New Roman" w:cs="Times New Roman"/>
          <w:sz w:val="24"/>
          <w:szCs w:val="24"/>
        </w:rPr>
      </w:pPr>
      <w:r w:rsidRPr="005B3CAA">
        <w:rPr>
          <w:rFonts w:ascii="Times New Roman" w:eastAsia="Times New Roman" w:hAnsi="Times New Roman" w:cs="Times New Roman"/>
          <w:sz w:val="24"/>
          <w:szCs w:val="24"/>
          <w:highlight w:val="yellow"/>
        </w:rPr>
        <w:lastRenderedPageBreak/>
        <w:t>EDITH PAGE 25</w:t>
      </w:r>
    </w:p>
    <w:p w14:paraId="5EEDDE81" w14:textId="61E9FFA8" w:rsidR="0072413A" w:rsidRPr="009658F0" w:rsidRDefault="00F30BC6"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Gidon </w:t>
      </w:r>
      <w:commentRangeStart w:id="25"/>
      <w:r w:rsidRPr="009658F0">
        <w:rPr>
          <w:rFonts w:ascii="Times New Roman" w:eastAsia="Times New Roman" w:hAnsi="Times New Roman" w:cs="Times New Roman"/>
          <w:sz w:val="24"/>
          <w:szCs w:val="24"/>
        </w:rPr>
        <w:t>K</w:t>
      </w:r>
      <w:r w:rsidR="006E1E7F" w:rsidRPr="009658F0">
        <w:rPr>
          <w:rFonts w:ascii="Times New Roman" w:eastAsia="Times New Roman" w:hAnsi="Times New Roman" w:cs="Times New Roman"/>
          <w:sz w:val="24"/>
          <w:szCs w:val="24"/>
        </w:rPr>
        <w:t>re</w:t>
      </w:r>
      <w:r w:rsidRPr="009658F0">
        <w:rPr>
          <w:rFonts w:ascii="Times New Roman" w:eastAsia="Times New Roman" w:hAnsi="Times New Roman" w:cs="Times New Roman"/>
          <w:sz w:val="24"/>
          <w:szCs w:val="24"/>
        </w:rPr>
        <w:t xml:space="preserve">ssel </w:t>
      </w:r>
      <w:commentRangeEnd w:id="25"/>
      <w:r w:rsidR="006E1E7F" w:rsidRPr="009658F0">
        <w:rPr>
          <w:rStyle w:val="CommentReference"/>
          <w:rFonts w:ascii="Times New Roman" w:hAnsi="Times New Roman" w:cs="Times New Roman"/>
        </w:rPr>
        <w:commentReference w:id="25"/>
      </w:r>
      <w:r w:rsidRPr="009658F0">
        <w:rPr>
          <w:rFonts w:ascii="Times New Roman" w:eastAsia="Times New Roman" w:hAnsi="Times New Roman" w:cs="Times New Roman"/>
          <w:sz w:val="24"/>
          <w:szCs w:val="24"/>
        </w:rPr>
        <w:t xml:space="preserve">etc. We had met some of them at Emanuel’s </w:t>
      </w:r>
      <w:r w:rsidR="00900F63" w:rsidRPr="009658F0">
        <w:rPr>
          <w:rFonts w:ascii="Times New Roman" w:eastAsia="Times New Roman" w:hAnsi="Times New Roman" w:cs="Times New Roman"/>
          <w:sz w:val="24"/>
          <w:szCs w:val="24"/>
        </w:rPr>
        <w:t>etc.</w:t>
      </w:r>
      <w:r w:rsidRPr="009658F0">
        <w:rPr>
          <w:rFonts w:ascii="Times New Roman" w:eastAsia="Times New Roman" w:hAnsi="Times New Roman" w:cs="Times New Roman"/>
          <w:sz w:val="24"/>
          <w:szCs w:val="24"/>
        </w:rPr>
        <w:t xml:space="preserve"> before. Went to lunch at </w:t>
      </w:r>
      <w:proofErr w:type="gramStart"/>
      <w:r w:rsidRPr="009658F0">
        <w:rPr>
          <w:rFonts w:ascii="Times New Roman" w:eastAsia="Times New Roman" w:hAnsi="Times New Roman" w:cs="Times New Roman"/>
          <w:sz w:val="24"/>
          <w:szCs w:val="24"/>
        </w:rPr>
        <w:t>High</w:t>
      </w:r>
      <w:proofErr w:type="gramEnd"/>
      <w:r w:rsidRPr="009658F0">
        <w:rPr>
          <w:rFonts w:ascii="Times New Roman" w:eastAsia="Times New Roman" w:hAnsi="Times New Roman" w:cs="Times New Roman"/>
          <w:sz w:val="24"/>
          <w:szCs w:val="24"/>
        </w:rPr>
        <w:t xml:space="preserve"> School cafeteria. Everything is institutionalized here. Had rest in house where we were to sleep the night, a Dutchman’s place, who turned out to be inhabiting it. I thought it had been vacated. Afterwards Emanuel drove us to Ben Gurion’s monument (see opposite) along with Ester and Lonia. They were very ironic about the big new gardens around the site, with a long boulder “strewn” (arty- like) path twisting and turning to the final goal – the tombs of B-G and his wife (reminded me of the tombs of the Laird of Barra). We walked to the edge of the precipice (an American party had been in the building behind, looking at the exhibits?). The canyon was sensational, like a smaller Grand Canyon.</w:t>
      </w:r>
    </w:p>
    <w:p w14:paraId="7665DBF2" w14:textId="1E168091" w:rsidR="00F30BC6" w:rsidRPr="009658F0" w:rsidRDefault="00F30BC6"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[Text added later at foot of page, continued from the previous page]</w:t>
      </w:r>
    </w:p>
    <w:p w14:paraId="1D9C3C15" w14:textId="128F6795" w:rsidR="00DE3368" w:rsidRPr="009658F0" w:rsidRDefault="00F30BC6" w:rsidP="006C1960">
      <w:pPr>
        <w:spacing w:after="120" w:line="360" w:lineRule="auto"/>
        <w:rPr>
          <w:rFonts w:ascii="Times New Roman" w:eastAsia="Times New Roman" w:hAnsi="Times New Roman" w:cs="Times New Roman"/>
          <w:sz w:val="24"/>
          <w:szCs w:val="24"/>
        </w:rPr>
      </w:pPr>
      <w:proofErr w:type="gramStart"/>
      <w:r w:rsidRPr="009658F0">
        <w:rPr>
          <w:rFonts w:ascii="Times New Roman" w:eastAsia="Times New Roman" w:hAnsi="Times New Roman" w:cs="Times New Roman"/>
          <w:sz w:val="24"/>
          <w:szCs w:val="24"/>
        </w:rPr>
        <w:t>2 churches,</w:t>
      </w:r>
      <w:proofErr w:type="gramEnd"/>
      <w:r w:rsidRPr="009658F0">
        <w:rPr>
          <w:rFonts w:ascii="Times New Roman" w:eastAsia="Times New Roman" w:hAnsi="Times New Roman" w:cs="Times New Roman"/>
          <w:sz w:val="24"/>
          <w:szCs w:val="24"/>
        </w:rPr>
        <w:t xml:space="preserve"> used Maltese Cross signs, also in the shape of font cross and 6 petalled flowers + arabesques (before the Arabs as Lonia pointed out). It was cold, late afternoon. Vic lent Lonia his jacket. One great courtyard w lovely arched spaced doors.</w:t>
      </w:r>
    </w:p>
    <w:p w14:paraId="22858C9B" w14:textId="77777777" w:rsidR="00DE3368" w:rsidRPr="009658F0" w:rsidRDefault="00DE3368"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111FF890" w14:textId="7202302D" w:rsidR="00F30BC6" w:rsidRPr="009658F0" w:rsidRDefault="00DE3368" w:rsidP="006C1960">
      <w:pPr>
        <w:spacing w:after="120" w:line="360" w:lineRule="auto"/>
        <w:rPr>
          <w:rFonts w:ascii="Times New Roman" w:eastAsia="Times New Roman" w:hAnsi="Times New Roman" w:cs="Times New Roman"/>
          <w:sz w:val="24"/>
          <w:szCs w:val="24"/>
        </w:rPr>
      </w:pPr>
      <w:r w:rsidRPr="005B3CAA">
        <w:rPr>
          <w:rFonts w:ascii="Times New Roman" w:eastAsia="Times New Roman" w:hAnsi="Times New Roman" w:cs="Times New Roman"/>
          <w:sz w:val="24"/>
          <w:szCs w:val="24"/>
          <w:highlight w:val="yellow"/>
        </w:rPr>
        <w:lastRenderedPageBreak/>
        <w:t>EDITH PAGE 26</w:t>
      </w:r>
    </w:p>
    <w:p w14:paraId="54B1D8D7" w14:textId="10DDDC9F" w:rsidR="00697D4E" w:rsidRPr="009658F0" w:rsidRDefault="001766C6"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Ben Gurion used to walk </w:t>
      </w:r>
      <w:proofErr w:type="gramStart"/>
      <w:r w:rsidRPr="009658F0">
        <w:rPr>
          <w:rFonts w:ascii="Times New Roman" w:eastAsia="Times New Roman" w:hAnsi="Times New Roman" w:cs="Times New Roman"/>
          <w:sz w:val="24"/>
          <w:szCs w:val="24"/>
        </w:rPr>
        <w:t>there,</w:t>
      </w:r>
      <w:proofErr w:type="gramEnd"/>
      <w:r w:rsidRPr="009658F0">
        <w:rPr>
          <w:rFonts w:ascii="Times New Roman" w:eastAsia="Times New Roman" w:hAnsi="Times New Roman" w:cs="Times New Roman"/>
          <w:sz w:val="24"/>
          <w:szCs w:val="24"/>
        </w:rPr>
        <w:t xml:space="preserve"> we were told. </w:t>
      </w:r>
      <w:r w:rsidRPr="009658F0">
        <w:rPr>
          <w:rFonts w:ascii="Times New Roman" w:eastAsia="Times New Roman" w:hAnsi="Times New Roman" w:cs="Times New Roman"/>
          <w:i/>
          <w:iCs/>
          <w:sz w:val="24"/>
          <w:szCs w:val="24"/>
        </w:rPr>
        <w:t>Turn</w:t>
      </w:r>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i/>
          <w:iCs/>
          <w:sz w:val="24"/>
          <w:szCs w:val="24"/>
        </w:rPr>
        <w:t>back</w:t>
      </w:r>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i/>
          <w:iCs/>
          <w:sz w:val="24"/>
          <w:szCs w:val="24"/>
        </w:rPr>
        <w:t>E</w:t>
      </w:r>
      <w:r w:rsidRPr="009658F0">
        <w:rPr>
          <w:rFonts w:ascii="Times New Roman" w:eastAsia="Times New Roman" w:hAnsi="Times New Roman" w:cs="Times New Roman"/>
          <w:sz w:val="24"/>
          <w:szCs w:val="24"/>
        </w:rPr>
        <w:t xml:space="preserve">. At Ester’s instigation, Emanuel drove us back + around the gardens + down a dust road into the lower canyon + up </w:t>
      </w:r>
      <w:r w:rsidR="00900F63" w:rsidRPr="009658F0">
        <w:rPr>
          <w:rFonts w:ascii="Times New Roman" w:eastAsia="Times New Roman" w:hAnsi="Times New Roman" w:cs="Times New Roman"/>
          <w:sz w:val="24"/>
          <w:szCs w:val="24"/>
        </w:rPr>
        <w:t>i</w:t>
      </w:r>
      <w:r w:rsidRPr="009658F0">
        <w:rPr>
          <w:rFonts w:ascii="Times New Roman" w:eastAsia="Times New Roman" w:hAnsi="Times New Roman" w:cs="Times New Roman"/>
          <w:sz w:val="24"/>
          <w:szCs w:val="24"/>
        </w:rPr>
        <w:t xml:space="preserve">t, along a very tricky track. We </w:t>
      </w:r>
      <w:proofErr w:type="gramStart"/>
      <w:r w:rsidRPr="009658F0">
        <w:rPr>
          <w:rFonts w:ascii="Times New Roman" w:eastAsia="Times New Roman" w:hAnsi="Times New Roman" w:cs="Times New Roman"/>
          <w:sz w:val="24"/>
          <w:szCs w:val="24"/>
        </w:rPr>
        <w:t>stuck</w:t>
      </w:r>
      <w:proofErr w:type="gramEnd"/>
      <w:r w:rsidRPr="009658F0">
        <w:rPr>
          <w:rFonts w:ascii="Times New Roman" w:eastAsia="Times New Roman" w:hAnsi="Times New Roman" w:cs="Times New Roman"/>
          <w:sz w:val="24"/>
          <w:szCs w:val="24"/>
        </w:rPr>
        <w:t xml:space="preserve"> in one place where the recent rain had deepened a gully across the road. We got out + the Beetle car got through all right. Evening was coming on. Ester wanted to see the ibexes climbing down the canyon to drink in the stream. She and I walked after the car could go no further, + came to a big cave on the right. We pushed on + in the deep dusk came to a waterfall, thinly descending into a couple of pools, one below the other. All wild cliffs above, to the stars. Ibexes dropping stones down as they ran, making vast echoes – a kind of music. I kept </w:t>
      </w:r>
      <w:r w:rsidR="00900F63" w:rsidRPr="009658F0">
        <w:rPr>
          <w:rFonts w:ascii="Times New Roman" w:eastAsia="Times New Roman" w:hAnsi="Times New Roman" w:cs="Times New Roman"/>
          <w:sz w:val="24"/>
          <w:szCs w:val="24"/>
        </w:rPr>
        <w:t xml:space="preserve">to </w:t>
      </w:r>
      <w:r w:rsidRPr="009658F0">
        <w:rPr>
          <w:rFonts w:ascii="Times New Roman" w:eastAsia="Times New Roman" w:hAnsi="Times New Roman" w:cs="Times New Roman"/>
          <w:sz w:val="24"/>
          <w:szCs w:val="24"/>
        </w:rPr>
        <w:t>the middle between the cliffs. There was a steep terrace of water worn ridges</w:t>
      </w:r>
    </w:p>
    <w:p w14:paraId="496BFE6D" w14:textId="77777777" w:rsidR="00697D4E" w:rsidRPr="009658F0" w:rsidRDefault="00697D4E"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71DBDC9F" w14:textId="085A3B73" w:rsidR="00DE3368" w:rsidRPr="009658F0" w:rsidRDefault="00697D4E" w:rsidP="006C1960">
      <w:pPr>
        <w:spacing w:after="120" w:line="360" w:lineRule="auto"/>
        <w:rPr>
          <w:rFonts w:ascii="Times New Roman" w:eastAsia="Times New Roman" w:hAnsi="Times New Roman" w:cs="Times New Roman"/>
          <w:sz w:val="24"/>
          <w:szCs w:val="24"/>
        </w:rPr>
      </w:pPr>
      <w:r w:rsidRPr="005B3CAA">
        <w:rPr>
          <w:rFonts w:ascii="Times New Roman" w:eastAsia="Times New Roman" w:hAnsi="Times New Roman" w:cs="Times New Roman"/>
          <w:sz w:val="24"/>
          <w:szCs w:val="24"/>
          <w:highlight w:val="yellow"/>
        </w:rPr>
        <w:lastRenderedPageBreak/>
        <w:t>EDITH PAGE 27</w:t>
      </w:r>
    </w:p>
    <w:p w14:paraId="46722EB7" w14:textId="79675BF6" w:rsidR="00697D4E" w:rsidRPr="009658F0" w:rsidRDefault="00D93C4C"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hardly less than vertical where mother ibexes train their young to climb. All the terraces were levelled and planed as if by a carpenter – by water. The ibexes come down in numbers down the opposite vertical cliff, miraculous. The lower pool glowed gold, the rest were dark. The highest rocks were still a little luminous. Ester found the stone stairs carved by the Desert Station people, which led to the canyon above the waterfall, a part we had seen from above earlier. I walked up a little. Then we made our way back in almost total darkness except in starlight. Ester was a good guide. The others had the car lights on + started joking about their speculations on any fall etc</w:t>
      </w:r>
      <w:r w:rsidR="00900F63" w:rsidRPr="009658F0">
        <w:rPr>
          <w:rFonts w:ascii="Times New Roman" w:eastAsia="Times New Roman" w:hAnsi="Times New Roman" w:cs="Times New Roman"/>
          <w:sz w:val="24"/>
          <w:szCs w:val="24"/>
        </w:rPr>
        <w:t>.</w:t>
      </w:r>
      <w:r w:rsidRPr="009658F0">
        <w:rPr>
          <w:rFonts w:ascii="Times New Roman" w:eastAsia="Times New Roman" w:hAnsi="Times New Roman" w:cs="Times New Roman"/>
          <w:sz w:val="24"/>
          <w:szCs w:val="24"/>
        </w:rPr>
        <w:t xml:space="preserve"> etc.</w:t>
      </w:r>
      <w:r w:rsidRPr="009658F0">
        <w:rPr>
          <w:rFonts w:ascii="Times New Roman" w:eastAsia="Times New Roman" w:hAnsi="Times New Roman" w:cs="Times New Roman"/>
          <w:i/>
          <w:iCs/>
          <w:sz w:val="24"/>
          <w:szCs w:val="24"/>
        </w:rPr>
        <w:t xml:space="preserve"> Vic wondered if we’d faded into the landscape as at Picnic at Hanging Rock</w:t>
      </w:r>
      <w:r w:rsidR="00EE694C" w:rsidRPr="009658F0">
        <w:rPr>
          <w:rFonts w:ascii="Times New Roman" w:eastAsia="Times New Roman" w:hAnsi="Times New Roman" w:cs="Times New Roman"/>
          <w:sz w:val="24"/>
          <w:szCs w:val="24"/>
        </w:rPr>
        <w:t xml:space="preserve">. We were going to miss supper. Back at the Station Cafeteria, Emanuel </w:t>
      </w:r>
      <w:r w:rsidR="00900F63" w:rsidRPr="009658F0">
        <w:rPr>
          <w:rFonts w:ascii="Times New Roman" w:eastAsia="Times New Roman" w:hAnsi="Times New Roman" w:cs="Times New Roman"/>
          <w:sz w:val="24"/>
          <w:szCs w:val="24"/>
        </w:rPr>
        <w:t>etc.</w:t>
      </w:r>
      <w:r w:rsidR="00EE694C" w:rsidRPr="009658F0">
        <w:rPr>
          <w:rFonts w:ascii="Times New Roman" w:eastAsia="Times New Roman" w:hAnsi="Times New Roman" w:cs="Times New Roman"/>
          <w:sz w:val="24"/>
          <w:szCs w:val="24"/>
        </w:rPr>
        <w:t xml:space="preserve"> got food out of the cooks, eggs, veg, cheese, bread + took them to</w:t>
      </w:r>
    </w:p>
    <w:p w14:paraId="5F30217D" w14:textId="5DC4E13B" w:rsidR="000C5E9E" w:rsidRPr="009658F0" w:rsidRDefault="000C5E9E"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6FA26FAD" w14:textId="7590CE87" w:rsidR="000C5E9E" w:rsidRPr="009658F0" w:rsidRDefault="000C5E9E" w:rsidP="006C1960">
      <w:pPr>
        <w:spacing w:after="120" w:line="360" w:lineRule="auto"/>
        <w:rPr>
          <w:rFonts w:ascii="Times New Roman" w:eastAsia="Times New Roman" w:hAnsi="Times New Roman" w:cs="Times New Roman"/>
          <w:sz w:val="24"/>
          <w:szCs w:val="24"/>
        </w:rPr>
      </w:pPr>
      <w:r w:rsidRPr="005B3CAA">
        <w:rPr>
          <w:rFonts w:ascii="Times New Roman" w:eastAsia="Times New Roman" w:hAnsi="Times New Roman" w:cs="Times New Roman"/>
          <w:sz w:val="24"/>
          <w:szCs w:val="24"/>
          <w:highlight w:val="yellow"/>
        </w:rPr>
        <w:lastRenderedPageBreak/>
        <w:t>ESTER PAGE 28</w:t>
      </w:r>
    </w:p>
    <w:p w14:paraId="41DF3DC8" w14:textId="55D1FABB" w:rsidR="00F30BC6" w:rsidRPr="009658F0" w:rsidRDefault="0045540B"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Emanuel’s posh apartment where we all had supper in the kitchen. Later other researchers dropped by incl. a fashionable young lady in black called </w:t>
      </w:r>
      <w:r w:rsidRPr="009658F0">
        <w:rPr>
          <w:rFonts w:ascii="Times New Roman" w:eastAsia="Times New Roman" w:hAnsi="Times New Roman" w:cs="Times New Roman"/>
          <w:strike/>
          <w:sz w:val="24"/>
          <w:szCs w:val="24"/>
        </w:rPr>
        <w:t>Yael (Jael)</w:t>
      </w:r>
      <w:r w:rsidRPr="009658F0">
        <w:rPr>
          <w:rFonts w:ascii="Times New Roman" w:eastAsia="Times New Roman" w:hAnsi="Times New Roman" w:cs="Times New Roman"/>
          <w:sz w:val="24"/>
          <w:szCs w:val="24"/>
        </w:rPr>
        <w:t xml:space="preserve"> </w:t>
      </w:r>
      <w:commentRangeStart w:id="26"/>
      <w:r w:rsidRPr="009658F0">
        <w:rPr>
          <w:rFonts w:ascii="Times New Roman" w:eastAsia="Times New Roman" w:hAnsi="Times New Roman" w:cs="Times New Roman"/>
          <w:sz w:val="24"/>
          <w:szCs w:val="24"/>
        </w:rPr>
        <w:t xml:space="preserve">Yael </w:t>
      </w:r>
      <w:commentRangeEnd w:id="26"/>
      <w:r w:rsidRPr="009658F0">
        <w:rPr>
          <w:rStyle w:val="CommentReference"/>
          <w:rFonts w:ascii="Times New Roman" w:hAnsi="Times New Roman" w:cs="Times New Roman"/>
        </w:rPr>
        <w:commentReference w:id="26"/>
      </w:r>
      <w:r w:rsidRPr="009658F0">
        <w:rPr>
          <w:rFonts w:ascii="Times New Roman" w:eastAsia="Times New Roman" w:hAnsi="Times New Roman" w:cs="Times New Roman"/>
          <w:sz w:val="24"/>
          <w:szCs w:val="24"/>
        </w:rPr>
        <w:t>(Jael) [text added between the lines in what appears to be Vic’s handwriting</w:t>
      </w:r>
      <w:r w:rsidR="00D41691" w:rsidRPr="009658F0">
        <w:rPr>
          <w:rFonts w:ascii="Times New Roman" w:eastAsia="Times New Roman" w:hAnsi="Times New Roman" w:cs="Times New Roman"/>
          <w:sz w:val="24"/>
          <w:szCs w:val="24"/>
        </w:rPr>
        <w:t>]</w:t>
      </w:r>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b/>
          <w:bCs/>
          <w:i/>
          <w:iCs/>
          <w:sz w:val="24"/>
          <w:szCs w:val="24"/>
        </w:rPr>
        <w:t>Kahana</w:t>
      </w:r>
      <w:r w:rsidR="00D41691"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sz w:val="24"/>
          <w:szCs w:val="24"/>
        </w:rPr>
        <w:t xml:space="preserve">who had been studying a fishing community at Eilat. Ori talked about the Development Team he was studying etc. He said </w:t>
      </w:r>
      <w:proofErr w:type="spellStart"/>
      <w:r w:rsidRPr="009658F0">
        <w:rPr>
          <w:rFonts w:ascii="Times New Roman" w:eastAsia="Times New Roman" w:hAnsi="Times New Roman" w:cs="Times New Roman"/>
          <w:sz w:val="24"/>
          <w:szCs w:val="24"/>
        </w:rPr>
        <w:t>Mimuna</w:t>
      </w:r>
      <w:proofErr w:type="spellEnd"/>
      <w:r w:rsidRPr="009658F0">
        <w:rPr>
          <w:rFonts w:ascii="Times New Roman" w:eastAsia="Times New Roman" w:hAnsi="Times New Roman" w:cs="Times New Roman"/>
          <w:sz w:val="24"/>
          <w:szCs w:val="24"/>
        </w:rPr>
        <w:t xml:space="preserve"> there was a Workers’ Action Committee affair, not a Mayor’s one. There was quite a lot of small group communitas in the town but </w:t>
      </w:r>
      <w:proofErr w:type="gramStart"/>
      <w:r w:rsidRPr="009658F0">
        <w:rPr>
          <w:rFonts w:ascii="Times New Roman" w:eastAsia="Times New Roman" w:hAnsi="Times New Roman" w:cs="Times New Roman"/>
          <w:sz w:val="24"/>
          <w:szCs w:val="24"/>
        </w:rPr>
        <w:t>on the whole</w:t>
      </w:r>
      <w:proofErr w:type="gramEnd"/>
      <w:r w:rsidRPr="009658F0">
        <w:rPr>
          <w:rFonts w:ascii="Times New Roman" w:eastAsia="Times New Roman" w:hAnsi="Times New Roman" w:cs="Times New Roman"/>
          <w:sz w:val="24"/>
          <w:szCs w:val="24"/>
        </w:rPr>
        <w:t xml:space="preserve"> it was a dead place designated a “failure.”</w:t>
      </w:r>
    </w:p>
    <w:p w14:paraId="01D71EAE" w14:textId="77777777" w:rsidR="0045540B" w:rsidRPr="009658F0" w:rsidRDefault="0045540B" w:rsidP="006C1960">
      <w:pPr>
        <w:spacing w:after="120" w:line="360" w:lineRule="auto"/>
        <w:rPr>
          <w:rFonts w:ascii="Times New Roman" w:eastAsia="Times New Roman" w:hAnsi="Times New Roman" w:cs="Times New Roman"/>
          <w:sz w:val="24"/>
          <w:szCs w:val="24"/>
        </w:rPr>
      </w:pPr>
    </w:p>
    <w:p w14:paraId="36C73C17" w14:textId="7CAD4037" w:rsidR="003F09AC" w:rsidRPr="009658F0" w:rsidRDefault="0045540B"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April 12</w:t>
      </w:r>
      <w:r w:rsidRPr="009658F0">
        <w:rPr>
          <w:rFonts w:ascii="Times New Roman" w:eastAsia="Times New Roman" w:hAnsi="Times New Roman" w:cs="Times New Roman"/>
          <w:sz w:val="24"/>
          <w:szCs w:val="24"/>
          <w:vertAlign w:val="superscript"/>
        </w:rPr>
        <w:t>th</w:t>
      </w:r>
      <w:r w:rsidRPr="009658F0">
        <w:rPr>
          <w:rFonts w:ascii="Times New Roman" w:eastAsia="Times New Roman" w:hAnsi="Times New Roman" w:cs="Times New Roman"/>
          <w:sz w:val="24"/>
          <w:szCs w:val="24"/>
        </w:rPr>
        <w:t xml:space="preserve"> Tues. Went off early with Gidon to see the Bedouin. </w:t>
      </w:r>
      <w:r w:rsidR="00CC3134" w:rsidRPr="009658F0">
        <w:rPr>
          <w:rFonts w:ascii="Times New Roman" w:eastAsia="Times New Roman" w:hAnsi="Times New Roman" w:cs="Times New Roman"/>
          <w:sz w:val="24"/>
          <w:szCs w:val="24"/>
        </w:rPr>
        <w:t xml:space="preserve">We drove to the new air force base </w:t>
      </w:r>
      <w:proofErr w:type="spellStart"/>
      <w:r w:rsidR="00CC3134" w:rsidRPr="009658F0">
        <w:rPr>
          <w:rFonts w:ascii="Times New Roman" w:eastAsia="Times New Roman" w:hAnsi="Times New Roman" w:cs="Times New Roman"/>
          <w:i/>
          <w:iCs/>
          <w:sz w:val="24"/>
          <w:szCs w:val="24"/>
        </w:rPr>
        <w:t>Nevatim</w:t>
      </w:r>
      <w:proofErr w:type="spellEnd"/>
      <w:r w:rsidR="00CC3134" w:rsidRPr="009658F0">
        <w:rPr>
          <w:rFonts w:ascii="Times New Roman" w:eastAsia="Times New Roman" w:hAnsi="Times New Roman" w:cs="Times New Roman"/>
          <w:i/>
          <w:iCs/>
          <w:sz w:val="24"/>
          <w:szCs w:val="24"/>
        </w:rPr>
        <w:t xml:space="preserve">, </w:t>
      </w:r>
      <w:commentRangeStart w:id="27"/>
      <w:r w:rsidR="00CC3134" w:rsidRPr="009658F0">
        <w:rPr>
          <w:rFonts w:ascii="Times New Roman" w:eastAsia="Times New Roman" w:hAnsi="Times New Roman" w:cs="Times New Roman"/>
          <w:i/>
          <w:iCs/>
          <w:sz w:val="24"/>
          <w:szCs w:val="24"/>
        </w:rPr>
        <w:t>on Ramon</w:t>
      </w:r>
      <w:commentRangeEnd w:id="27"/>
      <w:r w:rsidR="00CC3134" w:rsidRPr="009658F0">
        <w:rPr>
          <w:rStyle w:val="CommentReference"/>
          <w:rFonts w:ascii="Times New Roman" w:hAnsi="Times New Roman" w:cs="Times New Roman"/>
        </w:rPr>
        <w:commentReference w:id="27"/>
      </w:r>
      <w:r w:rsidR="00CC3134" w:rsidRPr="009658F0">
        <w:rPr>
          <w:rFonts w:ascii="Times New Roman" w:eastAsia="Times New Roman" w:hAnsi="Times New Roman" w:cs="Times New Roman"/>
          <w:sz w:val="24"/>
          <w:szCs w:val="24"/>
        </w:rPr>
        <w:t xml:space="preserve">?, then on to a rock path. Gidon raised the car by means of a lever so that it had a higher clearance. We joggled down this route for some way till </w:t>
      </w:r>
      <w:r w:rsidR="00CC3134" w:rsidRPr="009658F0">
        <w:rPr>
          <w:rFonts w:ascii="Times New Roman" w:eastAsia="Times New Roman" w:hAnsi="Times New Roman" w:cs="Times New Roman"/>
          <w:strike/>
          <w:sz w:val="24"/>
          <w:szCs w:val="24"/>
        </w:rPr>
        <w:t>we passed some</w:t>
      </w:r>
      <w:r w:rsidR="00CC3134" w:rsidRPr="009658F0">
        <w:rPr>
          <w:rFonts w:ascii="Times New Roman" w:eastAsia="Times New Roman" w:hAnsi="Times New Roman" w:cs="Times New Roman"/>
          <w:sz w:val="24"/>
          <w:szCs w:val="24"/>
        </w:rPr>
        <w:t xml:space="preserve"> we saw in a stony valley a couple of black tents, which we approached slowly, Lonia was with us. Dogs barked, a donkey</w:t>
      </w:r>
    </w:p>
    <w:p w14:paraId="4382A764" w14:textId="77777777" w:rsidR="003F09AC" w:rsidRPr="009658F0" w:rsidRDefault="003F09AC"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4C234FB8" w14:textId="5AB7C448" w:rsidR="0045540B" w:rsidRPr="009658F0" w:rsidRDefault="003F09AC" w:rsidP="006C1960">
      <w:pPr>
        <w:spacing w:after="120" w:line="360" w:lineRule="auto"/>
        <w:rPr>
          <w:rFonts w:ascii="Times New Roman" w:eastAsia="Times New Roman" w:hAnsi="Times New Roman" w:cs="Times New Roman"/>
          <w:sz w:val="24"/>
          <w:szCs w:val="24"/>
        </w:rPr>
      </w:pPr>
      <w:r w:rsidRPr="005B3CAA">
        <w:rPr>
          <w:rFonts w:ascii="Times New Roman" w:eastAsia="Times New Roman" w:hAnsi="Times New Roman" w:cs="Times New Roman"/>
          <w:sz w:val="24"/>
          <w:szCs w:val="24"/>
          <w:highlight w:val="yellow"/>
        </w:rPr>
        <w:lastRenderedPageBreak/>
        <w:t>EDITH PAGE 29</w:t>
      </w:r>
    </w:p>
    <w:p w14:paraId="66B640B6" w14:textId="26FF4AB4" w:rsidR="00F20006" w:rsidRPr="009658F0" w:rsidRDefault="00734FBB"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brayed, Bedouin came out. Gidon instructed us to approach the tents from the north. They faced east. There was a bit of a wall (long pile of stones) in front of the tents: we walked over it, + greeted the man Abdullah + his family. They courteously took us round + into the men’s compartment. They spread 2 long wool rugs on each side of a fireplace, which had a rim of 4 large stones. Sheep + goat droppings were everywhere</w:t>
      </w:r>
      <w:r w:rsidR="009A6E76" w:rsidRPr="009658F0">
        <w:rPr>
          <w:rFonts w:ascii="Times New Roman" w:eastAsia="Times New Roman" w:hAnsi="Times New Roman" w:cs="Times New Roman"/>
          <w:sz w:val="24"/>
          <w:szCs w:val="24"/>
        </w:rPr>
        <w:t xml:space="preserve"> + rough night coverings. The sun could be seen through the goat-hair woven ceiling, dimly. It felt warm because of the black color – but strong! Good firm old posts supported the wide roof. We sat down, + Lonia and I took off our shoes. We learned greetings + were very happy. The man wore his headdress </w:t>
      </w:r>
      <w:proofErr w:type="spellStart"/>
      <w:r w:rsidR="009A6E76" w:rsidRPr="009658F0">
        <w:rPr>
          <w:rFonts w:ascii="Times New Roman" w:eastAsia="Times New Roman" w:hAnsi="Times New Roman" w:cs="Times New Roman"/>
          <w:i/>
          <w:iCs/>
          <w:sz w:val="24"/>
          <w:szCs w:val="24"/>
        </w:rPr>
        <w:t>khaffiya</w:t>
      </w:r>
      <w:proofErr w:type="spellEnd"/>
      <w:r w:rsidR="009A6E76" w:rsidRPr="009658F0">
        <w:rPr>
          <w:rFonts w:ascii="Times New Roman" w:eastAsia="Times New Roman" w:hAnsi="Times New Roman" w:cs="Times New Roman"/>
          <w:sz w:val="24"/>
          <w:szCs w:val="24"/>
        </w:rPr>
        <w:t>, the women wore long brocade dresses with coin necklaces, + head</w:t>
      </w:r>
    </w:p>
    <w:p w14:paraId="449565D6" w14:textId="77777777" w:rsidR="00F20006" w:rsidRPr="009658F0" w:rsidRDefault="00F20006"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47FD0927" w14:textId="5220D7B3" w:rsidR="003F09AC" w:rsidRPr="009658F0" w:rsidRDefault="00F20006" w:rsidP="006C1960">
      <w:pPr>
        <w:spacing w:after="120" w:line="360" w:lineRule="auto"/>
        <w:rPr>
          <w:rFonts w:ascii="Times New Roman" w:eastAsia="Times New Roman" w:hAnsi="Times New Roman" w:cs="Times New Roman"/>
          <w:sz w:val="24"/>
          <w:szCs w:val="24"/>
        </w:rPr>
      </w:pPr>
      <w:r w:rsidRPr="005B3CAA">
        <w:rPr>
          <w:rFonts w:ascii="Times New Roman" w:eastAsia="Times New Roman" w:hAnsi="Times New Roman" w:cs="Times New Roman"/>
          <w:sz w:val="24"/>
          <w:szCs w:val="24"/>
          <w:highlight w:val="yellow"/>
        </w:rPr>
        <w:lastRenderedPageBreak/>
        <w:t>EDITH PAGE 30</w:t>
      </w:r>
    </w:p>
    <w:p w14:paraId="474AA379" w14:textId="3D836759" w:rsidR="006E1E7F" w:rsidRPr="009658F0" w:rsidRDefault="00BC3E3D"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coverings. All was old + dingy but beautiful. Smelly woodsmoke, sheep (Nr </w:t>
      </w:r>
      <w:proofErr w:type="spellStart"/>
      <w:r w:rsidRPr="009658F0">
        <w:rPr>
          <w:rFonts w:ascii="Times New Roman" w:eastAsia="Times New Roman" w:hAnsi="Times New Roman" w:cs="Times New Roman"/>
          <w:sz w:val="24"/>
          <w:szCs w:val="24"/>
        </w:rPr>
        <w:t>Nevatim</w:t>
      </w:r>
      <w:proofErr w:type="spellEnd"/>
      <w:r w:rsidRPr="009658F0">
        <w:rPr>
          <w:rFonts w:ascii="Times New Roman" w:eastAsia="Times New Roman" w:hAnsi="Times New Roman" w:cs="Times New Roman"/>
          <w:sz w:val="24"/>
          <w:szCs w:val="24"/>
        </w:rPr>
        <w:t xml:space="preserve"> air base) (Continued din of military fast planes, delta wing, while we talked. Bedouin were patient, ignoring </w:t>
      </w:r>
      <w:r w:rsidRPr="009658F0">
        <w:rPr>
          <w:rFonts w:ascii="Times New Roman" w:eastAsia="Times New Roman" w:hAnsi="Times New Roman" w:cs="Times New Roman"/>
          <w:strike/>
          <w:sz w:val="24"/>
          <w:szCs w:val="24"/>
        </w:rPr>
        <w:t>them</w:t>
      </w:r>
      <w:r w:rsidRPr="009658F0">
        <w:rPr>
          <w:rFonts w:ascii="Times New Roman" w:eastAsia="Times New Roman" w:hAnsi="Times New Roman" w:cs="Times New Roman"/>
          <w:sz w:val="24"/>
          <w:szCs w:val="24"/>
        </w:rPr>
        <w:t xml:space="preserve"> it). We looked out at the desert hill facing us, no “view” here, the Bedouin had chosen a secluded low vall</w:t>
      </w:r>
      <w:r w:rsidR="00D021D2" w:rsidRPr="009658F0">
        <w:rPr>
          <w:rFonts w:ascii="Times New Roman" w:eastAsia="Times New Roman" w:hAnsi="Times New Roman" w:cs="Times New Roman"/>
          <w:sz w:val="24"/>
          <w:szCs w:val="24"/>
        </w:rPr>
        <w:t>e</w:t>
      </w:r>
      <w:r w:rsidRPr="009658F0">
        <w:rPr>
          <w:rFonts w:ascii="Times New Roman" w:eastAsia="Times New Roman" w:hAnsi="Times New Roman" w:cs="Times New Roman"/>
          <w:sz w:val="24"/>
          <w:szCs w:val="24"/>
        </w:rPr>
        <w:t>y. Gidon K</w:t>
      </w:r>
      <w:r w:rsidR="006E1E7F" w:rsidRPr="009658F0">
        <w:rPr>
          <w:rFonts w:ascii="Times New Roman" w:eastAsia="Times New Roman" w:hAnsi="Times New Roman" w:cs="Times New Roman"/>
          <w:sz w:val="24"/>
          <w:szCs w:val="24"/>
        </w:rPr>
        <w:t>re</w:t>
      </w:r>
      <w:r w:rsidRPr="009658F0">
        <w:rPr>
          <w:rFonts w:ascii="Times New Roman" w:eastAsia="Times New Roman" w:hAnsi="Times New Roman" w:cs="Times New Roman"/>
          <w:sz w:val="24"/>
          <w:szCs w:val="24"/>
        </w:rPr>
        <w:t xml:space="preserve">ssel talked to them about the protests + law cases the Bedouin had to make to keep going. Gidon wrote down the facts in his notebook while the young Bedouin father watched him earnestly from under his </w:t>
      </w:r>
      <w:proofErr w:type="spellStart"/>
      <w:r w:rsidRPr="009658F0">
        <w:rPr>
          <w:rFonts w:ascii="Times New Roman" w:eastAsia="Times New Roman" w:hAnsi="Times New Roman" w:cs="Times New Roman"/>
          <w:sz w:val="24"/>
          <w:szCs w:val="24"/>
        </w:rPr>
        <w:t>khaffiya</w:t>
      </w:r>
      <w:proofErr w:type="spellEnd"/>
      <w:r w:rsidRPr="009658F0">
        <w:rPr>
          <w:rFonts w:ascii="Times New Roman" w:eastAsia="Times New Roman" w:hAnsi="Times New Roman" w:cs="Times New Roman"/>
          <w:sz w:val="24"/>
          <w:szCs w:val="24"/>
        </w:rPr>
        <w:t xml:space="preserve"> (white with black ring). (Gidon has lost half his stomach in a parachute accident while in the army + had great difficulty digesting for a time. Now he tried to arrange a </w:t>
      </w:r>
      <w:r w:rsidRPr="009658F0">
        <w:rPr>
          <w:rFonts w:ascii="Times New Roman" w:eastAsia="Times New Roman" w:hAnsi="Times New Roman" w:cs="Times New Roman"/>
          <w:strike/>
          <w:sz w:val="24"/>
          <w:szCs w:val="24"/>
        </w:rPr>
        <w:t>demonstration hut</w:t>
      </w:r>
      <w:r w:rsidRPr="009658F0">
        <w:rPr>
          <w:rFonts w:ascii="Times New Roman" w:eastAsia="Times New Roman" w:hAnsi="Times New Roman" w:cs="Times New Roman"/>
          <w:sz w:val="24"/>
          <w:szCs w:val="24"/>
        </w:rPr>
        <w:t xml:space="preserve"> camp out in Beersheva in protest against the authorities ([illegible] Patrol”) incessantly persecuting the Bedouin, claiming that the goats destroyed the land (apparently they don’t if not used to overgraze), driving them off their portion of the desert, even with the excuse  - the Desert Research people said – that the </w:t>
      </w:r>
      <w:proofErr w:type="gramStart"/>
      <w:r w:rsidRPr="009658F0">
        <w:rPr>
          <w:rFonts w:ascii="Times New Roman" w:eastAsia="Times New Roman" w:hAnsi="Times New Roman" w:cs="Times New Roman"/>
          <w:sz w:val="24"/>
          <w:szCs w:val="24"/>
        </w:rPr>
        <w:t>wild flowers</w:t>
      </w:r>
      <w:proofErr w:type="gramEnd"/>
      <w:r w:rsidRPr="009658F0">
        <w:rPr>
          <w:rFonts w:ascii="Times New Roman" w:eastAsia="Times New Roman" w:hAnsi="Times New Roman" w:cs="Times New Roman"/>
          <w:sz w:val="24"/>
          <w:szCs w:val="24"/>
        </w:rPr>
        <w:t xml:space="preserve"> </w:t>
      </w:r>
      <w:r w:rsidR="00C97362" w:rsidRPr="009658F0">
        <w:rPr>
          <w:rFonts w:ascii="Times New Roman" w:eastAsia="Times New Roman" w:hAnsi="Times New Roman" w:cs="Times New Roman"/>
          <w:sz w:val="24"/>
          <w:szCs w:val="24"/>
        </w:rPr>
        <w:t>needed preserving</w:t>
      </w:r>
      <w:r w:rsidR="00D021D2" w:rsidRPr="009658F0">
        <w:rPr>
          <w:rFonts w:ascii="Times New Roman" w:eastAsia="Times New Roman" w:hAnsi="Times New Roman" w:cs="Times New Roman"/>
          <w:sz w:val="24"/>
          <w:szCs w:val="24"/>
        </w:rPr>
        <w:t>. They confiscated 10 camels (used for milk + prestige, not travel nowadays) + when the law case was won by the Bedouin, only 6 were returned. No excuse was given for the missing 4.</w:t>
      </w:r>
    </w:p>
    <w:p w14:paraId="7520A223" w14:textId="77777777" w:rsidR="006E1E7F" w:rsidRPr="009658F0" w:rsidRDefault="006E1E7F"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17F8C3FC" w14:textId="273ABD49" w:rsidR="00BC3E3D" w:rsidRPr="009658F0" w:rsidRDefault="006E1E7F" w:rsidP="006C1960">
      <w:pPr>
        <w:spacing w:after="120" w:line="360" w:lineRule="auto"/>
        <w:rPr>
          <w:rFonts w:ascii="Times New Roman" w:eastAsia="Times New Roman" w:hAnsi="Times New Roman" w:cs="Times New Roman"/>
          <w:sz w:val="24"/>
          <w:szCs w:val="24"/>
        </w:rPr>
      </w:pPr>
      <w:r w:rsidRPr="005B3CAA">
        <w:rPr>
          <w:rFonts w:ascii="Times New Roman" w:eastAsia="Times New Roman" w:hAnsi="Times New Roman" w:cs="Times New Roman"/>
          <w:sz w:val="24"/>
          <w:szCs w:val="24"/>
          <w:highlight w:val="yellow"/>
        </w:rPr>
        <w:lastRenderedPageBreak/>
        <w:t>EDITH PAGE 31</w:t>
      </w:r>
    </w:p>
    <w:p w14:paraId="1EC8F336" w14:textId="1EE9F5C1" w:rsidR="00AF0C1A" w:rsidRPr="009658F0" w:rsidRDefault="00AF0C1A" w:rsidP="006C1960">
      <w:pPr>
        <w:tabs>
          <w:tab w:val="left" w:pos="1100"/>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Gidon found out that a camp out was illegal, so he has helped the Bedouin make written protests, letters, posters, etc. </w:t>
      </w:r>
    </w:p>
    <w:p w14:paraId="43AFD585" w14:textId="01823DB4" w:rsidR="00A8266A" w:rsidRPr="009658F0" w:rsidRDefault="00AF0C1A" w:rsidP="006C1960">
      <w:pPr>
        <w:tabs>
          <w:tab w:val="left" w:pos="1100"/>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The man brought us a large tin can, into which he had poured some goats’ milk from a goatskin bag. It didn’t taste rank, only biting and refreshing. The woman drew some twigs into a little </w:t>
      </w:r>
      <w:proofErr w:type="gramStart"/>
      <w:r w:rsidRPr="009658F0">
        <w:rPr>
          <w:rFonts w:ascii="Times New Roman" w:eastAsia="Times New Roman" w:hAnsi="Times New Roman" w:cs="Times New Roman"/>
          <w:sz w:val="24"/>
          <w:szCs w:val="24"/>
        </w:rPr>
        <w:t>fire place</w:t>
      </w:r>
      <w:proofErr w:type="gramEnd"/>
      <w:r w:rsidRPr="009658F0">
        <w:rPr>
          <w:rFonts w:ascii="Times New Roman" w:eastAsia="Times New Roman" w:hAnsi="Times New Roman" w:cs="Times New Roman"/>
          <w:sz w:val="24"/>
          <w:szCs w:val="24"/>
        </w:rPr>
        <w:t xml:space="preserve"> outside the men’s compartment. She put on the flames an old black kettle.</w:t>
      </w:r>
      <w:r w:rsidR="00B50602" w:rsidRPr="009658F0">
        <w:rPr>
          <w:rFonts w:ascii="Times New Roman" w:eastAsia="Times New Roman" w:hAnsi="Times New Roman" w:cs="Times New Roman"/>
          <w:sz w:val="24"/>
          <w:szCs w:val="24"/>
        </w:rPr>
        <w:t xml:space="preserve"> In a few minutes she brought us black sweet tea in clean brown glass cups, very welcome. Then she invited us into the women’s compartment, also open to the desert, but in this case with an </w:t>
      </w:r>
      <w:proofErr w:type="spellStart"/>
      <w:r w:rsidR="00B50602" w:rsidRPr="009658F0">
        <w:rPr>
          <w:rFonts w:ascii="Times New Roman" w:eastAsia="Times New Roman" w:hAnsi="Times New Roman" w:cs="Times New Roman"/>
          <w:sz w:val="24"/>
          <w:szCs w:val="24"/>
        </w:rPr>
        <w:t>unrimmed</w:t>
      </w:r>
      <w:proofErr w:type="spellEnd"/>
      <w:r w:rsidR="00B50602" w:rsidRPr="009658F0">
        <w:rPr>
          <w:rFonts w:ascii="Times New Roman" w:eastAsia="Times New Roman" w:hAnsi="Times New Roman" w:cs="Times New Roman"/>
          <w:sz w:val="24"/>
          <w:szCs w:val="24"/>
        </w:rPr>
        <w:t xml:space="preserve"> fireplace with ancient bedding by one side wall + the other. The quilts looked </w:t>
      </w:r>
      <w:proofErr w:type="gramStart"/>
      <w:r w:rsidR="00B50602" w:rsidRPr="009658F0">
        <w:rPr>
          <w:rFonts w:ascii="Times New Roman" w:eastAsia="Times New Roman" w:hAnsi="Times New Roman" w:cs="Times New Roman"/>
          <w:sz w:val="24"/>
          <w:szCs w:val="24"/>
        </w:rPr>
        <w:t>totally destroyed</w:t>
      </w:r>
      <w:proofErr w:type="gramEnd"/>
      <w:r w:rsidR="00B50602" w:rsidRPr="009658F0">
        <w:rPr>
          <w:rFonts w:ascii="Times New Roman" w:eastAsia="Times New Roman" w:hAnsi="Times New Roman" w:cs="Times New Roman"/>
          <w:sz w:val="24"/>
          <w:szCs w:val="24"/>
        </w:rPr>
        <w:t>. She went to the one on the left, looking out, lay down + pretended to go to sleep, to signify that this was a bed (her bed?) Then she went to the other side and rummaged in the pile of quilts, unearthing an actual sheepskin – very old, dirty, + motheaten – which she showed us proudly.</w:t>
      </w:r>
      <w:r w:rsidR="00A8266A" w:rsidRPr="009658F0">
        <w:rPr>
          <w:rFonts w:ascii="Times New Roman" w:eastAsia="Times New Roman" w:hAnsi="Times New Roman" w:cs="Times New Roman"/>
          <w:sz w:val="24"/>
          <w:szCs w:val="24"/>
        </w:rPr>
        <w:t xml:space="preserve"> (The mom’s side?) She reenacted the “sleep” mimesis, Lonia translated, as she knows Arabic.</w:t>
      </w:r>
    </w:p>
    <w:p w14:paraId="7C85D51D" w14:textId="77777777" w:rsidR="00A8266A" w:rsidRPr="009658F0" w:rsidRDefault="00A8266A"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1721A9F8" w14:textId="733E0992" w:rsidR="00AF0C1A" w:rsidRPr="009658F0" w:rsidRDefault="00A8266A" w:rsidP="006C1960">
      <w:pPr>
        <w:spacing w:after="120" w:line="360" w:lineRule="auto"/>
        <w:rPr>
          <w:rFonts w:ascii="Times New Roman" w:eastAsia="Times New Roman" w:hAnsi="Times New Roman" w:cs="Times New Roman"/>
          <w:sz w:val="24"/>
          <w:szCs w:val="24"/>
        </w:rPr>
      </w:pPr>
      <w:r w:rsidRPr="005B3CAA">
        <w:rPr>
          <w:rFonts w:ascii="Times New Roman" w:eastAsia="Times New Roman" w:hAnsi="Times New Roman" w:cs="Times New Roman"/>
          <w:sz w:val="24"/>
          <w:szCs w:val="24"/>
          <w:highlight w:val="yellow"/>
        </w:rPr>
        <w:lastRenderedPageBreak/>
        <w:t>EDITH PAGE 32</w:t>
      </w:r>
    </w:p>
    <w:p w14:paraId="5DD39CF5" w14:textId="1D481AF8" w:rsidR="00A8266A" w:rsidRPr="009658F0" w:rsidRDefault="00A8266A"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Later, we returned to the men’s compartment.</w:t>
      </w:r>
    </w:p>
    <w:p w14:paraId="3ECE29A3" w14:textId="08447832" w:rsidR="006F2DAB" w:rsidRPr="009658F0" w:rsidRDefault="00A8266A"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We admired the wool mat + also showed them Vic’s Harris tweed, saying it was hand woven by the shepherds of Scotland, his own country. We told them how the English had persecuted the highlanders, + taken away their land. I said I too had helped keep sheep in WWII. Great interest was shown, they wanted to know how I herded them. I described rich grassy fields, gates to open and close, dogs to help – we have dogs too, they said. A large yellow one lay out there on the desert. On the women’s side, they had shown us a rough tripod set up on the spot. They suspended a goatskin full of milk from the apex, they the women opened the neck of the skin without spilling the milk (v. flexible wet dirty old shammy leather), put her mouth to the opening + inflated the whole thing. Then she tied up the neck tight like a balloon. The milk shook about inside. She shook the skin to + </w:t>
      </w:r>
      <w:proofErr w:type="spellStart"/>
      <w:r w:rsidRPr="009658F0">
        <w:rPr>
          <w:rFonts w:ascii="Times New Roman" w:eastAsia="Times New Roman" w:hAnsi="Times New Roman" w:cs="Times New Roman"/>
          <w:sz w:val="24"/>
          <w:szCs w:val="24"/>
        </w:rPr>
        <w:t>fro</w:t>
      </w:r>
      <w:proofErr w:type="spellEnd"/>
      <w:r w:rsidRPr="009658F0">
        <w:rPr>
          <w:rFonts w:ascii="Times New Roman" w:eastAsia="Times New Roman" w:hAnsi="Times New Roman" w:cs="Times New Roman"/>
          <w:sz w:val="24"/>
          <w:szCs w:val="24"/>
        </w:rPr>
        <w:t xml:space="preserve"> on the string from which it was suspended. It was a butter churn! It takes a whole morning to produce</w:t>
      </w:r>
    </w:p>
    <w:p w14:paraId="45C3BB7A" w14:textId="77777777" w:rsidR="006F2DAB" w:rsidRPr="009658F0" w:rsidRDefault="006F2DAB"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67ECF373" w14:textId="0A06D0F7" w:rsidR="00A8266A" w:rsidRPr="009658F0" w:rsidRDefault="006F2DAB" w:rsidP="006C1960">
      <w:pPr>
        <w:spacing w:after="120" w:line="360" w:lineRule="auto"/>
        <w:rPr>
          <w:rFonts w:ascii="Times New Roman" w:eastAsia="Times New Roman" w:hAnsi="Times New Roman" w:cs="Times New Roman"/>
          <w:sz w:val="24"/>
          <w:szCs w:val="24"/>
        </w:rPr>
      </w:pPr>
      <w:r w:rsidRPr="005B3CAA">
        <w:rPr>
          <w:rFonts w:ascii="Times New Roman" w:eastAsia="Times New Roman" w:hAnsi="Times New Roman" w:cs="Times New Roman"/>
          <w:sz w:val="24"/>
          <w:szCs w:val="24"/>
          <w:highlight w:val="yellow"/>
        </w:rPr>
        <w:lastRenderedPageBreak/>
        <w:t>EDITH PAGE 33</w:t>
      </w:r>
    </w:p>
    <w:p w14:paraId="0C9F1F58" w14:textId="77777777" w:rsidR="002346FC" w:rsidRPr="009658F0" w:rsidRDefault="002346FC" w:rsidP="006C1960">
      <w:pPr>
        <w:spacing w:after="120"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(33) </w:t>
      </w:r>
    </w:p>
    <w:p w14:paraId="14BCD9A7" w14:textId="127B53D1" w:rsidR="006F2DAB" w:rsidRPr="009658F0" w:rsidRDefault="002346FC"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butter, she said. The little boy of 2 she was carrying about in a hip cloth peeped out all the while not daring to do more than that. He had large bright eyes + curly hair. Eventually he struggled out and wanted her breast which she gave to him for a little.</w:t>
      </w:r>
    </w:p>
    <w:p w14:paraId="67F7A398" w14:textId="156BDA1D" w:rsidR="002346FC" w:rsidRPr="009658F0" w:rsidRDefault="002346FC"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The people were rough </w:t>
      </w:r>
      <w:proofErr w:type="gramStart"/>
      <w:r w:rsidRPr="009658F0">
        <w:rPr>
          <w:rFonts w:ascii="Times New Roman" w:eastAsia="Times New Roman" w:hAnsi="Times New Roman" w:cs="Times New Roman"/>
          <w:sz w:val="24"/>
          <w:szCs w:val="24"/>
        </w:rPr>
        <w:t>sandals</w:t>
      </w:r>
      <w:proofErr w:type="gramEnd"/>
      <w:r w:rsidRPr="009658F0">
        <w:rPr>
          <w:rFonts w:ascii="Times New Roman" w:eastAsia="Times New Roman" w:hAnsi="Times New Roman" w:cs="Times New Roman"/>
          <w:sz w:val="24"/>
          <w:szCs w:val="24"/>
        </w:rPr>
        <w:t xml:space="preserve"> and I think the older woman was barefoot (on all those rocks!) Her </w:t>
      </w:r>
      <w:r w:rsidRPr="009658F0">
        <w:rPr>
          <w:rFonts w:ascii="Times New Roman" w:eastAsia="Times New Roman" w:hAnsi="Times New Roman" w:cs="Times New Roman"/>
          <w:strike/>
          <w:sz w:val="24"/>
          <w:szCs w:val="24"/>
        </w:rPr>
        <w:t>arms</w:t>
      </w:r>
      <w:r w:rsidRPr="009658F0">
        <w:rPr>
          <w:rFonts w:ascii="Times New Roman" w:eastAsia="Times New Roman" w:hAnsi="Times New Roman" w:cs="Times New Roman"/>
          <w:sz w:val="24"/>
          <w:szCs w:val="24"/>
        </w:rPr>
        <w:t xml:space="preserve"> sleeves were pushed up to the elbows.</w:t>
      </w:r>
      <w:r w:rsidR="00E01E56" w:rsidRPr="009658F0">
        <w:rPr>
          <w:rFonts w:ascii="Times New Roman" w:eastAsia="Times New Roman" w:hAnsi="Times New Roman" w:cs="Times New Roman"/>
          <w:sz w:val="24"/>
          <w:szCs w:val="24"/>
        </w:rPr>
        <w:t xml:space="preserve"> Her skirt was to her ankles. Both women moved gracefully. Several children crowded around (Abdullah has 7) dressed in long dirty </w:t>
      </w:r>
      <w:proofErr w:type="spellStart"/>
      <w:r w:rsidR="00E01E56" w:rsidRPr="009658F0">
        <w:rPr>
          <w:rFonts w:ascii="Times New Roman" w:eastAsia="Times New Roman" w:hAnsi="Times New Roman" w:cs="Times New Roman"/>
          <w:sz w:val="24"/>
          <w:szCs w:val="24"/>
        </w:rPr>
        <w:t>smocks</w:t>
      </w:r>
      <w:proofErr w:type="spellEnd"/>
      <w:r w:rsidR="00E01E56" w:rsidRPr="009658F0">
        <w:rPr>
          <w:rFonts w:ascii="Times New Roman" w:eastAsia="Times New Roman" w:hAnsi="Times New Roman" w:cs="Times New Roman"/>
          <w:sz w:val="24"/>
          <w:szCs w:val="24"/>
        </w:rPr>
        <w:t xml:space="preserve">, with bright interested faces. Lonia told me one or two polite words, Thank you etc. At last, as lunchtime was approaching + we didn’t want to impose on them for food, we left with many courtesies. Abdullah came up the slope with us: a truck stood </w:t>
      </w:r>
      <w:proofErr w:type="spellStart"/>
      <w:r w:rsidR="00E01E56" w:rsidRPr="009658F0">
        <w:rPr>
          <w:rFonts w:ascii="Times New Roman" w:eastAsia="Times New Roman" w:hAnsi="Times New Roman" w:cs="Times New Roman"/>
          <w:sz w:val="24"/>
          <w:szCs w:val="24"/>
        </w:rPr>
        <w:t>thee</w:t>
      </w:r>
      <w:proofErr w:type="spellEnd"/>
      <w:r w:rsidR="00E01E56" w:rsidRPr="009658F0">
        <w:rPr>
          <w:rFonts w:ascii="Times New Roman" w:eastAsia="Times New Roman" w:hAnsi="Times New Roman" w:cs="Times New Roman"/>
          <w:sz w:val="24"/>
          <w:szCs w:val="24"/>
        </w:rPr>
        <w:t xml:space="preserve">, in which the other Bedouin had arrived. He had a large can with him containing </w:t>
      </w:r>
      <w:proofErr w:type="spellStart"/>
      <w:r w:rsidR="00E01E56" w:rsidRPr="009658F0">
        <w:rPr>
          <w:rFonts w:ascii="Times New Roman" w:eastAsia="Times New Roman" w:hAnsi="Times New Roman" w:cs="Times New Roman"/>
          <w:sz w:val="24"/>
          <w:szCs w:val="24"/>
        </w:rPr>
        <w:t>potatoey</w:t>
      </w:r>
      <w:proofErr w:type="spellEnd"/>
      <w:r w:rsidR="00E01E56" w:rsidRPr="009658F0">
        <w:rPr>
          <w:rFonts w:ascii="Times New Roman" w:eastAsia="Times New Roman" w:hAnsi="Times New Roman" w:cs="Times New Roman"/>
          <w:sz w:val="24"/>
          <w:szCs w:val="24"/>
        </w:rPr>
        <w:t xml:space="preserve"> objects. Truffles, he had searched long and hard for them. Gidon gave him a ride in our car.</w:t>
      </w:r>
    </w:p>
    <w:p w14:paraId="3812F1F6" w14:textId="2902CD61" w:rsidR="00E01E56" w:rsidRPr="009658F0" w:rsidRDefault="00E01E56"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6B8DD2C9" w14:textId="3C183752" w:rsidR="00E01E56" w:rsidRPr="009658F0" w:rsidRDefault="00E01E56" w:rsidP="006C1960">
      <w:pPr>
        <w:spacing w:after="120" w:line="360" w:lineRule="auto"/>
        <w:rPr>
          <w:rFonts w:ascii="Times New Roman" w:eastAsia="Times New Roman" w:hAnsi="Times New Roman" w:cs="Times New Roman"/>
          <w:sz w:val="24"/>
          <w:szCs w:val="24"/>
        </w:rPr>
      </w:pPr>
      <w:r w:rsidRPr="005B3CAA">
        <w:rPr>
          <w:rFonts w:ascii="Times New Roman" w:eastAsia="Times New Roman" w:hAnsi="Times New Roman" w:cs="Times New Roman"/>
          <w:sz w:val="24"/>
          <w:szCs w:val="24"/>
          <w:highlight w:val="yellow"/>
        </w:rPr>
        <w:lastRenderedPageBreak/>
        <w:t>EDITH PAGE 34</w:t>
      </w:r>
    </w:p>
    <w:p w14:paraId="4B0661CF" w14:textId="42D2EE19" w:rsidR="00E01E56" w:rsidRPr="009658F0" w:rsidRDefault="00DA5492"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(34) Was Abdullah going to sell the truffles in Beersheva? No, he gave them to us as a present to Gidon. I tried to imagine what this present was worth – like caviar, like gold. We drove back towards the Institute, dropping Abdullah off where the air force had scarred the desert with an enormous new road. These new roads were the only places where dust rose, </w:t>
      </w:r>
      <w:proofErr w:type="gramStart"/>
      <w:r w:rsidRPr="009658F0">
        <w:rPr>
          <w:rFonts w:ascii="Times New Roman" w:eastAsia="Times New Roman" w:hAnsi="Times New Roman" w:cs="Times New Roman"/>
          <w:sz w:val="24"/>
          <w:szCs w:val="24"/>
        </w:rPr>
        <w:t>owning</w:t>
      </w:r>
      <w:proofErr w:type="gramEnd"/>
      <w:r w:rsidRPr="009658F0">
        <w:rPr>
          <w:rFonts w:ascii="Times New Roman" w:eastAsia="Times New Roman" w:hAnsi="Times New Roman" w:cs="Times New Roman"/>
          <w:sz w:val="24"/>
          <w:szCs w:val="24"/>
        </w:rPr>
        <w:t xml:space="preserve"> to the cuttings to level them. The rest of the desert was stones, with plants here + there, owing to the rains. We passed two camels on the right. </w:t>
      </w:r>
    </w:p>
    <w:p w14:paraId="3FF66164" w14:textId="721ADDF5" w:rsidR="00171AFF" w:rsidRPr="009658F0" w:rsidRDefault="00DA5492"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After lunch at the Institute Cafeteria (a whole band of American Evangelical college professors was also eating there, having come in + joined tables into one long table, with the leader at one end, who made a prolonged speech before the mean while one at least who resembled an unpleasant middle aged Jack Nicholson looked horribly bored -- + afterwards one </w:t>
      </w:r>
      <w:r w:rsidR="00171AFF" w:rsidRPr="009658F0">
        <w:rPr>
          <w:rFonts w:ascii="Times New Roman" w:eastAsia="Times New Roman" w:hAnsi="Times New Roman" w:cs="Times New Roman"/>
          <w:sz w:val="24"/>
          <w:szCs w:val="24"/>
        </w:rPr>
        <w:t>hearty evangelical came and shook hands with the (obvious?) professor, Vic) we went to the new development town of Yerucham, to which the Moroccan Jews who had been expelled in revenge for the West Bank annexation had been assigned in 1953 etc. This was stuck</w:t>
      </w:r>
    </w:p>
    <w:p w14:paraId="0BC1EDB4" w14:textId="77777777" w:rsidR="00171AFF" w:rsidRPr="009658F0" w:rsidRDefault="00171AFF"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219BD3D9" w14:textId="7C945A9C" w:rsidR="00DA5492" w:rsidRPr="009658F0" w:rsidRDefault="00171AFF" w:rsidP="006C1960">
      <w:pPr>
        <w:spacing w:after="120" w:line="360" w:lineRule="auto"/>
        <w:rPr>
          <w:rFonts w:ascii="Times New Roman" w:eastAsia="Times New Roman" w:hAnsi="Times New Roman" w:cs="Times New Roman"/>
          <w:sz w:val="24"/>
          <w:szCs w:val="24"/>
        </w:rPr>
      </w:pPr>
      <w:r w:rsidRPr="005B3CAA">
        <w:rPr>
          <w:rFonts w:ascii="Times New Roman" w:eastAsia="Times New Roman" w:hAnsi="Times New Roman" w:cs="Times New Roman"/>
          <w:sz w:val="24"/>
          <w:szCs w:val="24"/>
          <w:highlight w:val="yellow"/>
        </w:rPr>
        <w:lastRenderedPageBreak/>
        <w:t>EDITH PAGE 35</w:t>
      </w:r>
    </w:p>
    <w:p w14:paraId="4A0FC95A" w14:textId="2645E940" w:rsidR="009630A7" w:rsidRPr="009658F0" w:rsidRDefault="009630A7" w:rsidP="006C1960">
      <w:pPr>
        <w:spacing w:after="120"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(35)</w:t>
      </w:r>
    </w:p>
    <w:p w14:paraId="013F5F58" w14:textId="4A38EB1D" w:rsidR="000B510F" w:rsidRPr="009658F0" w:rsidRDefault="009630A7"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in the desert </w:t>
      </w:r>
      <w:proofErr w:type="spellStart"/>
      <w:r w:rsidRPr="009658F0">
        <w:rPr>
          <w:rFonts w:ascii="Times New Roman" w:eastAsia="Times New Roman" w:hAnsi="Times New Roman" w:cs="Times New Roman"/>
          <w:sz w:val="24"/>
          <w:szCs w:val="24"/>
        </w:rPr>
        <w:t>abt</w:t>
      </w:r>
      <w:proofErr w:type="spellEnd"/>
      <w:r w:rsidRPr="009658F0">
        <w:rPr>
          <w:rFonts w:ascii="Times New Roman" w:eastAsia="Times New Roman" w:hAnsi="Times New Roman" w:cs="Times New Roman"/>
          <w:sz w:val="24"/>
          <w:szCs w:val="24"/>
        </w:rPr>
        <w:t xml:space="preserve"> 12 km from Beersheva. There was a large army base overlooking it (to protect </w:t>
      </w:r>
      <w:proofErr w:type="gramStart"/>
      <w:r w:rsidRPr="009658F0">
        <w:rPr>
          <w:rFonts w:ascii="Times New Roman" w:eastAsia="Times New Roman" w:hAnsi="Times New Roman" w:cs="Times New Roman"/>
          <w:sz w:val="24"/>
          <w:szCs w:val="24"/>
        </w:rPr>
        <w:t>it, or</w:t>
      </w:r>
      <w:proofErr w:type="gramEnd"/>
      <w:r w:rsidRPr="009658F0">
        <w:rPr>
          <w:rFonts w:ascii="Times New Roman" w:eastAsia="Times New Roman" w:hAnsi="Times New Roman" w:cs="Times New Roman"/>
          <w:sz w:val="24"/>
          <w:szCs w:val="24"/>
        </w:rPr>
        <w:t xml:space="preserve"> discipline it?). A reservoir had been formed from the local stream which we did not see. New underground water has been discovered in the Negev, so large that it should last for 150 years + made L. Galilee look small….</w:t>
      </w:r>
      <w:commentRangeStart w:id="28"/>
      <w:r w:rsidR="00F93E13" w:rsidRPr="009658F0">
        <w:rPr>
          <w:rFonts w:ascii="Times New Roman" w:eastAsia="Times New Roman" w:hAnsi="Times New Roman" w:cs="Times New Roman"/>
          <w:sz w:val="24"/>
          <w:szCs w:val="24"/>
        </w:rPr>
        <w:t>Ori</w:t>
      </w:r>
      <w:r w:rsidRPr="009658F0">
        <w:rPr>
          <w:rFonts w:ascii="Times New Roman" w:eastAsia="Times New Roman" w:hAnsi="Times New Roman" w:cs="Times New Roman"/>
          <w:sz w:val="24"/>
          <w:szCs w:val="24"/>
        </w:rPr>
        <w:t xml:space="preserve"> </w:t>
      </w:r>
      <w:commentRangeEnd w:id="28"/>
      <w:r w:rsidR="00F93E13" w:rsidRPr="009658F0">
        <w:rPr>
          <w:rStyle w:val="CommentReference"/>
          <w:rFonts w:ascii="Times New Roman" w:hAnsi="Times New Roman" w:cs="Times New Roman"/>
        </w:rPr>
        <w:commentReference w:id="28"/>
      </w:r>
      <w:r w:rsidRPr="009658F0">
        <w:rPr>
          <w:rFonts w:ascii="Times New Roman" w:eastAsia="Times New Roman" w:hAnsi="Times New Roman" w:cs="Times New Roman"/>
          <w:sz w:val="24"/>
          <w:szCs w:val="24"/>
        </w:rPr>
        <w:t xml:space="preserve">is studying this town. The failed town. </w:t>
      </w:r>
      <w:r w:rsidR="00F93E13" w:rsidRPr="009658F0">
        <w:rPr>
          <w:rFonts w:ascii="Times New Roman" w:eastAsia="Times New Roman" w:hAnsi="Times New Roman" w:cs="Times New Roman"/>
          <w:sz w:val="24"/>
          <w:szCs w:val="24"/>
        </w:rPr>
        <w:t>Ori</w:t>
      </w:r>
      <w:r w:rsidRPr="009658F0">
        <w:rPr>
          <w:rFonts w:ascii="Times New Roman" w:eastAsia="Times New Roman" w:hAnsi="Times New Roman" w:cs="Times New Roman"/>
          <w:sz w:val="24"/>
          <w:szCs w:val="24"/>
        </w:rPr>
        <w:t xml:space="preserve"> stopped outside, by a piece of waste ground adjoining </w:t>
      </w:r>
      <w:proofErr w:type="gramStart"/>
      <w:r w:rsidRPr="009658F0">
        <w:rPr>
          <w:rFonts w:ascii="Times New Roman" w:eastAsia="Times New Roman" w:hAnsi="Times New Roman" w:cs="Times New Roman"/>
          <w:sz w:val="24"/>
          <w:szCs w:val="24"/>
        </w:rPr>
        <w:t>some of</w:t>
      </w:r>
      <w:proofErr w:type="gramEnd"/>
      <w:r w:rsidRPr="009658F0">
        <w:rPr>
          <w:rFonts w:ascii="Times New Roman" w:eastAsia="Times New Roman" w:hAnsi="Times New Roman" w:cs="Times New Roman"/>
          <w:sz w:val="24"/>
          <w:szCs w:val="24"/>
        </w:rPr>
        <w:t xml:space="preserve"> newish dingy flats. In the middle of the patch was a dump of garbage, an iron something with a hole in it, with plastic boards leaning against it + on top of it. The women, said Oli, find the local baker too expensive – they’ve been accustomed to baking their own bread for the sabbath + with their large families (6+) they wanted to set up their own communal oven – which this was – illustrating what </w:t>
      </w:r>
      <w:r w:rsidR="00F93E13" w:rsidRPr="009658F0">
        <w:rPr>
          <w:rFonts w:ascii="Times New Roman" w:eastAsia="Times New Roman" w:hAnsi="Times New Roman" w:cs="Times New Roman"/>
          <w:sz w:val="24"/>
          <w:szCs w:val="24"/>
        </w:rPr>
        <w:t>Ori</w:t>
      </w:r>
      <w:r w:rsidRPr="009658F0">
        <w:rPr>
          <w:rFonts w:ascii="Times New Roman" w:eastAsia="Times New Roman" w:hAnsi="Times New Roman" w:cs="Times New Roman"/>
          <w:sz w:val="24"/>
          <w:szCs w:val="24"/>
        </w:rPr>
        <w:t xml:space="preserve"> said about people in v unofficial </w:t>
      </w:r>
      <w:proofErr w:type="spellStart"/>
      <w:r w:rsidRPr="009658F0">
        <w:rPr>
          <w:rFonts w:ascii="Times New Roman" w:eastAsia="Times New Roman" w:hAnsi="Times New Roman" w:cs="Times New Roman"/>
          <w:sz w:val="24"/>
          <w:szCs w:val="24"/>
        </w:rPr>
        <w:t>grps</w:t>
      </w:r>
      <w:proofErr w:type="spellEnd"/>
      <w:r w:rsidRPr="009658F0">
        <w:rPr>
          <w:rFonts w:ascii="Times New Roman" w:eastAsia="Times New Roman" w:hAnsi="Times New Roman" w:cs="Times New Roman"/>
          <w:sz w:val="24"/>
          <w:szCs w:val="24"/>
        </w:rPr>
        <w:t xml:space="preserve"> helping themselves in this depressed area. Yerucham had been built in a pseudo utopian spirit. B</w:t>
      </w:r>
      <w:r w:rsidR="001E1307">
        <w:rPr>
          <w:rFonts w:ascii="Times New Roman" w:eastAsia="Times New Roman" w:hAnsi="Times New Roman" w:cs="Times New Roman"/>
          <w:sz w:val="24"/>
          <w:szCs w:val="24"/>
        </w:rPr>
        <w:t>u</w:t>
      </w:r>
      <w:r w:rsidRPr="009658F0">
        <w:rPr>
          <w:rFonts w:ascii="Times New Roman" w:eastAsia="Times New Roman" w:hAnsi="Times New Roman" w:cs="Times New Roman"/>
          <w:sz w:val="24"/>
          <w:szCs w:val="24"/>
        </w:rPr>
        <w:t>t the</w:t>
      </w:r>
      <w:r w:rsidR="001E1307">
        <w:rPr>
          <w:rFonts w:ascii="Times New Roman" w:eastAsia="Times New Roman" w:hAnsi="Times New Roman" w:cs="Times New Roman"/>
          <w:sz w:val="24"/>
          <w:szCs w:val="24"/>
        </w:rPr>
        <w:t>r</w:t>
      </w:r>
      <w:r w:rsidRPr="009658F0">
        <w:rPr>
          <w:rFonts w:ascii="Times New Roman" w:eastAsia="Times New Roman" w:hAnsi="Times New Roman" w:cs="Times New Roman"/>
          <w:sz w:val="24"/>
          <w:szCs w:val="24"/>
        </w:rPr>
        <w:t>e were no jobs. Naturally, in the desert</w:t>
      </w:r>
      <w:r w:rsidR="00570EF1" w:rsidRPr="009658F0">
        <w:rPr>
          <w:rFonts w:ascii="Times New Roman" w:eastAsia="Times New Roman" w:hAnsi="Times New Roman" w:cs="Times New Roman"/>
          <w:sz w:val="24"/>
          <w:szCs w:val="24"/>
        </w:rPr>
        <w:t xml:space="preserve">. 6000 people. All </w:t>
      </w:r>
      <w:proofErr w:type="gramStart"/>
      <w:r w:rsidR="00570EF1" w:rsidRPr="009658F0">
        <w:rPr>
          <w:rFonts w:ascii="Times New Roman" w:eastAsia="Times New Roman" w:hAnsi="Times New Roman" w:cs="Times New Roman"/>
          <w:sz w:val="24"/>
          <w:szCs w:val="24"/>
        </w:rPr>
        <w:t>new</w:t>
      </w:r>
      <w:proofErr w:type="gramEnd"/>
      <w:r w:rsidR="00570EF1" w:rsidRPr="009658F0">
        <w:rPr>
          <w:rFonts w:ascii="Times New Roman" w:eastAsia="Times New Roman" w:hAnsi="Times New Roman" w:cs="Times New Roman"/>
          <w:sz w:val="24"/>
          <w:szCs w:val="24"/>
        </w:rPr>
        <w:t xml:space="preserve"> poor high rise buildings w a small clutch of cottages. </w:t>
      </w:r>
      <w:r w:rsidR="00F93E13" w:rsidRPr="009658F0">
        <w:rPr>
          <w:rFonts w:ascii="Times New Roman" w:eastAsia="Times New Roman" w:hAnsi="Times New Roman" w:cs="Times New Roman"/>
          <w:sz w:val="24"/>
          <w:szCs w:val="24"/>
        </w:rPr>
        <w:t>Esty</w:t>
      </w:r>
      <w:r w:rsidR="00570EF1" w:rsidRPr="009658F0">
        <w:rPr>
          <w:rFonts w:ascii="Times New Roman" w:eastAsia="Times New Roman" w:hAnsi="Times New Roman" w:cs="Times New Roman"/>
          <w:sz w:val="24"/>
          <w:szCs w:val="24"/>
        </w:rPr>
        <w:t xml:space="preserve"> was with us + pointed out the lack </w:t>
      </w:r>
      <w:proofErr w:type="spellStart"/>
      <w:r w:rsidR="00570EF1" w:rsidRPr="009658F0">
        <w:rPr>
          <w:rFonts w:ascii="Times New Roman" w:eastAsia="Times New Roman" w:hAnsi="Times New Roman" w:cs="Times New Roman"/>
          <w:sz w:val="24"/>
          <w:szCs w:val="24"/>
        </w:rPr>
        <w:t>lustre</w:t>
      </w:r>
      <w:proofErr w:type="spellEnd"/>
      <w:r w:rsidR="00EA2544" w:rsidRPr="009658F0">
        <w:rPr>
          <w:rFonts w:ascii="Times New Roman" w:eastAsia="Times New Roman" w:hAnsi="Times New Roman" w:cs="Times New Roman"/>
          <w:sz w:val="24"/>
          <w:szCs w:val="24"/>
        </w:rPr>
        <w:t xml:space="preserve"> </w:t>
      </w:r>
    </w:p>
    <w:p w14:paraId="032F15E7" w14:textId="77777777" w:rsidR="000B510F" w:rsidRPr="009658F0" w:rsidRDefault="000B510F"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131BD94D" w14:textId="092A5902" w:rsidR="009630A7" w:rsidRPr="009658F0" w:rsidRDefault="000B510F" w:rsidP="006C1960">
      <w:pPr>
        <w:spacing w:after="120" w:line="360" w:lineRule="auto"/>
        <w:rPr>
          <w:rFonts w:ascii="Times New Roman" w:eastAsia="Times New Roman" w:hAnsi="Times New Roman" w:cs="Times New Roman"/>
          <w:sz w:val="24"/>
          <w:szCs w:val="24"/>
        </w:rPr>
      </w:pPr>
      <w:r w:rsidRPr="001E1307">
        <w:rPr>
          <w:rFonts w:ascii="Times New Roman" w:eastAsia="Times New Roman" w:hAnsi="Times New Roman" w:cs="Times New Roman"/>
          <w:sz w:val="24"/>
          <w:szCs w:val="24"/>
          <w:highlight w:val="yellow"/>
        </w:rPr>
        <w:lastRenderedPageBreak/>
        <w:t>EDITH PAGE 36</w:t>
      </w:r>
    </w:p>
    <w:p w14:paraId="263C4A48" w14:textId="5A939CDB" w:rsidR="00B83D25" w:rsidRPr="009658F0" w:rsidRDefault="00136979"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(36) [illegible] of all the people we could see. They just sit, she said, they’ve nothing that interests them. 50% illiteracy. </w:t>
      </w:r>
      <w:r w:rsidRPr="009658F0">
        <w:rPr>
          <w:rFonts w:ascii="Times New Roman" w:eastAsia="Times New Roman" w:hAnsi="Times New Roman" w:cs="Times New Roman"/>
          <w:strike/>
          <w:sz w:val="24"/>
          <w:szCs w:val="24"/>
        </w:rPr>
        <w:t>The</w:t>
      </w:r>
      <w:r w:rsidRPr="009658F0">
        <w:rPr>
          <w:rFonts w:ascii="Times New Roman" w:eastAsia="Times New Roman" w:hAnsi="Times New Roman" w:cs="Times New Roman"/>
          <w:sz w:val="24"/>
          <w:szCs w:val="24"/>
        </w:rPr>
        <w:t xml:space="preserve"> Many </w:t>
      </w:r>
      <w:r w:rsidR="00721705" w:rsidRPr="009658F0">
        <w:rPr>
          <w:rFonts w:ascii="Times New Roman" w:eastAsia="Times New Roman" w:hAnsi="Times New Roman" w:cs="Times New Roman"/>
          <w:sz w:val="24"/>
          <w:szCs w:val="24"/>
        </w:rPr>
        <w:t xml:space="preserve">better type people send their kids away to school. All are hard up. In the early days the Mayor had forced them to do invented jobs to keep themselves, “He was a tyrant.” His small house is still left standing, in a waste patch full of litter. </w:t>
      </w:r>
      <w:r w:rsidR="00E367F3" w:rsidRPr="009658F0">
        <w:rPr>
          <w:rFonts w:ascii="Times New Roman" w:eastAsia="Times New Roman" w:hAnsi="Times New Roman" w:cs="Times New Roman"/>
          <w:sz w:val="24"/>
          <w:szCs w:val="24"/>
        </w:rPr>
        <w:t>Ori</w:t>
      </w:r>
      <w:r w:rsidR="00721705" w:rsidRPr="009658F0">
        <w:rPr>
          <w:rFonts w:ascii="Times New Roman" w:eastAsia="Times New Roman" w:hAnsi="Times New Roman" w:cs="Times New Roman"/>
          <w:sz w:val="24"/>
          <w:szCs w:val="24"/>
        </w:rPr>
        <w:t xml:space="preserve"> led us </w:t>
      </w:r>
      <w:proofErr w:type="gramStart"/>
      <w:r w:rsidR="00721705" w:rsidRPr="009658F0">
        <w:rPr>
          <w:rFonts w:ascii="Times New Roman" w:eastAsia="Times New Roman" w:hAnsi="Times New Roman" w:cs="Times New Roman"/>
          <w:sz w:val="24"/>
          <w:szCs w:val="24"/>
        </w:rPr>
        <w:t>in to</w:t>
      </w:r>
      <w:proofErr w:type="gramEnd"/>
      <w:r w:rsidR="00721705" w:rsidRPr="009658F0">
        <w:rPr>
          <w:rFonts w:ascii="Times New Roman" w:eastAsia="Times New Roman" w:hAnsi="Times New Roman" w:cs="Times New Roman"/>
          <w:sz w:val="24"/>
          <w:szCs w:val="24"/>
        </w:rPr>
        <w:t xml:space="preserve"> the shell. It stank. Inside I saw many piles of shit on the floor. “That’s enough” said O</w:t>
      </w:r>
      <w:r w:rsidR="00440CBE" w:rsidRPr="009658F0">
        <w:rPr>
          <w:rFonts w:ascii="Times New Roman" w:eastAsia="Times New Roman" w:hAnsi="Times New Roman" w:cs="Times New Roman"/>
          <w:sz w:val="24"/>
          <w:szCs w:val="24"/>
        </w:rPr>
        <w:t>r</w:t>
      </w:r>
      <w:r w:rsidR="00721705" w:rsidRPr="009658F0">
        <w:rPr>
          <w:rFonts w:ascii="Times New Roman" w:eastAsia="Times New Roman" w:hAnsi="Times New Roman" w:cs="Times New Roman"/>
          <w:sz w:val="24"/>
          <w:szCs w:val="24"/>
        </w:rPr>
        <w:t xml:space="preserve">i. “Come out now” – another illustration of how the people express what they think. </w:t>
      </w:r>
      <w:r w:rsidR="00F93E13" w:rsidRPr="009658F0">
        <w:rPr>
          <w:rFonts w:ascii="Times New Roman" w:eastAsia="Times New Roman" w:hAnsi="Times New Roman" w:cs="Times New Roman"/>
          <w:sz w:val="24"/>
          <w:szCs w:val="24"/>
        </w:rPr>
        <w:t>Ori</w:t>
      </w:r>
      <w:r w:rsidR="00721705" w:rsidRPr="009658F0">
        <w:rPr>
          <w:rFonts w:ascii="Times New Roman" w:eastAsia="Times New Roman" w:hAnsi="Times New Roman" w:cs="Times New Roman"/>
          <w:sz w:val="24"/>
          <w:szCs w:val="24"/>
        </w:rPr>
        <w:t xml:space="preserve"> says people’s own </w:t>
      </w:r>
      <w:r w:rsidR="00440CBE" w:rsidRPr="009658F0">
        <w:rPr>
          <w:rFonts w:ascii="Times New Roman" w:eastAsia="Times New Roman" w:hAnsi="Times New Roman" w:cs="Times New Roman"/>
          <w:sz w:val="24"/>
          <w:szCs w:val="24"/>
        </w:rPr>
        <w:t xml:space="preserve">homes are tidy, but the public area is “not theirs” so they just park litter there. He told me earlier how at Mumina the Workers’ organization had run the big gathering, some way out of town in a pine grove. People were bussed there. There was dancing etc. The open house + food system went with a swing. Ori </w:t>
      </w:r>
      <w:r w:rsidR="003A15D9" w:rsidRPr="009658F0">
        <w:rPr>
          <w:rFonts w:ascii="Times New Roman" w:eastAsia="Times New Roman" w:hAnsi="Times New Roman" w:cs="Times New Roman"/>
          <w:sz w:val="24"/>
          <w:szCs w:val="24"/>
        </w:rPr>
        <w:t xml:space="preserve">took us to see the project manager Yair Cohen, an Ashkenazi with a South African tinge to him. Tall handsome active charismatic young, he complained people were unreliable, </w:t>
      </w:r>
      <w:proofErr w:type="spellStart"/>
      <w:r w:rsidR="003A15D9" w:rsidRPr="009658F0">
        <w:rPr>
          <w:rFonts w:ascii="Times New Roman" w:eastAsia="Times New Roman" w:hAnsi="Times New Roman" w:cs="Times New Roman"/>
          <w:sz w:val="24"/>
          <w:szCs w:val="24"/>
        </w:rPr>
        <w:t>eg</w:t>
      </w:r>
      <w:proofErr w:type="spellEnd"/>
      <w:r w:rsidR="003A15D9" w:rsidRPr="009658F0">
        <w:rPr>
          <w:rFonts w:ascii="Times New Roman" w:eastAsia="Times New Roman" w:hAnsi="Times New Roman" w:cs="Times New Roman"/>
          <w:sz w:val="24"/>
          <w:szCs w:val="24"/>
        </w:rPr>
        <w:t xml:space="preserve"> his potted plants didn’t get watered by his secretary: people missed the garbage bins with</w:t>
      </w:r>
    </w:p>
    <w:p w14:paraId="656800E6" w14:textId="77777777" w:rsidR="00B83D25" w:rsidRPr="009658F0" w:rsidRDefault="00B83D25"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0AC21D35" w14:textId="2D3BC5FF" w:rsidR="00136979" w:rsidRPr="009658F0" w:rsidRDefault="00B83D25" w:rsidP="006C1960">
      <w:pPr>
        <w:spacing w:after="120" w:line="360" w:lineRule="auto"/>
        <w:rPr>
          <w:rFonts w:ascii="Times New Roman" w:eastAsia="Times New Roman" w:hAnsi="Times New Roman" w:cs="Times New Roman"/>
          <w:sz w:val="24"/>
          <w:szCs w:val="24"/>
        </w:rPr>
      </w:pPr>
      <w:r w:rsidRPr="001E1307">
        <w:rPr>
          <w:rFonts w:ascii="Times New Roman" w:eastAsia="Times New Roman" w:hAnsi="Times New Roman" w:cs="Times New Roman"/>
          <w:sz w:val="24"/>
          <w:szCs w:val="24"/>
          <w:highlight w:val="yellow"/>
        </w:rPr>
        <w:lastRenderedPageBreak/>
        <w:t>EDITH PAGE 37</w:t>
      </w:r>
    </w:p>
    <w:p w14:paraId="6F7D04B2" w14:textId="613577E4" w:rsidR="00B83D25" w:rsidRPr="009658F0" w:rsidRDefault="00B83D25" w:rsidP="006C1960">
      <w:pPr>
        <w:spacing w:after="120"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(37)</w:t>
      </w:r>
    </w:p>
    <w:p w14:paraId="229A489F" w14:textId="0CB8D90F" w:rsidR="00BB12AC" w:rsidRPr="009658F0" w:rsidRDefault="00B83D25"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emptying garbage. He was trying to get an electronics factory to come here, but they needed highly skilled technicians + there were none. They couldn’t develop without factories + the factories wouldn’t come if they weren’t developed. They have a bathroom ceramics factory (</w:t>
      </w:r>
      <w:proofErr w:type="spellStart"/>
      <w:r w:rsidRPr="009658F0">
        <w:rPr>
          <w:rFonts w:ascii="Times New Roman" w:eastAsia="Times New Roman" w:hAnsi="Times New Roman" w:cs="Times New Roman"/>
          <w:sz w:val="24"/>
          <w:szCs w:val="24"/>
        </w:rPr>
        <w:t>ie</w:t>
      </w:r>
      <w:proofErr w:type="spellEnd"/>
      <w:r w:rsidRPr="009658F0">
        <w:rPr>
          <w:rFonts w:ascii="Times New Roman" w:eastAsia="Times New Roman" w:hAnsi="Times New Roman" w:cs="Times New Roman"/>
          <w:sz w:val="24"/>
          <w:szCs w:val="24"/>
        </w:rPr>
        <w:t xml:space="preserve"> commodes – new tiles too) + a bottled drink factory. 50% commute to other places to work. 12% unemployment, twice the Israel rate. </w:t>
      </w:r>
      <w:r w:rsidRPr="009658F0">
        <w:rPr>
          <w:rFonts w:ascii="Times New Roman" w:eastAsia="Times New Roman" w:hAnsi="Times New Roman" w:cs="Times New Roman"/>
          <w:strike/>
          <w:sz w:val="24"/>
          <w:szCs w:val="24"/>
        </w:rPr>
        <w:t>Alex</w:t>
      </w:r>
      <w:r w:rsidRPr="009658F0">
        <w:rPr>
          <w:rFonts w:ascii="Times New Roman" w:eastAsia="Times New Roman" w:hAnsi="Times New Roman" w:cs="Times New Roman"/>
          <w:sz w:val="24"/>
          <w:szCs w:val="24"/>
        </w:rPr>
        <w:t xml:space="preserve"> Yair Cohen is keen on hang gliding + black irises. Esty says he’s totally out of touch with the people. </w:t>
      </w:r>
      <w:r w:rsidRPr="009658F0">
        <w:rPr>
          <w:rFonts w:ascii="Times New Roman" w:eastAsia="Times New Roman" w:hAnsi="Times New Roman" w:cs="Times New Roman"/>
          <w:sz w:val="24"/>
          <w:szCs w:val="24"/>
          <w:u w:val="single"/>
        </w:rPr>
        <w:t>Not</w:t>
      </w:r>
      <w:r w:rsidRPr="009658F0">
        <w:rPr>
          <w:rFonts w:ascii="Times New Roman" w:eastAsia="Times New Roman" w:hAnsi="Times New Roman" w:cs="Times New Roman"/>
          <w:sz w:val="24"/>
          <w:szCs w:val="24"/>
        </w:rPr>
        <w:t xml:space="preserve"> a Moroccan. In the</w:t>
      </w:r>
      <w:r w:rsidR="00BB12AC" w:rsidRPr="009658F0">
        <w:rPr>
          <w:rFonts w:ascii="Times New Roman" w:eastAsia="Times New Roman" w:hAnsi="Times New Roman" w:cs="Times New Roman"/>
          <w:sz w:val="24"/>
          <w:szCs w:val="24"/>
        </w:rPr>
        <w:t xml:space="preserve"> town square an enclosed precinct with small shops all around a square with a sculpture in the middle, a rough block vaguely like a hang-dog head, mounted on a pile of twisted pennies, we sat and had some tea. A young Indian Jew, darkish, eager, named </w:t>
      </w:r>
      <w:proofErr w:type="spellStart"/>
      <w:r w:rsidR="00BB12AC" w:rsidRPr="009658F0">
        <w:rPr>
          <w:rFonts w:ascii="Times New Roman" w:eastAsia="Times New Roman" w:hAnsi="Times New Roman" w:cs="Times New Roman"/>
          <w:sz w:val="24"/>
          <w:szCs w:val="24"/>
        </w:rPr>
        <w:t>Nawgaon</w:t>
      </w:r>
      <w:proofErr w:type="spellEnd"/>
      <w:r w:rsidR="00BB12AC" w:rsidRPr="009658F0">
        <w:rPr>
          <w:rFonts w:ascii="Times New Roman" w:eastAsia="Times New Roman" w:hAnsi="Times New Roman" w:cs="Times New Roman"/>
          <w:sz w:val="24"/>
          <w:szCs w:val="24"/>
        </w:rPr>
        <w:t xml:space="preserve"> Kan, came up + greeted Ori. He </w:t>
      </w:r>
      <w:r w:rsidR="00BB12AC" w:rsidRPr="009658F0">
        <w:rPr>
          <w:rFonts w:ascii="Times New Roman" w:eastAsia="Times New Roman" w:hAnsi="Times New Roman" w:cs="Times New Roman"/>
          <w:strike/>
          <w:sz w:val="24"/>
          <w:szCs w:val="24"/>
        </w:rPr>
        <w:t>told</w:t>
      </w:r>
      <w:r w:rsidR="00BB12AC" w:rsidRPr="009658F0">
        <w:rPr>
          <w:rFonts w:ascii="Times New Roman" w:eastAsia="Times New Roman" w:hAnsi="Times New Roman" w:cs="Times New Roman"/>
          <w:sz w:val="24"/>
          <w:szCs w:val="24"/>
        </w:rPr>
        <w:t xml:space="preserve"> was a gardener. But wanted to leave Yerucham (a kind of un-Jerusalem). Now if all of Israel were like Yerucham it </w:t>
      </w:r>
      <w:r w:rsidR="00BB12AC" w:rsidRPr="009658F0">
        <w:rPr>
          <w:rFonts w:ascii="Times New Roman" w:eastAsia="Times New Roman" w:hAnsi="Times New Roman" w:cs="Times New Roman"/>
          <w:sz w:val="24"/>
          <w:szCs w:val="24"/>
          <w:u w:val="single"/>
        </w:rPr>
        <w:t>might</w:t>
      </w:r>
      <w:r w:rsidR="00BB12AC" w:rsidRPr="009658F0">
        <w:rPr>
          <w:rFonts w:ascii="Times New Roman" w:eastAsia="Times New Roman" w:hAnsi="Times New Roman" w:cs="Times New Roman"/>
          <w:sz w:val="24"/>
          <w:szCs w:val="24"/>
        </w:rPr>
        <w:t xml:space="preserve"> come unstuck. But it isn’t.</w:t>
      </w:r>
    </w:p>
    <w:p w14:paraId="2A6BC275" w14:textId="77777777" w:rsidR="00BB12AC" w:rsidRPr="009658F0" w:rsidRDefault="00BB12AC"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5B2A9C3E" w14:textId="3B27181D" w:rsidR="00B83D25" w:rsidRPr="009658F0" w:rsidRDefault="00246E98" w:rsidP="006C1960">
      <w:pPr>
        <w:spacing w:after="120" w:line="360" w:lineRule="auto"/>
        <w:rPr>
          <w:rFonts w:ascii="Times New Roman" w:eastAsia="Times New Roman" w:hAnsi="Times New Roman" w:cs="Times New Roman"/>
          <w:sz w:val="24"/>
          <w:szCs w:val="24"/>
        </w:rPr>
      </w:pPr>
      <w:r w:rsidRPr="001E1307">
        <w:rPr>
          <w:rFonts w:ascii="Times New Roman" w:eastAsia="Times New Roman" w:hAnsi="Times New Roman" w:cs="Times New Roman"/>
          <w:sz w:val="24"/>
          <w:szCs w:val="24"/>
          <w:highlight w:val="yellow"/>
        </w:rPr>
        <w:lastRenderedPageBreak/>
        <w:t>EDITH PAGE 38</w:t>
      </w:r>
    </w:p>
    <w:p w14:paraId="226A73DD" w14:textId="4884007D" w:rsidR="00246E98" w:rsidRPr="009658F0" w:rsidRDefault="0087459E"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(38) Many are leaving the town, it’s </w:t>
      </w:r>
      <w:proofErr w:type="gramStart"/>
      <w:r w:rsidRPr="009658F0">
        <w:rPr>
          <w:rFonts w:ascii="Times New Roman" w:eastAsia="Times New Roman" w:hAnsi="Times New Roman" w:cs="Times New Roman"/>
          <w:sz w:val="24"/>
          <w:szCs w:val="24"/>
        </w:rPr>
        <w:t>actually dying</w:t>
      </w:r>
      <w:proofErr w:type="gramEnd"/>
      <w:r w:rsidRPr="009658F0">
        <w:rPr>
          <w:rFonts w:ascii="Times New Roman" w:eastAsia="Times New Roman" w:hAnsi="Times New Roman" w:cs="Times New Roman"/>
          <w:sz w:val="24"/>
          <w:szCs w:val="24"/>
        </w:rPr>
        <w:t xml:space="preserve">. Many flats are to let. Those that bought them as condominiums can’t sell them. Some are building their own houses – a new idea in Israel. You get full instructions. They looked like fragile brick toys made by children out of cinder blocks, thin walls, </w:t>
      </w:r>
      <w:proofErr w:type="gramStart"/>
      <w:r w:rsidRPr="009658F0">
        <w:rPr>
          <w:rFonts w:ascii="Times New Roman" w:eastAsia="Times New Roman" w:hAnsi="Times New Roman" w:cs="Times New Roman"/>
          <w:sz w:val="24"/>
          <w:szCs w:val="24"/>
        </w:rPr>
        <w:t>cd</w:t>
      </w:r>
      <w:proofErr w:type="gramEnd"/>
      <w:r w:rsidRPr="009658F0">
        <w:rPr>
          <w:rFonts w:ascii="Times New Roman" w:eastAsia="Times New Roman" w:hAnsi="Times New Roman" w:cs="Times New Roman"/>
          <w:sz w:val="24"/>
          <w:szCs w:val="24"/>
        </w:rPr>
        <w:t xml:space="preserve"> blow over. Classy styles. All put straight down on desert. Ori lives in the “posh” area: just an apartment with a hedge in front (I think). He has 3 kids, one away at school. His youngest, 3, is very bright. His wife works.</w:t>
      </w:r>
    </w:p>
    <w:p w14:paraId="7B12C3DA" w14:textId="7C3460C9" w:rsidR="00DB3001" w:rsidRPr="009658F0" w:rsidRDefault="0087459E"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Ori + Esty very much wanted to know what we thought of Yair Cohen. They thought he was a </w:t>
      </w:r>
      <w:proofErr w:type="gramStart"/>
      <w:r w:rsidRPr="009658F0">
        <w:rPr>
          <w:rFonts w:ascii="Times New Roman" w:eastAsia="Times New Roman" w:hAnsi="Times New Roman" w:cs="Times New Roman"/>
          <w:sz w:val="24"/>
          <w:szCs w:val="24"/>
        </w:rPr>
        <w:t>hypocrites</w:t>
      </w:r>
      <w:proofErr w:type="gramEnd"/>
      <w:r w:rsidRPr="009658F0">
        <w:rPr>
          <w:rFonts w:ascii="Times New Roman" w:eastAsia="Times New Roman" w:hAnsi="Times New Roman" w:cs="Times New Roman"/>
          <w:sz w:val="24"/>
          <w:szCs w:val="24"/>
        </w:rPr>
        <w:t>, putting over the line that all was going well.</w:t>
      </w:r>
    </w:p>
    <w:p w14:paraId="0071F077" w14:textId="77777777" w:rsidR="00DB3001" w:rsidRPr="009658F0" w:rsidRDefault="00DB3001"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687C1B68" w14:textId="3DFE823D" w:rsidR="0087459E" w:rsidRPr="009658F0" w:rsidRDefault="00DB3001" w:rsidP="006C1960">
      <w:pPr>
        <w:spacing w:after="120" w:line="360" w:lineRule="auto"/>
        <w:rPr>
          <w:rFonts w:ascii="Times New Roman" w:eastAsia="Times New Roman" w:hAnsi="Times New Roman" w:cs="Times New Roman"/>
          <w:sz w:val="24"/>
          <w:szCs w:val="24"/>
        </w:rPr>
      </w:pPr>
      <w:r w:rsidRPr="001E1307">
        <w:rPr>
          <w:rFonts w:ascii="Times New Roman" w:eastAsia="Times New Roman" w:hAnsi="Times New Roman" w:cs="Times New Roman"/>
          <w:sz w:val="24"/>
          <w:szCs w:val="24"/>
          <w:highlight w:val="yellow"/>
        </w:rPr>
        <w:lastRenderedPageBreak/>
        <w:t>EDITH PAGE 39</w:t>
      </w:r>
    </w:p>
    <w:p w14:paraId="0936B9A9" w14:textId="116C5AAD" w:rsidR="00DB3001" w:rsidRPr="009658F0" w:rsidRDefault="00DB3001" w:rsidP="006C1960">
      <w:pPr>
        <w:spacing w:after="120"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(39)</w:t>
      </w:r>
    </w:p>
    <w:p w14:paraId="4F072609" w14:textId="0F036A8B" w:rsidR="00DB3001" w:rsidRPr="009658F0" w:rsidRDefault="00DB3001"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u w:val="single"/>
        </w:rPr>
        <w:t>April 26, 83</w:t>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u w:val="single"/>
        </w:rPr>
        <w:t>Samaritan Passover</w:t>
      </w:r>
      <w:r w:rsidRPr="009658F0">
        <w:rPr>
          <w:rFonts w:ascii="Times New Roman" w:eastAsia="Times New Roman" w:hAnsi="Times New Roman" w:cs="Times New Roman"/>
          <w:sz w:val="24"/>
          <w:szCs w:val="24"/>
        </w:rPr>
        <w:t>, at Mt Gerizim, Nablus</w:t>
      </w:r>
    </w:p>
    <w:p w14:paraId="17890360" w14:textId="394AF16A" w:rsidR="00DB3001" w:rsidRPr="009658F0" w:rsidRDefault="00DB3001"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(=Shechem – Israeli name)</w:t>
      </w:r>
    </w:p>
    <w:p w14:paraId="49B985B1" w14:textId="3A9E7851" w:rsidR="00DB3001" w:rsidRPr="009658F0" w:rsidRDefault="00DB3001"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Went with Rachel </w:t>
      </w:r>
      <w:commentRangeStart w:id="29"/>
      <w:proofErr w:type="spellStart"/>
      <w:r w:rsidRPr="009658F0">
        <w:rPr>
          <w:rFonts w:ascii="Times New Roman" w:eastAsia="Times New Roman" w:hAnsi="Times New Roman" w:cs="Times New Roman"/>
          <w:sz w:val="24"/>
          <w:szCs w:val="24"/>
        </w:rPr>
        <w:t>Kimur</w:t>
      </w:r>
      <w:proofErr w:type="spellEnd"/>
      <w:r w:rsidRPr="009658F0">
        <w:rPr>
          <w:rFonts w:ascii="Times New Roman" w:eastAsia="Times New Roman" w:hAnsi="Times New Roman" w:cs="Times New Roman"/>
          <w:sz w:val="24"/>
          <w:szCs w:val="24"/>
        </w:rPr>
        <w:t xml:space="preserve"> </w:t>
      </w:r>
      <w:commentRangeEnd w:id="29"/>
      <w:r w:rsidR="009C46A1" w:rsidRPr="009658F0">
        <w:rPr>
          <w:rStyle w:val="CommentReference"/>
          <w:rFonts w:ascii="Times New Roman" w:hAnsi="Times New Roman" w:cs="Times New Roman"/>
        </w:rPr>
        <w:commentReference w:id="29"/>
      </w:r>
      <w:r w:rsidRPr="009658F0">
        <w:rPr>
          <w:rFonts w:ascii="Times New Roman" w:eastAsia="Times New Roman" w:hAnsi="Times New Roman" w:cs="Times New Roman"/>
          <w:sz w:val="24"/>
          <w:szCs w:val="24"/>
        </w:rPr>
        <w:t xml:space="preserve">+ her husband </w:t>
      </w:r>
      <w:proofErr w:type="spellStart"/>
      <w:r w:rsidRPr="009658F0">
        <w:rPr>
          <w:rFonts w:ascii="Times New Roman" w:eastAsia="Times New Roman" w:hAnsi="Times New Roman" w:cs="Times New Roman"/>
          <w:sz w:val="24"/>
          <w:szCs w:val="24"/>
        </w:rPr>
        <w:t>Yokim</w:t>
      </w:r>
      <w:proofErr w:type="spellEnd"/>
      <w:r w:rsidRPr="009658F0">
        <w:rPr>
          <w:rFonts w:ascii="Times New Roman" w:eastAsia="Times New Roman" w:hAnsi="Times New Roman" w:cs="Times New Roman"/>
          <w:sz w:val="24"/>
          <w:szCs w:val="24"/>
        </w:rPr>
        <w:t xml:space="preserve"> </w:t>
      </w:r>
      <w:proofErr w:type="spellStart"/>
      <w:r w:rsidRPr="009658F0">
        <w:rPr>
          <w:rFonts w:ascii="Times New Roman" w:eastAsia="Times New Roman" w:hAnsi="Times New Roman" w:cs="Times New Roman"/>
          <w:sz w:val="24"/>
          <w:szCs w:val="24"/>
        </w:rPr>
        <w:t>Kimur</w:t>
      </w:r>
      <w:proofErr w:type="spellEnd"/>
      <w:r w:rsidRPr="009658F0">
        <w:rPr>
          <w:rFonts w:ascii="Times New Roman" w:eastAsia="Times New Roman" w:hAnsi="Times New Roman" w:cs="Times New Roman"/>
          <w:sz w:val="24"/>
          <w:szCs w:val="24"/>
        </w:rPr>
        <w:t xml:space="preserve">. </w:t>
      </w:r>
      <w:commentRangeStart w:id="30"/>
      <w:r w:rsidRPr="009658F0">
        <w:rPr>
          <w:rFonts w:ascii="Times New Roman" w:eastAsia="Times New Roman" w:hAnsi="Times New Roman" w:cs="Times New Roman"/>
          <w:sz w:val="24"/>
          <w:szCs w:val="24"/>
        </w:rPr>
        <w:t xml:space="preserve">Lisa </w:t>
      </w:r>
      <w:commentRangeEnd w:id="30"/>
      <w:r w:rsidR="004570EA" w:rsidRPr="009658F0">
        <w:rPr>
          <w:rStyle w:val="CommentReference"/>
          <w:rFonts w:ascii="Times New Roman" w:hAnsi="Times New Roman" w:cs="Times New Roman"/>
        </w:rPr>
        <w:commentReference w:id="30"/>
      </w:r>
      <w:r w:rsidRPr="009658F0">
        <w:rPr>
          <w:rFonts w:ascii="Times New Roman" w:eastAsia="Times New Roman" w:hAnsi="Times New Roman" w:cs="Times New Roman"/>
          <w:sz w:val="24"/>
          <w:szCs w:val="24"/>
        </w:rPr>
        <w:t>Gil</w:t>
      </w:r>
      <w:r w:rsidR="004570EA" w:rsidRPr="009658F0">
        <w:rPr>
          <w:rFonts w:ascii="Times New Roman" w:eastAsia="Times New Roman" w:hAnsi="Times New Roman" w:cs="Times New Roman"/>
          <w:sz w:val="24"/>
          <w:szCs w:val="24"/>
        </w:rPr>
        <w:t>a</w:t>
      </w:r>
      <w:r w:rsidRPr="009658F0">
        <w:rPr>
          <w:rFonts w:ascii="Times New Roman" w:eastAsia="Times New Roman" w:hAnsi="Times New Roman" w:cs="Times New Roman"/>
          <w:sz w:val="24"/>
          <w:szCs w:val="24"/>
        </w:rPr>
        <w:t xml:space="preserve">d also went. Rachel has been working w Samaritans as </w:t>
      </w:r>
      <w:proofErr w:type="gramStart"/>
      <w:r w:rsidRPr="009658F0">
        <w:rPr>
          <w:rFonts w:ascii="Times New Roman" w:eastAsia="Times New Roman" w:hAnsi="Times New Roman" w:cs="Times New Roman"/>
          <w:sz w:val="24"/>
          <w:szCs w:val="24"/>
        </w:rPr>
        <w:t>anthropologist</w:t>
      </w:r>
      <w:proofErr w:type="gramEnd"/>
      <w:r w:rsidRPr="009658F0">
        <w:rPr>
          <w:rFonts w:ascii="Times New Roman" w:eastAsia="Times New Roman" w:hAnsi="Times New Roman" w:cs="Times New Roman"/>
          <w:sz w:val="24"/>
          <w:szCs w:val="24"/>
        </w:rPr>
        <w:t>, for years.</w:t>
      </w:r>
      <w:r w:rsidR="004570EA" w:rsidRPr="009658F0">
        <w:rPr>
          <w:rFonts w:ascii="Times New Roman" w:eastAsia="Times New Roman" w:hAnsi="Times New Roman" w:cs="Times New Roman"/>
          <w:sz w:val="24"/>
          <w:szCs w:val="24"/>
        </w:rPr>
        <w:t xml:space="preserve"> Ordinary looking but great field worker. She wore pants in the car trip but changed to a skirt when she got there, at the home of one of her informants. Lisa is a student of Meyer Fortes + Ester Goody. </w:t>
      </w:r>
      <w:proofErr w:type="gramStart"/>
      <w:r w:rsidR="004570EA" w:rsidRPr="009658F0">
        <w:rPr>
          <w:rFonts w:ascii="Times New Roman" w:eastAsia="Times New Roman" w:hAnsi="Times New Roman" w:cs="Times New Roman"/>
          <w:sz w:val="24"/>
          <w:szCs w:val="24"/>
        </w:rPr>
        <w:t>Striking female,</w:t>
      </w:r>
      <w:proofErr w:type="gramEnd"/>
      <w:r w:rsidR="004570EA" w:rsidRPr="009658F0">
        <w:rPr>
          <w:rFonts w:ascii="Times New Roman" w:eastAsia="Times New Roman" w:hAnsi="Times New Roman" w:cs="Times New Roman"/>
          <w:sz w:val="24"/>
          <w:szCs w:val="24"/>
        </w:rPr>
        <w:t xml:space="preserve"> has studied Yemenites but never Samaritans. Has always worked in town, in “Jewish Distribution” organization. Said she </w:t>
      </w:r>
      <w:r w:rsidR="004570EA" w:rsidRPr="009658F0">
        <w:rPr>
          <w:rFonts w:ascii="Times New Roman" w:eastAsia="Times New Roman" w:hAnsi="Times New Roman" w:cs="Times New Roman"/>
          <w:i/>
          <w:iCs/>
          <w:sz w:val="24"/>
          <w:szCs w:val="24"/>
        </w:rPr>
        <w:t>Lisa</w:t>
      </w:r>
      <w:r w:rsidR="00E367F3" w:rsidRPr="009658F0">
        <w:rPr>
          <w:rFonts w:ascii="Times New Roman" w:eastAsia="Times New Roman" w:hAnsi="Times New Roman" w:cs="Times New Roman"/>
          <w:sz w:val="24"/>
          <w:szCs w:val="24"/>
        </w:rPr>
        <w:t xml:space="preserve"> </w:t>
      </w:r>
      <w:r w:rsidR="004570EA" w:rsidRPr="009658F0">
        <w:rPr>
          <w:rFonts w:ascii="Times New Roman" w:eastAsia="Times New Roman" w:hAnsi="Times New Roman" w:cs="Times New Roman"/>
          <w:sz w:val="24"/>
          <w:szCs w:val="24"/>
        </w:rPr>
        <w:t xml:space="preserve">felt scared of witnessing animal sacrifice. </w:t>
      </w:r>
    </w:p>
    <w:p w14:paraId="36471312" w14:textId="43C41FA1" w:rsidR="00C83592" w:rsidRPr="009658F0" w:rsidRDefault="004570EA"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R</w:t>
      </w:r>
      <w:r w:rsidR="00C83592" w:rsidRPr="009658F0">
        <w:rPr>
          <w:rFonts w:ascii="Times New Roman" w:eastAsia="Times New Roman" w:hAnsi="Times New Roman" w:cs="Times New Roman"/>
          <w:sz w:val="24"/>
          <w:szCs w:val="24"/>
        </w:rPr>
        <w:t xml:space="preserve">oad out of Jerusalem immediately becomes tatty + poor. Arab-land. “West Bank Occupied Territories”. No afforestation. Some fields in valleys. Hills looked scraped and hand-used. At </w:t>
      </w:r>
      <w:proofErr w:type="spellStart"/>
      <w:r w:rsidR="00C83592" w:rsidRPr="009658F0">
        <w:rPr>
          <w:rFonts w:ascii="Times New Roman" w:eastAsia="Times New Roman" w:hAnsi="Times New Roman" w:cs="Times New Roman"/>
          <w:sz w:val="24"/>
          <w:szCs w:val="24"/>
        </w:rPr>
        <w:t>Ramilla</w:t>
      </w:r>
      <w:proofErr w:type="spellEnd"/>
      <w:r w:rsidR="00C83592" w:rsidRPr="009658F0">
        <w:rPr>
          <w:rFonts w:ascii="Times New Roman" w:eastAsia="Times New Roman" w:hAnsi="Times New Roman" w:cs="Times New Roman"/>
          <w:sz w:val="24"/>
          <w:szCs w:val="24"/>
        </w:rPr>
        <w:t xml:space="preserve"> (?) Rachel commented on the very wealthy houses being put up here + there. They did seem wealthy in an Eastern way – ceramic facings, modern styles. But set down straight upon that stony wilderness. Not very attractive. No gardens. Rachel said many Arabs are doing well in business. Struck me as individualist</w:t>
      </w:r>
    </w:p>
    <w:p w14:paraId="55FE4BB6" w14:textId="77777777" w:rsidR="00C83592" w:rsidRPr="009658F0" w:rsidRDefault="00C83592"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5B7F754E" w14:textId="4BED647B" w:rsidR="004570EA" w:rsidRPr="009658F0" w:rsidRDefault="00C83592" w:rsidP="006C1960">
      <w:pPr>
        <w:spacing w:after="120" w:line="360" w:lineRule="auto"/>
        <w:rPr>
          <w:rFonts w:ascii="Times New Roman" w:eastAsia="Times New Roman" w:hAnsi="Times New Roman" w:cs="Times New Roman"/>
          <w:sz w:val="24"/>
          <w:szCs w:val="24"/>
        </w:rPr>
      </w:pPr>
      <w:r w:rsidRPr="001E1307">
        <w:rPr>
          <w:rFonts w:ascii="Times New Roman" w:eastAsia="Times New Roman" w:hAnsi="Times New Roman" w:cs="Times New Roman"/>
          <w:sz w:val="24"/>
          <w:szCs w:val="24"/>
          <w:highlight w:val="yellow"/>
        </w:rPr>
        <w:lastRenderedPageBreak/>
        <w:t>EDITH PAGE 40</w:t>
      </w:r>
    </w:p>
    <w:p w14:paraId="236B1182" w14:textId="47E1FDF5" w:rsidR="00C83592" w:rsidRPr="009658F0" w:rsidRDefault="008F7B8D"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(40) pattern of development, all against all. The Jewish development towns were in clusters on hilltops, also raw + new, in this case w a </w:t>
      </w:r>
      <w:proofErr w:type="spellStart"/>
      <w:r w:rsidRPr="009658F0">
        <w:rPr>
          <w:rFonts w:ascii="Times New Roman" w:eastAsia="Times New Roman" w:hAnsi="Times New Roman" w:cs="Times New Roman"/>
          <w:sz w:val="24"/>
          <w:szCs w:val="24"/>
        </w:rPr>
        <w:t>cottagy</w:t>
      </w:r>
      <w:proofErr w:type="spellEnd"/>
      <w:r w:rsidRPr="009658F0">
        <w:rPr>
          <w:rFonts w:ascii="Times New Roman" w:eastAsia="Times New Roman" w:hAnsi="Times New Roman" w:cs="Times New Roman"/>
          <w:sz w:val="24"/>
          <w:szCs w:val="24"/>
        </w:rPr>
        <w:t xml:space="preserve"> look. In clusters for strength. The army is almost always nearby </w:t>
      </w:r>
      <w:proofErr w:type="gramStart"/>
      <w:r w:rsidRPr="009658F0">
        <w:rPr>
          <w:rFonts w:ascii="Times New Roman" w:eastAsia="Times New Roman" w:hAnsi="Times New Roman" w:cs="Times New Roman"/>
          <w:sz w:val="24"/>
          <w:szCs w:val="24"/>
        </w:rPr>
        <w:t>says</w:t>
      </w:r>
      <w:proofErr w:type="gramEnd"/>
      <w:r w:rsidRPr="009658F0">
        <w:rPr>
          <w:rFonts w:ascii="Times New Roman" w:eastAsia="Times New Roman" w:hAnsi="Times New Roman" w:cs="Times New Roman"/>
          <w:sz w:val="24"/>
          <w:szCs w:val="24"/>
        </w:rPr>
        <w:t xml:space="preserve"> Rachel. Beyond </w:t>
      </w:r>
      <w:proofErr w:type="spellStart"/>
      <w:r w:rsidRPr="009658F0">
        <w:rPr>
          <w:rFonts w:ascii="Times New Roman" w:eastAsia="Times New Roman" w:hAnsi="Times New Roman" w:cs="Times New Roman"/>
          <w:sz w:val="24"/>
          <w:szCs w:val="24"/>
        </w:rPr>
        <w:t>Ramilla</w:t>
      </w:r>
      <w:proofErr w:type="spellEnd"/>
      <w:r w:rsidRPr="009658F0">
        <w:rPr>
          <w:rFonts w:ascii="Times New Roman" w:eastAsia="Times New Roman" w:hAnsi="Times New Roman" w:cs="Times New Roman"/>
          <w:sz w:val="24"/>
          <w:szCs w:val="24"/>
        </w:rPr>
        <w:t xml:space="preserve"> stands a beautiful desolate moorland – many steep hills with hairpin bends. The hills got higher, + we found ourselves jammed into a valley thick with houses. This was Nablus, set between Gerizim the </w:t>
      </w:r>
      <w:r w:rsidRPr="001E1307">
        <w:rPr>
          <w:rFonts w:ascii="Times New Roman" w:eastAsia="Times New Roman" w:hAnsi="Times New Roman" w:cs="Times New Roman"/>
          <w:strike/>
          <w:sz w:val="24"/>
          <w:szCs w:val="24"/>
        </w:rPr>
        <w:t>m</w:t>
      </w:r>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i/>
          <w:iCs/>
          <w:sz w:val="24"/>
          <w:szCs w:val="24"/>
        </w:rPr>
        <w:t>mount</w:t>
      </w:r>
      <w:r w:rsidRPr="009658F0">
        <w:rPr>
          <w:rFonts w:ascii="Times New Roman" w:eastAsia="Times New Roman" w:hAnsi="Times New Roman" w:cs="Times New Roman"/>
          <w:sz w:val="24"/>
          <w:szCs w:val="24"/>
        </w:rPr>
        <w:t xml:space="preserve"> of blessing, + JEBAL the mt of cursing. In Nablus we got lost. A large dome was seen at the end of the street: people walking in </w:t>
      </w:r>
      <w:proofErr w:type="spellStart"/>
      <w:r w:rsidRPr="009658F0">
        <w:rPr>
          <w:rFonts w:ascii="Times New Roman" w:eastAsia="Times New Roman" w:hAnsi="Times New Roman" w:cs="Times New Roman"/>
          <w:sz w:val="24"/>
          <w:szCs w:val="24"/>
        </w:rPr>
        <w:t>teh</w:t>
      </w:r>
      <w:proofErr w:type="spellEnd"/>
      <w:r w:rsidRPr="009658F0">
        <w:rPr>
          <w:rFonts w:ascii="Times New Roman" w:eastAsia="Times New Roman" w:hAnsi="Times New Roman" w:cs="Times New Roman"/>
          <w:sz w:val="24"/>
          <w:szCs w:val="24"/>
        </w:rPr>
        <w:t xml:space="preserve"> road – </w:t>
      </w:r>
      <w:commentRangeStart w:id="31"/>
      <w:r w:rsidRPr="009658F0">
        <w:rPr>
          <w:rFonts w:ascii="Times New Roman" w:eastAsia="Times New Roman" w:hAnsi="Times New Roman" w:cs="Times New Roman"/>
          <w:sz w:val="24"/>
          <w:szCs w:val="24"/>
        </w:rPr>
        <w:t>like Puri, India</w:t>
      </w:r>
      <w:commentRangeEnd w:id="31"/>
      <w:r w:rsidRPr="009658F0">
        <w:rPr>
          <w:rStyle w:val="CommentReference"/>
          <w:rFonts w:ascii="Times New Roman" w:hAnsi="Times New Roman" w:cs="Times New Roman"/>
        </w:rPr>
        <w:commentReference w:id="31"/>
      </w:r>
      <w:r w:rsidRPr="009658F0">
        <w:rPr>
          <w:rFonts w:ascii="Times New Roman" w:eastAsia="Times New Roman" w:hAnsi="Times New Roman" w:cs="Times New Roman"/>
          <w:sz w:val="24"/>
          <w:szCs w:val="24"/>
        </w:rPr>
        <w:t xml:space="preserve">. No traffic lands or road signs. I asked the way out of the window in a polite English accent, </w:t>
      </w:r>
      <w:proofErr w:type="gramStart"/>
      <w:r w:rsidRPr="009658F0">
        <w:rPr>
          <w:rFonts w:ascii="Times New Roman" w:eastAsia="Times New Roman" w:hAnsi="Times New Roman" w:cs="Times New Roman"/>
          <w:sz w:val="24"/>
          <w:szCs w:val="24"/>
        </w:rPr>
        <w:t>in order to</w:t>
      </w:r>
      <w:proofErr w:type="gramEnd"/>
      <w:r w:rsidRPr="009658F0">
        <w:rPr>
          <w:rFonts w:ascii="Times New Roman" w:eastAsia="Times New Roman" w:hAnsi="Times New Roman" w:cs="Times New Roman"/>
          <w:sz w:val="24"/>
          <w:szCs w:val="24"/>
        </w:rPr>
        <w:t xml:space="preserve"> divert attention from the Israeli drivers + passengers, who might have got stoned. No sign of stoning (cases recently in papers). We drove to rt, then up a very steep winding </w:t>
      </w:r>
      <w:proofErr w:type="spellStart"/>
      <w:r w:rsidRPr="009658F0">
        <w:rPr>
          <w:rFonts w:ascii="Times New Roman" w:eastAsia="Times New Roman" w:hAnsi="Times New Roman" w:cs="Times New Roman"/>
          <w:sz w:val="24"/>
          <w:szCs w:val="24"/>
        </w:rPr>
        <w:t>rd</w:t>
      </w:r>
      <w:proofErr w:type="spellEnd"/>
      <w:r w:rsidRPr="009658F0">
        <w:rPr>
          <w:rFonts w:ascii="Times New Roman" w:eastAsia="Times New Roman" w:hAnsi="Times New Roman" w:cs="Times New Roman"/>
          <w:sz w:val="24"/>
          <w:szCs w:val="24"/>
        </w:rPr>
        <w:t xml:space="preserve"> nearly to the top of Mt Gerizim. Here were </w:t>
      </w:r>
      <w:proofErr w:type="gramStart"/>
      <w:r w:rsidRPr="009658F0">
        <w:rPr>
          <w:rFonts w:ascii="Times New Roman" w:eastAsia="Times New Roman" w:hAnsi="Times New Roman" w:cs="Times New Roman"/>
          <w:i/>
          <w:iCs/>
          <w:sz w:val="24"/>
          <w:szCs w:val="24"/>
        </w:rPr>
        <w:t>wild</w:t>
      </w:r>
      <w:r w:rsidRPr="009658F0">
        <w:rPr>
          <w:rFonts w:ascii="Times New Roman" w:eastAsia="Times New Roman" w:hAnsi="Times New Roman" w:cs="Times New Roman"/>
          <w:sz w:val="24"/>
          <w:szCs w:val="24"/>
        </w:rPr>
        <w:t xml:space="preserve"> flowers</w:t>
      </w:r>
      <w:proofErr w:type="gramEnd"/>
      <w:r w:rsidRPr="009658F0">
        <w:rPr>
          <w:rFonts w:ascii="Times New Roman" w:eastAsia="Times New Roman" w:hAnsi="Times New Roman" w:cs="Times New Roman"/>
          <w:sz w:val="24"/>
          <w:szCs w:val="24"/>
        </w:rPr>
        <w:t xml:space="preserve"> + sheep + some square stone houses – a parking lot in a field, a crowd in front, police in somewhat strange uniforms, army; up on the highest part a small domed shrine,</w:t>
      </w:r>
    </w:p>
    <w:p w14:paraId="36E2094A" w14:textId="03F14BFD" w:rsidR="00A52434" w:rsidRPr="009658F0" w:rsidRDefault="00A52434"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5AFCE347" w14:textId="5027E049" w:rsidR="00A52434" w:rsidRPr="009658F0" w:rsidRDefault="00A52434" w:rsidP="006C1960">
      <w:pPr>
        <w:spacing w:after="120" w:line="360" w:lineRule="auto"/>
        <w:rPr>
          <w:rFonts w:ascii="Times New Roman" w:eastAsia="Times New Roman" w:hAnsi="Times New Roman" w:cs="Times New Roman"/>
          <w:sz w:val="24"/>
          <w:szCs w:val="24"/>
        </w:rPr>
      </w:pPr>
      <w:r w:rsidRPr="001E1307">
        <w:rPr>
          <w:rFonts w:ascii="Times New Roman" w:eastAsia="Times New Roman" w:hAnsi="Times New Roman" w:cs="Times New Roman"/>
          <w:sz w:val="24"/>
          <w:szCs w:val="24"/>
          <w:highlight w:val="yellow"/>
        </w:rPr>
        <w:lastRenderedPageBreak/>
        <w:t>EDITH PAGE 41</w:t>
      </w:r>
    </w:p>
    <w:p w14:paraId="360C0FC8" w14:textId="34471B11" w:rsidR="00A52434" w:rsidRPr="009658F0" w:rsidRDefault="00A52434"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(41)</w:t>
      </w:r>
    </w:p>
    <w:p w14:paraId="7056EED2" w14:textId="7B1C49A2" w:rsidR="00FC5DCE" w:rsidRPr="009658F0" w:rsidRDefault="00A52434"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which I later found to be locked. The people were gathering around a fence on the right. You could see [illegible – possibly 7] viewing stands around a paddock. Various installments in it. Vic had gone on ahead. Lisa said she’d keep seats (we weren’t allowed in yet). I went up the shrine path looking for Vic. A fair number of people were visiting the shrine. At the top </w:t>
      </w:r>
      <w:r w:rsidRPr="009658F0">
        <w:rPr>
          <w:rFonts w:ascii="Times New Roman" w:eastAsia="Times New Roman" w:hAnsi="Times New Roman" w:cs="Times New Roman"/>
          <w:i/>
          <w:iCs/>
          <w:sz w:val="24"/>
          <w:szCs w:val="24"/>
        </w:rPr>
        <w:t xml:space="preserve">of the hill </w:t>
      </w:r>
      <w:commentRangeStart w:id="32"/>
      <w:r w:rsidRPr="009658F0">
        <w:rPr>
          <w:rFonts w:ascii="Times New Roman" w:eastAsia="Times New Roman" w:hAnsi="Times New Roman" w:cs="Times New Roman"/>
          <w:i/>
          <w:iCs/>
          <w:sz w:val="24"/>
          <w:szCs w:val="24"/>
        </w:rPr>
        <w:t>is</w:t>
      </w:r>
      <w:commentRangeEnd w:id="32"/>
      <w:r w:rsidR="00000AEE">
        <w:rPr>
          <w:rStyle w:val="CommentReference"/>
        </w:rPr>
        <w:commentReference w:id="32"/>
      </w:r>
      <w:r w:rsidRPr="009658F0">
        <w:rPr>
          <w:rFonts w:ascii="Times New Roman" w:eastAsia="Times New Roman" w:hAnsi="Times New Roman" w:cs="Times New Roman"/>
          <w:sz w:val="24"/>
          <w:szCs w:val="24"/>
        </w:rPr>
        <w:t xml:space="preserve"> an </w:t>
      </w:r>
      <w:proofErr w:type="gramStart"/>
      <w:r w:rsidRPr="009658F0">
        <w:rPr>
          <w:rFonts w:ascii="Times New Roman" w:eastAsia="Times New Roman" w:hAnsi="Times New Roman" w:cs="Times New Roman"/>
          <w:sz w:val="24"/>
          <w:szCs w:val="24"/>
        </w:rPr>
        <w:t>old flattened</w:t>
      </w:r>
      <w:proofErr w:type="gramEnd"/>
      <w:r w:rsidRPr="009658F0">
        <w:rPr>
          <w:rFonts w:ascii="Times New Roman" w:eastAsia="Times New Roman" w:hAnsi="Times New Roman" w:cs="Times New Roman"/>
          <w:sz w:val="24"/>
          <w:szCs w:val="24"/>
        </w:rPr>
        <w:t xml:space="preserve"> ruin, circular, also a sensational view of Nablus from the edge beyond the shrine. A group of soldiers, male + female, entered the shrine paddock + crouched down to admire the</w:t>
      </w:r>
      <w:r w:rsidR="00FC5DCE" w:rsidRPr="009658F0">
        <w:rPr>
          <w:rFonts w:ascii="Times New Roman" w:eastAsia="Times New Roman" w:hAnsi="Times New Roman" w:cs="Times New Roman"/>
          <w:sz w:val="24"/>
          <w:szCs w:val="24"/>
        </w:rPr>
        <w:t xml:space="preserve"> </w:t>
      </w:r>
      <w:proofErr w:type="gramStart"/>
      <w:r w:rsidR="00FC5DCE" w:rsidRPr="009658F0">
        <w:rPr>
          <w:rFonts w:ascii="Times New Roman" w:eastAsia="Times New Roman" w:hAnsi="Times New Roman" w:cs="Times New Roman"/>
          <w:i/>
          <w:iCs/>
          <w:sz w:val="24"/>
          <w:szCs w:val="24"/>
        </w:rPr>
        <w:t>wild</w:t>
      </w:r>
      <w:r w:rsidR="00FC5DCE" w:rsidRPr="009658F0">
        <w:rPr>
          <w:rFonts w:ascii="Times New Roman" w:eastAsia="Times New Roman" w:hAnsi="Times New Roman" w:cs="Times New Roman"/>
          <w:sz w:val="24"/>
          <w:szCs w:val="24"/>
        </w:rPr>
        <w:t xml:space="preserve"> flowers</w:t>
      </w:r>
      <w:proofErr w:type="gramEnd"/>
      <w:r w:rsidR="00FC5DCE" w:rsidRPr="009658F0">
        <w:rPr>
          <w:rFonts w:ascii="Times New Roman" w:eastAsia="Times New Roman" w:hAnsi="Times New Roman" w:cs="Times New Roman"/>
          <w:sz w:val="24"/>
          <w:szCs w:val="24"/>
        </w:rPr>
        <w:t>. No Vic. On the way down, when the houses began, 2 or 3 Samaritans in white clothes + little blue + white youth</w:t>
      </w:r>
      <w:r w:rsidR="00E367F3" w:rsidRPr="009658F0">
        <w:rPr>
          <w:rFonts w:ascii="Times New Roman" w:eastAsia="Times New Roman" w:hAnsi="Times New Roman" w:cs="Times New Roman"/>
          <w:sz w:val="24"/>
          <w:szCs w:val="24"/>
        </w:rPr>
        <w:t xml:space="preserve"> </w:t>
      </w:r>
      <w:r w:rsidR="00FC5DCE" w:rsidRPr="009658F0">
        <w:rPr>
          <w:rFonts w:ascii="Times New Roman" w:eastAsia="Times New Roman" w:hAnsi="Times New Roman" w:cs="Times New Roman"/>
          <w:sz w:val="24"/>
          <w:szCs w:val="24"/>
        </w:rPr>
        <w:t xml:space="preserve">sports club caps, were bringing a couple of sheep down to the sacrifice paddock. One nearly got away + set the young man off stumbling on the stones. He finally steered it into the paddock. </w:t>
      </w:r>
      <w:commentRangeStart w:id="33"/>
      <w:r w:rsidR="00FC5DCE" w:rsidRPr="009658F0">
        <w:rPr>
          <w:rFonts w:ascii="Times New Roman" w:eastAsia="Times New Roman" w:hAnsi="Times New Roman" w:cs="Times New Roman"/>
          <w:sz w:val="24"/>
          <w:szCs w:val="24"/>
        </w:rPr>
        <w:t>By</w:t>
      </w:r>
      <w:commentRangeEnd w:id="33"/>
      <w:r w:rsidR="00000AEE">
        <w:rPr>
          <w:rStyle w:val="CommentReference"/>
        </w:rPr>
        <w:commentReference w:id="33"/>
      </w:r>
      <w:r w:rsidR="00FC5DCE" w:rsidRPr="009658F0">
        <w:rPr>
          <w:rFonts w:ascii="Times New Roman" w:eastAsia="Times New Roman" w:hAnsi="Times New Roman" w:cs="Times New Roman"/>
          <w:sz w:val="24"/>
          <w:szCs w:val="24"/>
        </w:rPr>
        <w:t xml:space="preserve"> dint of persuasion I </w:t>
      </w:r>
      <w:r w:rsidR="00FC5DCE" w:rsidRPr="009658F0">
        <w:rPr>
          <w:rFonts w:ascii="Times New Roman" w:eastAsia="Times New Roman" w:hAnsi="Times New Roman" w:cs="Times New Roman"/>
          <w:i/>
          <w:iCs/>
          <w:sz w:val="24"/>
          <w:szCs w:val="24"/>
        </w:rPr>
        <w:t>entered too</w:t>
      </w:r>
      <w:r w:rsidR="00FC5DCE" w:rsidRPr="009658F0">
        <w:rPr>
          <w:rFonts w:ascii="Times New Roman" w:eastAsia="Times New Roman" w:hAnsi="Times New Roman" w:cs="Times New Roman"/>
          <w:sz w:val="24"/>
          <w:szCs w:val="24"/>
        </w:rPr>
        <w:t xml:space="preserve"> got in, sat with Lisa + </w:t>
      </w:r>
      <w:proofErr w:type="spellStart"/>
      <w:r w:rsidR="00FC5DCE" w:rsidRPr="009658F0">
        <w:rPr>
          <w:rFonts w:ascii="Times New Roman" w:eastAsia="Times New Roman" w:hAnsi="Times New Roman" w:cs="Times New Roman"/>
          <w:sz w:val="24"/>
          <w:szCs w:val="24"/>
        </w:rPr>
        <w:t>Yokim</w:t>
      </w:r>
      <w:proofErr w:type="spellEnd"/>
      <w:r w:rsidR="00FC5DCE" w:rsidRPr="009658F0">
        <w:rPr>
          <w:rFonts w:ascii="Times New Roman" w:eastAsia="Times New Roman" w:hAnsi="Times New Roman" w:cs="Times New Roman"/>
          <w:sz w:val="24"/>
          <w:szCs w:val="24"/>
        </w:rPr>
        <w:t xml:space="preserve"> + waited. Vic came up and </w:t>
      </w:r>
      <w:proofErr w:type="gramStart"/>
      <w:r w:rsidR="00FC5DCE" w:rsidRPr="009658F0">
        <w:rPr>
          <w:rFonts w:ascii="Times New Roman" w:eastAsia="Times New Roman" w:hAnsi="Times New Roman" w:cs="Times New Roman"/>
          <w:sz w:val="24"/>
          <w:szCs w:val="24"/>
        </w:rPr>
        <w:t>said</w:t>
      </w:r>
      <w:proofErr w:type="gramEnd"/>
    </w:p>
    <w:p w14:paraId="74AC02B7" w14:textId="77777777" w:rsidR="00FC5DCE" w:rsidRPr="009658F0" w:rsidRDefault="00FC5DCE"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2D0926CD" w14:textId="5B6E1371" w:rsidR="00FC5DCE" w:rsidRPr="009658F0" w:rsidRDefault="00FC5DCE" w:rsidP="006C1960">
      <w:pPr>
        <w:spacing w:after="120" w:line="360" w:lineRule="auto"/>
        <w:rPr>
          <w:rFonts w:ascii="Times New Roman" w:eastAsia="Times New Roman" w:hAnsi="Times New Roman" w:cs="Times New Roman"/>
          <w:sz w:val="24"/>
          <w:szCs w:val="24"/>
        </w:rPr>
      </w:pPr>
      <w:r w:rsidRPr="00000AEE">
        <w:rPr>
          <w:rFonts w:ascii="Times New Roman" w:eastAsia="Times New Roman" w:hAnsi="Times New Roman" w:cs="Times New Roman"/>
          <w:sz w:val="24"/>
          <w:szCs w:val="24"/>
          <w:highlight w:val="yellow"/>
        </w:rPr>
        <w:lastRenderedPageBreak/>
        <w:t>EDITH PAGE 42</w:t>
      </w:r>
    </w:p>
    <w:p w14:paraId="2B2BC2D4" w14:textId="44455D17" w:rsidR="00FC5DCE" w:rsidRPr="009658F0" w:rsidRDefault="00FC5DCE"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(42) let’s see the chief priest (he had been talking to him). We went up to a house beyond, on the right, a big coming and going of white robed, white fezzed old men. (One w double red fez). We went in, greeted all: “</w:t>
      </w:r>
      <w:proofErr w:type="spellStart"/>
      <w:r w:rsidRPr="009658F0">
        <w:rPr>
          <w:rFonts w:ascii="Times New Roman" w:eastAsia="Times New Roman" w:hAnsi="Times New Roman" w:cs="Times New Roman"/>
          <w:sz w:val="24"/>
          <w:szCs w:val="24"/>
        </w:rPr>
        <w:t>Halsomer</w:t>
      </w:r>
      <w:proofErr w:type="spellEnd"/>
      <w:r w:rsidRPr="009658F0">
        <w:rPr>
          <w:rFonts w:ascii="Times New Roman" w:eastAsia="Times New Roman" w:hAnsi="Times New Roman" w:cs="Times New Roman"/>
          <w:sz w:val="24"/>
          <w:szCs w:val="24"/>
        </w:rPr>
        <w:t xml:space="preserve">” (Happy Holiday). Vic talked to them about Gastin, British Samaritan expert. They told him they had sold him ancient Torahs, which he had put in British Museum. </w:t>
      </w:r>
      <w:r w:rsidR="00345D9F" w:rsidRPr="009658F0">
        <w:rPr>
          <w:rFonts w:ascii="Times New Roman" w:eastAsia="Times New Roman" w:hAnsi="Times New Roman" w:cs="Times New Roman"/>
          <w:sz w:val="24"/>
          <w:szCs w:val="24"/>
        </w:rPr>
        <w:t xml:space="preserve">Now they wanted them back. They may have more there. These are extremely ancient, said to have been written 15 years after Moses….An amiable elderly group, v priestly – the chief priest had white beard + rheumy eyes. We left + visited the women’s house on </w:t>
      </w:r>
      <w:proofErr w:type="gramStart"/>
      <w:r w:rsidR="00345D9F" w:rsidRPr="009658F0">
        <w:rPr>
          <w:rFonts w:ascii="Times New Roman" w:eastAsia="Times New Roman" w:hAnsi="Times New Roman" w:cs="Times New Roman"/>
          <w:sz w:val="24"/>
          <w:szCs w:val="24"/>
        </w:rPr>
        <w:t>left</w:t>
      </w:r>
      <w:proofErr w:type="gramEnd"/>
      <w:r w:rsidR="00345D9F" w:rsidRPr="009658F0">
        <w:rPr>
          <w:rFonts w:ascii="Times New Roman" w:eastAsia="Times New Roman" w:hAnsi="Times New Roman" w:cs="Times New Roman"/>
          <w:sz w:val="24"/>
          <w:szCs w:val="24"/>
        </w:rPr>
        <w:t xml:space="preserve"> of road. The priest in double red fez there.</w:t>
      </w:r>
      <w:r w:rsidR="00674246" w:rsidRPr="009658F0">
        <w:rPr>
          <w:rFonts w:ascii="Times New Roman" w:eastAsia="Times New Roman" w:hAnsi="Times New Roman" w:cs="Times New Roman"/>
          <w:sz w:val="24"/>
          <w:szCs w:val="24"/>
        </w:rPr>
        <w:t xml:space="preserve"> He embraced Rachel. They gave us tea. The young housewife looked out of the window + saw the procession </w:t>
      </w:r>
      <w:commentRangeStart w:id="34"/>
      <w:r w:rsidR="00674246" w:rsidRPr="009658F0">
        <w:rPr>
          <w:rFonts w:ascii="Times New Roman" w:eastAsia="Times New Roman" w:hAnsi="Times New Roman" w:cs="Times New Roman"/>
          <w:sz w:val="24"/>
          <w:szCs w:val="24"/>
        </w:rPr>
        <w:t>start</w:t>
      </w:r>
      <w:r w:rsidR="00674246" w:rsidRPr="009658F0">
        <w:rPr>
          <w:rFonts w:ascii="Times New Roman" w:eastAsia="Times New Roman" w:hAnsi="Times New Roman" w:cs="Times New Roman"/>
          <w:i/>
          <w:iCs/>
          <w:sz w:val="24"/>
          <w:szCs w:val="24"/>
        </w:rPr>
        <w:t>ed</w:t>
      </w:r>
      <w:commentRangeEnd w:id="34"/>
      <w:r w:rsidR="00000AEE">
        <w:rPr>
          <w:rStyle w:val="CommentReference"/>
        </w:rPr>
        <w:commentReference w:id="34"/>
      </w:r>
      <w:r w:rsidR="00674246" w:rsidRPr="009658F0">
        <w:rPr>
          <w:rFonts w:ascii="Times New Roman" w:eastAsia="Times New Roman" w:hAnsi="Times New Roman" w:cs="Times New Roman"/>
          <w:sz w:val="24"/>
          <w:szCs w:val="24"/>
        </w:rPr>
        <w:t xml:space="preserve">. I </w:t>
      </w:r>
      <w:commentRangeStart w:id="35"/>
      <w:r w:rsidR="00674246" w:rsidRPr="009658F0">
        <w:rPr>
          <w:rFonts w:ascii="Times New Roman" w:eastAsia="Times New Roman" w:hAnsi="Times New Roman" w:cs="Times New Roman"/>
          <w:sz w:val="24"/>
          <w:szCs w:val="24"/>
        </w:rPr>
        <w:t xml:space="preserve">went out quickly </w:t>
      </w:r>
      <w:commentRangeEnd w:id="35"/>
      <w:r w:rsidR="00674246" w:rsidRPr="009658F0">
        <w:rPr>
          <w:rStyle w:val="CommentReference"/>
          <w:rFonts w:ascii="Times New Roman" w:hAnsi="Times New Roman" w:cs="Times New Roman"/>
        </w:rPr>
        <w:commentReference w:id="35"/>
      </w:r>
      <w:r w:rsidR="00674246" w:rsidRPr="009658F0">
        <w:rPr>
          <w:rFonts w:ascii="Times New Roman" w:eastAsia="Times New Roman" w:hAnsi="Times New Roman" w:cs="Times New Roman"/>
          <w:sz w:val="24"/>
          <w:szCs w:val="24"/>
        </w:rPr>
        <w:t>+ saw them all striding down the street preceded by the band of acolytes in white.</w:t>
      </w:r>
    </w:p>
    <w:p w14:paraId="20212C9E" w14:textId="77777777" w:rsidR="00FC5DCE" w:rsidRPr="009658F0" w:rsidRDefault="00FC5DCE" w:rsidP="006C1960">
      <w:pPr>
        <w:spacing w:after="120" w:line="360" w:lineRule="auto"/>
        <w:rPr>
          <w:rFonts w:ascii="Times New Roman" w:eastAsia="Times New Roman" w:hAnsi="Times New Roman" w:cs="Times New Roman"/>
          <w:sz w:val="24"/>
          <w:szCs w:val="24"/>
        </w:rPr>
      </w:pPr>
    </w:p>
    <w:p w14:paraId="3AE91A53" w14:textId="065416EA" w:rsidR="00674246" w:rsidRPr="009658F0" w:rsidRDefault="00674246"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00C1CDEC" w14:textId="556EA185" w:rsidR="00674246" w:rsidRPr="009658F0" w:rsidRDefault="00674246" w:rsidP="006C1960">
      <w:pPr>
        <w:spacing w:after="120" w:line="360" w:lineRule="auto"/>
        <w:rPr>
          <w:rFonts w:ascii="Times New Roman" w:eastAsia="Times New Roman" w:hAnsi="Times New Roman" w:cs="Times New Roman"/>
          <w:sz w:val="24"/>
          <w:szCs w:val="24"/>
        </w:rPr>
      </w:pPr>
      <w:r w:rsidRPr="00000AEE">
        <w:rPr>
          <w:rFonts w:ascii="Times New Roman" w:eastAsia="Times New Roman" w:hAnsi="Times New Roman" w:cs="Times New Roman"/>
          <w:sz w:val="24"/>
          <w:szCs w:val="24"/>
          <w:highlight w:val="yellow"/>
        </w:rPr>
        <w:lastRenderedPageBreak/>
        <w:t xml:space="preserve">EDITH PAGE </w:t>
      </w:r>
      <w:commentRangeStart w:id="36"/>
      <w:r w:rsidRPr="00000AEE">
        <w:rPr>
          <w:rFonts w:ascii="Times New Roman" w:eastAsia="Times New Roman" w:hAnsi="Times New Roman" w:cs="Times New Roman"/>
          <w:sz w:val="24"/>
          <w:szCs w:val="24"/>
          <w:highlight w:val="yellow"/>
        </w:rPr>
        <w:t>43</w:t>
      </w:r>
      <w:commentRangeEnd w:id="36"/>
      <w:r w:rsidRPr="00000AEE">
        <w:rPr>
          <w:rStyle w:val="CommentReference"/>
          <w:rFonts w:ascii="Times New Roman" w:hAnsi="Times New Roman" w:cs="Times New Roman"/>
          <w:highlight w:val="yellow"/>
        </w:rPr>
        <w:commentReference w:id="36"/>
      </w:r>
    </w:p>
    <w:p w14:paraId="7E94ABD1" w14:textId="702E2C7C" w:rsidR="00674246" w:rsidRPr="009658F0" w:rsidRDefault="00674246" w:rsidP="006C1960">
      <w:pPr>
        <w:spacing w:after="120"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(43)</w:t>
      </w:r>
    </w:p>
    <w:p w14:paraId="62FFB299" w14:textId="1428B31F" w:rsidR="00A52434" w:rsidRPr="009658F0" w:rsidRDefault="00674246"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wearing youth club caps. We went to our seats (again a struggle to maintain them)</w:t>
      </w:r>
      <w:r w:rsidR="00175D38" w:rsidRPr="009658F0">
        <w:rPr>
          <w:rFonts w:ascii="Times New Roman" w:eastAsia="Times New Roman" w:hAnsi="Times New Roman" w:cs="Times New Roman"/>
          <w:sz w:val="24"/>
          <w:szCs w:val="24"/>
        </w:rPr>
        <w:t xml:space="preserve"> (here Rachel helped a lot.) Layout of paddock follows: -</w:t>
      </w:r>
    </w:p>
    <w:p w14:paraId="605F950F" w14:textId="21709153" w:rsidR="00A6506A" w:rsidRPr="009658F0" w:rsidRDefault="00175D38"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w:t>
      </w:r>
      <w:r w:rsidR="00D209E2" w:rsidRPr="009658F0">
        <w:rPr>
          <w:rFonts w:ascii="Times New Roman" w:eastAsia="Times New Roman" w:hAnsi="Times New Roman" w:cs="Times New Roman"/>
          <w:sz w:val="24"/>
          <w:szCs w:val="24"/>
        </w:rPr>
        <w:t>Page turned</w:t>
      </w:r>
      <w:r w:rsidRPr="009658F0">
        <w:rPr>
          <w:rFonts w:ascii="Times New Roman" w:eastAsia="Times New Roman" w:hAnsi="Times New Roman" w:cs="Times New Roman"/>
          <w:sz w:val="24"/>
          <w:szCs w:val="24"/>
        </w:rPr>
        <w:t xml:space="preserve"> on its side to draw the diagram, so that the lefthand side of the diagram is at the bottom of the page, and the righthand side at the top]</w:t>
      </w:r>
    </w:p>
    <w:p w14:paraId="7FC3D3A5" w14:textId="035951E5" w:rsidR="00175D38" w:rsidRPr="009658F0" w:rsidRDefault="00175D38" w:rsidP="006C1960">
      <w:pPr>
        <w:spacing w:after="120" w:line="360" w:lineRule="auto"/>
        <w:rPr>
          <w:rFonts w:ascii="Times New Roman" w:eastAsia="Times New Roman" w:hAnsi="Times New Roman" w:cs="Times New Roman"/>
          <w:sz w:val="24"/>
          <w:szCs w:val="24"/>
        </w:rPr>
      </w:pPr>
    </w:p>
    <w:p w14:paraId="33D4C03F" w14:textId="53712088" w:rsidR="00175D38" w:rsidRPr="009658F0" w:rsidRDefault="00175D38"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w:drawing>
          <wp:anchor distT="0" distB="0" distL="114300" distR="114300" simplePos="0" relativeHeight="251660288" behindDoc="1" locked="0" layoutInCell="1" allowOverlap="1" wp14:anchorId="4C186E72" wp14:editId="69C3833D">
            <wp:simplePos x="0" y="0"/>
            <wp:positionH relativeFrom="column">
              <wp:posOffset>0</wp:posOffset>
            </wp:positionH>
            <wp:positionV relativeFrom="page">
              <wp:posOffset>3257550</wp:posOffset>
            </wp:positionV>
            <wp:extent cx="5486400" cy="4394835"/>
            <wp:effectExtent l="0" t="0" r="0" b="5715"/>
            <wp:wrapNone/>
            <wp:docPr id="1848878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878137" name="Picture 1848878137"/>
                    <pic:cNvPicPr/>
                  </pic:nvPicPr>
                  <pic:blipFill>
                    <a:blip r:embed="rId14"/>
                    <a:stretch>
                      <a:fillRect/>
                    </a:stretch>
                  </pic:blipFill>
                  <pic:spPr>
                    <a:xfrm>
                      <a:off x="0" y="0"/>
                      <a:ext cx="5486400" cy="4394835"/>
                    </a:xfrm>
                    <a:prstGeom prst="rect">
                      <a:avLst/>
                    </a:prstGeom>
                  </pic:spPr>
                </pic:pic>
              </a:graphicData>
            </a:graphic>
          </wp:anchor>
        </w:drawing>
      </w:r>
    </w:p>
    <w:p w14:paraId="2C776871" w14:textId="36D9FD26" w:rsidR="00175D38" w:rsidRPr="009658F0" w:rsidRDefault="00A6506A"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63D179F6" wp14:editId="327B936B">
                <wp:simplePos x="0" y="0"/>
                <wp:positionH relativeFrom="column">
                  <wp:posOffset>3346450</wp:posOffset>
                </wp:positionH>
                <wp:positionV relativeFrom="paragraph">
                  <wp:posOffset>1021080</wp:posOffset>
                </wp:positionV>
                <wp:extent cx="1670050" cy="215900"/>
                <wp:effectExtent l="38100" t="38100" r="63500" b="127000"/>
                <wp:wrapNone/>
                <wp:docPr id="396480646" name="Straight Arrow Connector 7"/>
                <wp:cNvGraphicFramePr/>
                <a:graphic xmlns:a="http://schemas.openxmlformats.org/drawingml/2006/main">
                  <a:graphicData uri="http://schemas.microsoft.com/office/word/2010/wordprocessingShape">
                    <wps:wsp>
                      <wps:cNvCnPr/>
                      <wps:spPr>
                        <a:xfrm>
                          <a:off x="0" y="0"/>
                          <a:ext cx="1670050" cy="21590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9DCE204" id="_x0000_t32" coordsize="21600,21600" o:spt="32" o:oned="t" path="m,l21600,21600e" filled="f">
                <v:path arrowok="t" fillok="f" o:connecttype="none"/>
                <o:lock v:ext="edit" shapetype="t"/>
              </v:shapetype>
              <v:shape id="Straight Arrow Connector 7" o:spid="_x0000_s1026" type="#_x0000_t32" style="position:absolute;margin-left:263.5pt;margin-top:80.4pt;width:131.5pt;height:1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" strokecolor="#4f81bd [3204]" strokeweight="2pt">
                <v:stroke endarrow="block"/>
                <v:shadow on="t" color="black" opacity="24903f" origin=",.5" offset="0,.55556mm"/>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87936" behindDoc="0" locked="0" layoutInCell="1" allowOverlap="1" wp14:anchorId="711EF3C3" wp14:editId="39D4D9D8">
                <wp:simplePos x="0" y="0"/>
                <wp:positionH relativeFrom="column">
                  <wp:posOffset>4959350</wp:posOffset>
                </wp:positionH>
                <wp:positionV relativeFrom="paragraph">
                  <wp:posOffset>1021080</wp:posOffset>
                </wp:positionV>
                <wp:extent cx="914400" cy="508000"/>
                <wp:effectExtent l="0" t="0" r="19050" b="25400"/>
                <wp:wrapSquare wrapText="bothSides"/>
                <wp:docPr id="8184710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08000"/>
                        </a:xfrm>
                        <a:prstGeom prst="rect">
                          <a:avLst/>
                        </a:prstGeom>
                        <a:noFill/>
                        <a:ln w="9525">
                          <a:solidFill>
                            <a:srgbClr val="000000"/>
                          </a:solidFill>
                          <a:miter lim="800000"/>
                          <a:headEnd/>
                          <a:tailEnd/>
                        </a:ln>
                      </wps:spPr>
                      <wps:txbx>
                        <w:txbxContent>
                          <w:p w14:paraId="48A83E2F" w14:textId="43207809" w:rsidR="00A6506A" w:rsidRPr="00A6506A" w:rsidRDefault="00A6506A" w:rsidP="00A6506A">
                            <w:pPr>
                              <w:rPr>
                                <w:sz w:val="20"/>
                                <w:szCs w:val="20"/>
                                <w:lang w:val="en-GB"/>
                              </w:rPr>
                            </w:pPr>
                            <w:r>
                              <w:rPr>
                                <w:sz w:val="20"/>
                                <w:szCs w:val="20"/>
                                <w:lang w:val="en-GB"/>
                              </w:rPr>
                              <w:t>Hallowed ground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1EF3C3" id="_x0000_s1038" type="#_x0000_t202" style="position:absolute;margin-left:390.5pt;margin-top:80.4pt;width:1in;height:40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" filled="f">
                <v:textbox>
                  <w:txbxContent>
                    <w:p w14:paraId="48A83E2F" w14:textId="43207809" w:rsidR="00A6506A" w:rsidRPr="00A6506A" w:rsidRDefault="00A6506A" w:rsidP="00A6506A">
                      <w:pPr>
                        <w:rPr>
                          <w:sz w:val="20"/>
                          <w:szCs w:val="20"/>
                          <w:lang w:val="en-GB"/>
                        </w:rPr>
                      </w:pPr>
                      <w:r>
                        <w:rPr>
                          <w:sz w:val="20"/>
                          <w:szCs w:val="20"/>
                          <w:lang w:val="en-GB"/>
                        </w:rPr>
                        <w:t>Hallowed ground</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5DEA0121" wp14:editId="5146462B">
                <wp:simplePos x="0" y="0"/>
                <wp:positionH relativeFrom="column">
                  <wp:posOffset>3702050</wp:posOffset>
                </wp:positionH>
                <wp:positionV relativeFrom="paragraph">
                  <wp:posOffset>1586230</wp:posOffset>
                </wp:positionV>
                <wp:extent cx="1225550" cy="654050"/>
                <wp:effectExtent l="38100" t="19050" r="69850" b="88900"/>
                <wp:wrapNone/>
                <wp:docPr id="499694074" name="Straight Arrow Connector 7"/>
                <wp:cNvGraphicFramePr/>
                <a:graphic xmlns:a="http://schemas.openxmlformats.org/drawingml/2006/main">
                  <a:graphicData uri="http://schemas.microsoft.com/office/word/2010/wordprocessingShape">
                    <wps:wsp>
                      <wps:cNvCnPr/>
                      <wps:spPr>
                        <a:xfrm>
                          <a:off x="0" y="0"/>
                          <a:ext cx="1225550" cy="65405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3B3BD2CA" id="Straight Arrow Connector 7" o:spid="_x0000_s1026" type="#_x0000_t32" style="position:absolute;margin-left:291.5pt;margin-top:124.9pt;width:96.5pt;height:51.5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" strokecolor="#4f81bd [3204]" strokeweight="2pt">
                <v:stroke endarrow="block"/>
                <v:shadow on="t" color="black" opacity="24903f" origin=",.5" offset="0,.55556mm"/>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84864" behindDoc="0" locked="0" layoutInCell="1" allowOverlap="1" wp14:anchorId="5E72696A" wp14:editId="089C5CE5">
                <wp:simplePos x="0" y="0"/>
                <wp:positionH relativeFrom="column">
                  <wp:posOffset>4857750</wp:posOffset>
                </wp:positionH>
                <wp:positionV relativeFrom="paragraph">
                  <wp:posOffset>2113280</wp:posOffset>
                </wp:positionV>
                <wp:extent cx="628650" cy="431800"/>
                <wp:effectExtent l="0" t="0" r="19050" b="25400"/>
                <wp:wrapSquare wrapText="bothSides"/>
                <wp:docPr id="12309597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431800"/>
                        </a:xfrm>
                        <a:prstGeom prst="rect">
                          <a:avLst/>
                        </a:prstGeom>
                        <a:noFill/>
                        <a:ln w="9525">
                          <a:solidFill>
                            <a:srgbClr val="000000"/>
                          </a:solidFill>
                          <a:miter lim="800000"/>
                          <a:headEnd/>
                          <a:tailEnd/>
                        </a:ln>
                      </wps:spPr>
                      <wps:txbx>
                        <w:txbxContent>
                          <w:p w14:paraId="773D11CF" w14:textId="7F1C9D6E" w:rsidR="00A6506A" w:rsidRPr="00A6506A" w:rsidRDefault="00A6506A" w:rsidP="00A6506A">
                            <w:pPr>
                              <w:rPr>
                                <w:sz w:val="20"/>
                                <w:szCs w:val="20"/>
                                <w:lang w:val="en-GB"/>
                              </w:rPr>
                            </w:pPr>
                            <w:r>
                              <w:rPr>
                                <w:sz w:val="20"/>
                                <w:szCs w:val="20"/>
                                <w:lang w:val="en-GB"/>
                              </w:rPr>
                              <w:t>Pit for entrails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2696A" id="_x0000_s1039" type="#_x0000_t202" style="position:absolute;margin-left:382.5pt;margin-top:166.4pt;width:49.5pt;height:34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" filled="f">
                <v:textbox>
                  <w:txbxContent>
                    <w:p w14:paraId="773D11CF" w14:textId="7F1C9D6E" w:rsidR="00A6506A" w:rsidRPr="00A6506A" w:rsidRDefault="00A6506A" w:rsidP="00A6506A">
                      <w:pPr>
                        <w:rPr>
                          <w:sz w:val="20"/>
                          <w:szCs w:val="20"/>
                          <w:lang w:val="en-GB"/>
                        </w:rPr>
                      </w:pPr>
                      <w:r>
                        <w:rPr>
                          <w:sz w:val="20"/>
                          <w:szCs w:val="20"/>
                          <w:lang w:val="en-GB"/>
                        </w:rPr>
                        <w:t>Pit for entrails</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82816" behindDoc="0" locked="0" layoutInCell="1" allowOverlap="1" wp14:anchorId="2BA209A3" wp14:editId="0E2CF89D">
                <wp:simplePos x="0" y="0"/>
                <wp:positionH relativeFrom="column">
                  <wp:posOffset>4705350</wp:posOffset>
                </wp:positionH>
                <wp:positionV relativeFrom="paragraph">
                  <wp:posOffset>3503930</wp:posOffset>
                </wp:positionV>
                <wp:extent cx="946150" cy="628650"/>
                <wp:effectExtent l="0" t="0" r="25400" b="19050"/>
                <wp:wrapSquare wrapText="bothSides"/>
                <wp:docPr id="2081307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0" cy="628650"/>
                        </a:xfrm>
                        <a:prstGeom prst="rect">
                          <a:avLst/>
                        </a:prstGeom>
                        <a:noFill/>
                        <a:ln w="9525">
                          <a:solidFill>
                            <a:srgbClr val="000000"/>
                          </a:solidFill>
                          <a:miter lim="800000"/>
                          <a:headEnd/>
                          <a:tailEnd/>
                        </a:ln>
                      </wps:spPr>
                      <wps:txbx>
                        <w:txbxContent>
                          <w:p w14:paraId="037935B7" w14:textId="02C10089" w:rsidR="00A6506A" w:rsidRPr="00A6506A" w:rsidRDefault="00A6506A" w:rsidP="00A6506A">
                            <w:pPr>
                              <w:rPr>
                                <w:sz w:val="20"/>
                                <w:szCs w:val="20"/>
                                <w:lang w:val="en-GB"/>
                              </w:rPr>
                            </w:pPr>
                            <w:r>
                              <w:rPr>
                                <w:sz w:val="20"/>
                                <w:szCs w:val="20"/>
                                <w:lang w:val="en-GB"/>
                              </w:rPr>
                              <w:t>Down to Parking and Nablus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A209A3" id="_x0000_s1040" type="#_x0000_t202" style="position:absolute;margin-left:370.5pt;margin-top:275.9pt;width:74.5pt;height:49.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" filled="f">
                <v:textbox>
                  <w:txbxContent>
                    <w:p w14:paraId="037935B7" w14:textId="02C10089" w:rsidR="00A6506A" w:rsidRPr="00A6506A" w:rsidRDefault="00A6506A" w:rsidP="00A6506A">
                      <w:pPr>
                        <w:rPr>
                          <w:sz w:val="20"/>
                          <w:szCs w:val="20"/>
                          <w:lang w:val="en-GB"/>
                        </w:rPr>
                      </w:pPr>
                      <w:r>
                        <w:rPr>
                          <w:sz w:val="20"/>
                          <w:szCs w:val="20"/>
                          <w:lang w:val="en-GB"/>
                        </w:rPr>
                        <w:t>Down to Parking and Nablus</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80768" behindDoc="0" locked="0" layoutInCell="1" allowOverlap="1" wp14:anchorId="53D1E5B1" wp14:editId="2769B8D0">
                <wp:simplePos x="0" y="0"/>
                <wp:positionH relativeFrom="column">
                  <wp:posOffset>3606800</wp:posOffset>
                </wp:positionH>
                <wp:positionV relativeFrom="paragraph">
                  <wp:posOffset>3211830</wp:posOffset>
                </wp:positionV>
                <wp:extent cx="869950" cy="292100"/>
                <wp:effectExtent l="0" t="0" r="25400" b="12700"/>
                <wp:wrapSquare wrapText="bothSides"/>
                <wp:docPr id="9284548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292100"/>
                        </a:xfrm>
                        <a:prstGeom prst="rect">
                          <a:avLst/>
                        </a:prstGeom>
                        <a:noFill/>
                        <a:ln w="9525">
                          <a:solidFill>
                            <a:srgbClr val="000000"/>
                          </a:solidFill>
                          <a:miter lim="800000"/>
                          <a:headEnd/>
                          <a:tailEnd/>
                        </a:ln>
                      </wps:spPr>
                      <wps:txbx>
                        <w:txbxContent>
                          <w:p w14:paraId="329955F1" w14:textId="3C64A284" w:rsidR="00A6506A" w:rsidRPr="00A6506A" w:rsidRDefault="00A6506A" w:rsidP="00A6506A">
                            <w:pPr>
                              <w:rPr>
                                <w:sz w:val="20"/>
                                <w:szCs w:val="20"/>
                                <w:lang w:val="en-GB"/>
                              </w:rPr>
                            </w:pPr>
                            <w:r>
                              <w:rPr>
                                <w:sz w:val="20"/>
                                <w:szCs w:val="20"/>
                                <w:lang w:val="en-GB"/>
                              </w:rPr>
                              <w:t>Entrance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D1E5B1" id="_x0000_s1041" type="#_x0000_t202" style="position:absolute;margin-left:284pt;margin-top:252.9pt;width:68.5pt;height:23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" filled="f">
                <v:textbox>
                  <w:txbxContent>
                    <w:p w14:paraId="329955F1" w14:textId="3C64A284" w:rsidR="00A6506A" w:rsidRPr="00A6506A" w:rsidRDefault="00A6506A" w:rsidP="00A6506A">
                      <w:pPr>
                        <w:rPr>
                          <w:sz w:val="20"/>
                          <w:szCs w:val="20"/>
                          <w:lang w:val="en-GB"/>
                        </w:rPr>
                      </w:pPr>
                      <w:r>
                        <w:rPr>
                          <w:sz w:val="20"/>
                          <w:szCs w:val="20"/>
                          <w:lang w:val="en-GB"/>
                        </w:rPr>
                        <w:t>Entrance</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78720" behindDoc="0" locked="0" layoutInCell="1" allowOverlap="1" wp14:anchorId="202FB4BF" wp14:editId="63044B1F">
                <wp:simplePos x="0" y="0"/>
                <wp:positionH relativeFrom="column">
                  <wp:posOffset>2622550</wp:posOffset>
                </wp:positionH>
                <wp:positionV relativeFrom="paragraph">
                  <wp:posOffset>551180</wp:posOffset>
                </wp:positionV>
                <wp:extent cx="869950" cy="406400"/>
                <wp:effectExtent l="0" t="0" r="25400" b="12700"/>
                <wp:wrapSquare wrapText="bothSides"/>
                <wp:docPr id="31373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406400"/>
                        </a:xfrm>
                        <a:prstGeom prst="rect">
                          <a:avLst/>
                        </a:prstGeom>
                        <a:noFill/>
                        <a:ln w="9525">
                          <a:solidFill>
                            <a:srgbClr val="000000"/>
                          </a:solidFill>
                          <a:miter lim="800000"/>
                          <a:headEnd/>
                          <a:tailEnd/>
                        </a:ln>
                      </wps:spPr>
                      <wps:txbx>
                        <w:txbxContent>
                          <w:p w14:paraId="639E6E10" w14:textId="31AE650D" w:rsidR="00A6506A" w:rsidRPr="00A6506A" w:rsidRDefault="00A6506A" w:rsidP="00A6506A">
                            <w:pPr>
                              <w:rPr>
                                <w:sz w:val="20"/>
                                <w:szCs w:val="20"/>
                                <w:lang w:val="en-GB"/>
                              </w:rPr>
                            </w:pPr>
                            <w:r>
                              <w:rPr>
                                <w:sz w:val="20"/>
                                <w:szCs w:val="20"/>
                                <w:lang w:val="en-GB"/>
                              </w:rPr>
                              <w:t>1</w:t>
                            </w:r>
                            <w:r w:rsidRPr="00A6506A">
                              <w:rPr>
                                <w:sz w:val="20"/>
                                <w:szCs w:val="20"/>
                                <w:vertAlign w:val="superscript"/>
                                <w:lang w:val="en-GB"/>
                              </w:rPr>
                              <w:t>st</w:t>
                            </w:r>
                            <w:r>
                              <w:rPr>
                                <w:sz w:val="20"/>
                                <w:szCs w:val="20"/>
                                <w:lang w:val="en-GB"/>
                              </w:rPr>
                              <w:t xml:space="preserve"> area of sheep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FB4BF" id="_x0000_s1042" type="#_x0000_t202" style="position:absolute;margin-left:206.5pt;margin-top:43.4pt;width:68.5pt;height:32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" filled="f">
                <v:textbox>
                  <w:txbxContent>
                    <w:p w14:paraId="639E6E10" w14:textId="31AE650D" w:rsidR="00A6506A" w:rsidRPr="00A6506A" w:rsidRDefault="00A6506A" w:rsidP="00A6506A">
                      <w:pPr>
                        <w:rPr>
                          <w:sz w:val="20"/>
                          <w:szCs w:val="20"/>
                          <w:lang w:val="en-GB"/>
                        </w:rPr>
                      </w:pPr>
                      <w:r>
                        <w:rPr>
                          <w:sz w:val="20"/>
                          <w:szCs w:val="20"/>
                          <w:lang w:val="en-GB"/>
                        </w:rPr>
                        <w:t>1</w:t>
                      </w:r>
                      <w:r w:rsidRPr="00A6506A">
                        <w:rPr>
                          <w:sz w:val="20"/>
                          <w:szCs w:val="20"/>
                          <w:vertAlign w:val="superscript"/>
                          <w:lang w:val="en-GB"/>
                        </w:rPr>
                        <w:t>st</w:t>
                      </w:r>
                      <w:r>
                        <w:rPr>
                          <w:sz w:val="20"/>
                          <w:szCs w:val="20"/>
                          <w:lang w:val="en-GB"/>
                        </w:rPr>
                        <w:t xml:space="preserve"> area of sheep</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76672" behindDoc="0" locked="0" layoutInCell="1" allowOverlap="1" wp14:anchorId="0BC5AB6B" wp14:editId="7C147326">
                <wp:simplePos x="0" y="0"/>
                <wp:positionH relativeFrom="column">
                  <wp:posOffset>2063750</wp:posOffset>
                </wp:positionH>
                <wp:positionV relativeFrom="paragraph">
                  <wp:posOffset>1408430</wp:posOffset>
                </wp:positionV>
                <wp:extent cx="869950" cy="406400"/>
                <wp:effectExtent l="0" t="0" r="25400" b="12700"/>
                <wp:wrapSquare wrapText="bothSides"/>
                <wp:docPr id="1005657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406400"/>
                        </a:xfrm>
                        <a:prstGeom prst="rect">
                          <a:avLst/>
                        </a:prstGeom>
                        <a:noFill/>
                        <a:ln w="9525">
                          <a:solidFill>
                            <a:srgbClr val="000000"/>
                          </a:solidFill>
                          <a:miter lim="800000"/>
                          <a:headEnd/>
                          <a:tailEnd/>
                        </a:ln>
                      </wps:spPr>
                      <wps:txbx>
                        <w:txbxContent>
                          <w:p w14:paraId="28445063" w14:textId="3B7BBFC7" w:rsidR="00A6506A" w:rsidRPr="00A6506A" w:rsidRDefault="00A6506A" w:rsidP="00A6506A">
                            <w:pPr>
                              <w:rPr>
                                <w:sz w:val="20"/>
                                <w:szCs w:val="20"/>
                                <w:lang w:val="en-GB"/>
                              </w:rPr>
                            </w:pPr>
                            <w:r>
                              <w:rPr>
                                <w:sz w:val="20"/>
                                <w:szCs w:val="20"/>
                                <w:lang w:val="en-GB"/>
                              </w:rPr>
                              <w:t>slaughter place</w:t>
                            </w:r>
                            <w:r w:rsidRPr="00A6506A">
                              <w:rPr>
                                <w:noProof/>
                                <w:sz w:val="20"/>
                                <w:szCs w:val="20"/>
                                <w:lang w:val="en-GB"/>
                              </w:rPr>
                              <w:drawing>
                                <wp:inline distT="0" distB="0" distL="0" distR="0" wp14:anchorId="24946740" wp14:editId="76126A0F">
                                  <wp:extent cx="654050" cy="306070"/>
                                  <wp:effectExtent l="0" t="0" r="0" b="0"/>
                                  <wp:docPr id="9034705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4050" cy="3060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5AB6B" id="_x0000_s1043" type="#_x0000_t202" style="position:absolute;margin-left:162.5pt;margin-top:110.9pt;width:68.5pt;height:32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" filled="f">
                <v:textbox>
                  <w:txbxContent>
                    <w:p w14:paraId="28445063" w14:textId="3B7BBFC7" w:rsidR="00A6506A" w:rsidRPr="00A6506A" w:rsidRDefault="00A6506A" w:rsidP="00A6506A">
                      <w:pPr>
                        <w:rPr>
                          <w:sz w:val="20"/>
                          <w:szCs w:val="20"/>
                          <w:lang w:val="en-GB"/>
                        </w:rPr>
                      </w:pPr>
                      <w:r>
                        <w:rPr>
                          <w:sz w:val="20"/>
                          <w:szCs w:val="20"/>
                          <w:lang w:val="en-GB"/>
                        </w:rPr>
                        <w:t>slaughter place</w:t>
                      </w:r>
                      <w:r w:rsidRPr="00A6506A">
                        <w:rPr>
                          <w:noProof/>
                          <w:sz w:val="20"/>
                          <w:szCs w:val="20"/>
                          <w:lang w:val="en-GB"/>
                        </w:rPr>
                        <w:drawing>
                          <wp:inline distT="0" distB="0" distL="0" distR="0" wp14:anchorId="24946740" wp14:editId="76126A0F">
                            <wp:extent cx="654050" cy="306070"/>
                            <wp:effectExtent l="0" t="0" r="0" b="0"/>
                            <wp:docPr id="9034705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4050" cy="306070"/>
                                    </a:xfrm>
                                    <a:prstGeom prst="rect">
                                      <a:avLst/>
                                    </a:prstGeom>
                                    <a:noFill/>
                                    <a:ln>
                                      <a:noFill/>
                                    </a:ln>
                                  </pic:spPr>
                                </pic:pic>
                              </a:graphicData>
                            </a:graphic>
                          </wp:inline>
                        </w:drawing>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74624" behindDoc="0" locked="0" layoutInCell="1" allowOverlap="1" wp14:anchorId="3BB79688" wp14:editId="4BACA192">
                <wp:simplePos x="0" y="0"/>
                <wp:positionH relativeFrom="column">
                  <wp:posOffset>1981200</wp:posOffset>
                </wp:positionH>
                <wp:positionV relativeFrom="paragraph">
                  <wp:posOffset>2621280</wp:posOffset>
                </wp:positionV>
                <wp:extent cx="869950" cy="406400"/>
                <wp:effectExtent l="0" t="0" r="25400" b="12700"/>
                <wp:wrapSquare wrapText="bothSides"/>
                <wp:docPr id="11285289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406400"/>
                        </a:xfrm>
                        <a:prstGeom prst="rect">
                          <a:avLst/>
                        </a:prstGeom>
                        <a:noFill/>
                        <a:ln w="9525">
                          <a:solidFill>
                            <a:srgbClr val="000000"/>
                          </a:solidFill>
                          <a:miter lim="800000"/>
                          <a:headEnd/>
                          <a:tailEnd/>
                        </a:ln>
                      </wps:spPr>
                      <wps:txbx>
                        <w:txbxContent>
                          <w:p w14:paraId="739D9A64" w14:textId="440BCD0B" w:rsidR="00A6506A" w:rsidRPr="00A6506A" w:rsidRDefault="00A6506A" w:rsidP="00A6506A">
                            <w:pPr>
                              <w:rPr>
                                <w:sz w:val="20"/>
                                <w:szCs w:val="20"/>
                                <w:lang w:val="en-GB"/>
                              </w:rPr>
                            </w:pPr>
                            <w:r>
                              <w:rPr>
                                <w:sz w:val="20"/>
                                <w:szCs w:val="20"/>
                                <w:lang w:val="en-GB"/>
                              </w:rPr>
                              <w:t>women &amp; children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79688" id="_x0000_s1044" type="#_x0000_t202" style="position:absolute;margin-left:156pt;margin-top:206.4pt;width:68.5pt;height:32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" filled="f">
                <v:textbox>
                  <w:txbxContent>
                    <w:p w14:paraId="739D9A64" w14:textId="440BCD0B" w:rsidR="00A6506A" w:rsidRPr="00A6506A" w:rsidRDefault="00A6506A" w:rsidP="00A6506A">
                      <w:pPr>
                        <w:rPr>
                          <w:sz w:val="20"/>
                          <w:szCs w:val="20"/>
                          <w:lang w:val="en-GB"/>
                        </w:rPr>
                      </w:pPr>
                      <w:r>
                        <w:rPr>
                          <w:sz w:val="20"/>
                          <w:szCs w:val="20"/>
                          <w:lang w:val="en-GB"/>
                        </w:rPr>
                        <w:t>women &amp; children</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72576" behindDoc="0" locked="0" layoutInCell="1" allowOverlap="1" wp14:anchorId="48D1C507" wp14:editId="47400388">
                <wp:simplePos x="0" y="0"/>
                <wp:positionH relativeFrom="column">
                  <wp:posOffset>1111250</wp:posOffset>
                </wp:positionH>
                <wp:positionV relativeFrom="paragraph">
                  <wp:posOffset>3434080</wp:posOffset>
                </wp:positionV>
                <wp:extent cx="723900" cy="469900"/>
                <wp:effectExtent l="0" t="0" r="19050" b="25400"/>
                <wp:wrapSquare wrapText="bothSides"/>
                <wp:docPr id="11652067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469900"/>
                        </a:xfrm>
                        <a:prstGeom prst="rect">
                          <a:avLst/>
                        </a:prstGeom>
                        <a:noFill/>
                        <a:ln w="9525">
                          <a:solidFill>
                            <a:srgbClr val="000000"/>
                          </a:solidFill>
                          <a:miter lim="800000"/>
                          <a:headEnd/>
                          <a:tailEnd/>
                        </a:ln>
                      </wps:spPr>
                      <wps:txbx>
                        <w:txbxContent>
                          <w:p w14:paraId="6873FA79" w14:textId="7EFCCA12" w:rsidR="00A6506A" w:rsidRPr="00A6506A" w:rsidRDefault="00A6506A" w:rsidP="00A6506A">
                            <w:pPr>
                              <w:rPr>
                                <w:sz w:val="20"/>
                                <w:szCs w:val="20"/>
                                <w:lang w:val="en-GB"/>
                              </w:rPr>
                            </w:pPr>
                            <w:r>
                              <w:rPr>
                                <w:sz w:val="20"/>
                                <w:szCs w:val="20"/>
                                <w:lang w:val="en-GB"/>
                              </w:rPr>
                              <w:t>women’s house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D1C507" id="_x0000_s1045" type="#_x0000_t202" style="position:absolute;margin-left:87.5pt;margin-top:270.4pt;width:57pt;height:37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" filled="f">
                <v:textbox>
                  <w:txbxContent>
                    <w:p w14:paraId="6873FA79" w14:textId="7EFCCA12" w:rsidR="00A6506A" w:rsidRPr="00A6506A" w:rsidRDefault="00A6506A" w:rsidP="00A6506A">
                      <w:pPr>
                        <w:rPr>
                          <w:sz w:val="20"/>
                          <w:szCs w:val="20"/>
                          <w:lang w:val="en-GB"/>
                        </w:rPr>
                      </w:pPr>
                      <w:r>
                        <w:rPr>
                          <w:sz w:val="20"/>
                          <w:szCs w:val="20"/>
                          <w:lang w:val="en-GB"/>
                        </w:rPr>
                        <w:t>women’s house</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59264" behindDoc="0" locked="0" layoutInCell="1" allowOverlap="1" wp14:anchorId="4605EC98" wp14:editId="35F94317">
                <wp:simplePos x="0" y="0"/>
                <wp:positionH relativeFrom="column">
                  <wp:posOffset>546100</wp:posOffset>
                </wp:positionH>
                <wp:positionV relativeFrom="paragraph">
                  <wp:posOffset>2208530</wp:posOffset>
                </wp:positionV>
                <wp:extent cx="723900" cy="469900"/>
                <wp:effectExtent l="0" t="0" r="1905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469900"/>
                        </a:xfrm>
                        <a:prstGeom prst="rect">
                          <a:avLst/>
                        </a:prstGeom>
                        <a:noFill/>
                        <a:ln w="9525">
                          <a:solidFill>
                            <a:srgbClr val="000000"/>
                          </a:solidFill>
                          <a:miter lim="800000"/>
                          <a:headEnd/>
                          <a:tailEnd/>
                        </a:ln>
                      </wps:spPr>
                      <wps:txbx>
                        <w:txbxContent>
                          <w:p w14:paraId="655AC0E5" w14:textId="493CAACD" w:rsidR="00175D38" w:rsidRPr="00A6506A" w:rsidRDefault="00175D38">
                            <w:pPr>
                              <w:rPr>
                                <w:sz w:val="20"/>
                                <w:szCs w:val="20"/>
                                <w:lang w:val="en-GB"/>
                              </w:rPr>
                            </w:pPr>
                            <w:r w:rsidRPr="00A6506A">
                              <w:rPr>
                                <w:sz w:val="20"/>
                                <w:szCs w:val="20"/>
                                <w:lang w:val="en-GB"/>
                              </w:rPr>
                              <w:t>up hill to shrine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5EC98" id="_x0000_s1046" type="#_x0000_t202" style="position:absolute;margin-left:43pt;margin-top:173.9pt;width:57pt;height:37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" filled="f">
                <v:textbox>
                  <w:txbxContent>
                    <w:p w14:paraId="655AC0E5" w14:textId="493CAACD" w:rsidR="00175D38" w:rsidRPr="00A6506A" w:rsidRDefault="00175D38">
                      <w:pPr>
                        <w:rPr>
                          <w:sz w:val="20"/>
                          <w:szCs w:val="20"/>
                          <w:lang w:val="en-GB"/>
                        </w:rPr>
                      </w:pPr>
                      <w:r w:rsidRPr="00A6506A">
                        <w:rPr>
                          <w:sz w:val="20"/>
                          <w:szCs w:val="20"/>
                          <w:lang w:val="en-GB"/>
                        </w:rPr>
                        <w:t>up hill to shrine</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70528" behindDoc="0" locked="0" layoutInCell="1" allowOverlap="1" wp14:anchorId="7F700D80" wp14:editId="41103366">
                <wp:simplePos x="0" y="0"/>
                <wp:positionH relativeFrom="column">
                  <wp:posOffset>1784350</wp:posOffset>
                </wp:positionH>
                <wp:positionV relativeFrom="paragraph">
                  <wp:posOffset>208280</wp:posOffset>
                </wp:positionV>
                <wp:extent cx="869950" cy="457200"/>
                <wp:effectExtent l="0" t="0" r="25400" b="19050"/>
                <wp:wrapSquare wrapText="bothSides"/>
                <wp:docPr id="323772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457200"/>
                        </a:xfrm>
                        <a:prstGeom prst="rect">
                          <a:avLst/>
                        </a:prstGeom>
                        <a:noFill/>
                        <a:ln w="9525">
                          <a:solidFill>
                            <a:srgbClr val="000000"/>
                          </a:solidFill>
                          <a:miter lim="800000"/>
                          <a:headEnd/>
                          <a:tailEnd/>
                        </a:ln>
                      </wps:spPr>
                      <wps:txbx>
                        <w:txbxContent>
                          <w:p w14:paraId="529AD3FB" w14:textId="2D1FF138" w:rsidR="00A6506A" w:rsidRPr="00A6506A" w:rsidRDefault="00A6506A" w:rsidP="00A6506A">
                            <w:pPr>
                              <w:rPr>
                                <w:sz w:val="20"/>
                                <w:szCs w:val="20"/>
                                <w:lang w:val="en-GB"/>
                              </w:rPr>
                            </w:pPr>
                            <w:r w:rsidRPr="00A6506A">
                              <w:rPr>
                                <w:sz w:val="20"/>
                                <w:szCs w:val="20"/>
                                <w:lang w:val="en-GB"/>
                              </w:rPr>
                              <w:t>High Priest in Green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00D80" id="_x0000_s1047" type="#_x0000_t202" style="position:absolute;margin-left:140.5pt;margin-top:16.4pt;width:68.5pt;height:36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" filled="f">
                <v:textbox>
                  <w:txbxContent>
                    <w:p w14:paraId="529AD3FB" w14:textId="2D1FF138" w:rsidR="00A6506A" w:rsidRPr="00A6506A" w:rsidRDefault="00A6506A" w:rsidP="00A6506A">
                      <w:pPr>
                        <w:rPr>
                          <w:sz w:val="20"/>
                          <w:szCs w:val="20"/>
                          <w:lang w:val="en-GB"/>
                        </w:rPr>
                      </w:pPr>
                      <w:r w:rsidRPr="00A6506A">
                        <w:rPr>
                          <w:sz w:val="20"/>
                          <w:szCs w:val="20"/>
                          <w:lang w:val="en-GB"/>
                        </w:rPr>
                        <w:t>High Priest in Green</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66432" behindDoc="0" locked="0" layoutInCell="1" allowOverlap="1" wp14:anchorId="2D6F2281" wp14:editId="759D6DBB">
                <wp:simplePos x="0" y="0"/>
                <wp:positionH relativeFrom="column">
                  <wp:posOffset>4959350</wp:posOffset>
                </wp:positionH>
                <wp:positionV relativeFrom="paragraph">
                  <wp:posOffset>1586230</wp:posOffset>
                </wp:positionV>
                <wp:extent cx="869950" cy="292100"/>
                <wp:effectExtent l="0" t="0" r="25400" b="12700"/>
                <wp:wrapSquare wrapText="bothSides"/>
                <wp:docPr id="2666057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292100"/>
                        </a:xfrm>
                        <a:prstGeom prst="rect">
                          <a:avLst/>
                        </a:prstGeom>
                        <a:noFill/>
                        <a:ln w="9525">
                          <a:solidFill>
                            <a:srgbClr val="000000"/>
                          </a:solidFill>
                          <a:miter lim="800000"/>
                          <a:headEnd/>
                          <a:tailEnd/>
                        </a:ln>
                      </wps:spPr>
                      <wps:txbx>
                        <w:txbxContent>
                          <w:p w14:paraId="1BDC605E" w14:textId="77777777" w:rsidR="00175D38" w:rsidRPr="00A6506A" w:rsidRDefault="00175D38" w:rsidP="00175D38">
                            <w:pPr>
                              <w:rPr>
                                <w:sz w:val="20"/>
                                <w:szCs w:val="20"/>
                                <w:lang w:val="en-GB"/>
                              </w:rPr>
                            </w:pPr>
                            <w:r w:rsidRPr="00A6506A">
                              <w:rPr>
                                <w:sz w:val="20"/>
                                <w:szCs w:val="20"/>
                                <w:lang w:val="en-GB"/>
                              </w:rPr>
                              <w:t>Bleachers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6F2281" id="_x0000_s1048" type="#_x0000_t202" style="position:absolute;margin-left:390.5pt;margin-top:124.9pt;width:68.5pt;height:23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" filled="f">
                <v:textbox>
                  <w:txbxContent>
                    <w:p w14:paraId="1BDC605E" w14:textId="77777777" w:rsidR="00175D38" w:rsidRPr="00A6506A" w:rsidRDefault="00175D38" w:rsidP="00175D38">
                      <w:pPr>
                        <w:rPr>
                          <w:sz w:val="20"/>
                          <w:szCs w:val="20"/>
                          <w:lang w:val="en-GB"/>
                        </w:rPr>
                      </w:pPr>
                      <w:r w:rsidRPr="00A6506A">
                        <w:rPr>
                          <w:sz w:val="20"/>
                          <w:szCs w:val="20"/>
                          <w:lang w:val="en-GB"/>
                        </w:rPr>
                        <w:t>Bleachers</w:t>
                      </w:r>
                    </w:p>
                  </w:txbxContent>
                </v:textbox>
                <w10:wrap type="square"/>
              </v:shape>
            </w:pict>
          </mc:Fallback>
        </mc:AlternateContent>
      </w:r>
      <w:r w:rsidR="00175D38"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68480" behindDoc="0" locked="0" layoutInCell="1" allowOverlap="1" wp14:anchorId="53A58959" wp14:editId="28FABF9D">
                <wp:simplePos x="0" y="0"/>
                <wp:positionH relativeFrom="column">
                  <wp:posOffset>4927600</wp:posOffset>
                </wp:positionH>
                <wp:positionV relativeFrom="paragraph">
                  <wp:posOffset>430530</wp:posOffset>
                </wp:positionV>
                <wp:extent cx="869950" cy="292100"/>
                <wp:effectExtent l="0" t="0" r="25400" b="12700"/>
                <wp:wrapSquare wrapText="bothSides"/>
                <wp:docPr id="8912367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292100"/>
                        </a:xfrm>
                        <a:prstGeom prst="rect">
                          <a:avLst/>
                        </a:prstGeom>
                        <a:noFill/>
                        <a:ln w="9525">
                          <a:solidFill>
                            <a:srgbClr val="000000"/>
                          </a:solidFill>
                          <a:miter lim="800000"/>
                          <a:headEnd/>
                          <a:tailEnd/>
                        </a:ln>
                      </wps:spPr>
                      <wps:txbx>
                        <w:txbxContent>
                          <w:p w14:paraId="7CFECC90" w14:textId="77777777" w:rsidR="00175D38" w:rsidRPr="00A6506A" w:rsidRDefault="00175D38" w:rsidP="00175D38">
                            <w:pPr>
                              <w:rPr>
                                <w:sz w:val="20"/>
                                <w:szCs w:val="20"/>
                                <w:lang w:val="en-GB"/>
                              </w:rPr>
                            </w:pPr>
                            <w:r w:rsidRPr="00A6506A">
                              <w:rPr>
                                <w:sz w:val="20"/>
                                <w:szCs w:val="20"/>
                                <w:lang w:val="en-GB"/>
                              </w:rPr>
                              <w:t>Bleachers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A58959" id="_x0000_s1049" type="#_x0000_t202" style="position:absolute;margin-left:388pt;margin-top:33.9pt;width:68.5pt;height:23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" filled="f">
                <v:textbox>
                  <w:txbxContent>
                    <w:p w14:paraId="7CFECC90" w14:textId="77777777" w:rsidR="00175D38" w:rsidRPr="00A6506A" w:rsidRDefault="00175D38" w:rsidP="00175D38">
                      <w:pPr>
                        <w:rPr>
                          <w:sz w:val="20"/>
                          <w:szCs w:val="20"/>
                          <w:lang w:val="en-GB"/>
                        </w:rPr>
                      </w:pPr>
                      <w:r w:rsidRPr="00A6506A">
                        <w:rPr>
                          <w:sz w:val="20"/>
                          <w:szCs w:val="20"/>
                          <w:lang w:val="en-GB"/>
                        </w:rPr>
                        <w:t>Bleachers</w:t>
                      </w:r>
                    </w:p>
                  </w:txbxContent>
                </v:textbox>
                <w10:wrap type="square"/>
              </v:shape>
            </w:pict>
          </mc:Fallback>
        </mc:AlternateContent>
      </w:r>
      <w:r w:rsidR="00175D38"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64384" behindDoc="0" locked="0" layoutInCell="1" allowOverlap="1" wp14:anchorId="25DD9959" wp14:editId="34297838">
                <wp:simplePos x="0" y="0"/>
                <wp:positionH relativeFrom="column">
                  <wp:posOffset>1111250</wp:posOffset>
                </wp:positionH>
                <wp:positionV relativeFrom="paragraph">
                  <wp:posOffset>1236980</wp:posOffset>
                </wp:positionV>
                <wp:extent cx="869950" cy="292100"/>
                <wp:effectExtent l="0" t="0" r="25400" b="12700"/>
                <wp:wrapSquare wrapText="bothSides"/>
                <wp:docPr id="908788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292100"/>
                        </a:xfrm>
                        <a:prstGeom prst="rect">
                          <a:avLst/>
                        </a:prstGeom>
                        <a:noFill/>
                        <a:ln w="9525">
                          <a:solidFill>
                            <a:srgbClr val="000000"/>
                          </a:solidFill>
                          <a:miter lim="800000"/>
                          <a:headEnd/>
                          <a:tailEnd/>
                        </a:ln>
                      </wps:spPr>
                      <wps:txbx>
                        <w:txbxContent>
                          <w:p w14:paraId="1033F90D" w14:textId="2AA317A8" w:rsidR="00175D38" w:rsidRPr="00A6506A" w:rsidRDefault="00175D38" w:rsidP="00175D38">
                            <w:pPr>
                              <w:rPr>
                                <w:sz w:val="20"/>
                                <w:szCs w:val="20"/>
                                <w:lang w:val="en-GB"/>
                              </w:rPr>
                            </w:pPr>
                            <w:r w:rsidRPr="00A6506A">
                              <w:rPr>
                                <w:sz w:val="20"/>
                                <w:szCs w:val="20"/>
                                <w:lang w:val="en-GB"/>
                              </w:rPr>
                              <w:t>Bleachers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D9959" id="_x0000_s1050" type="#_x0000_t202" style="position:absolute;margin-left:87.5pt;margin-top:97.4pt;width:68.5pt;height:23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" filled="f">
                <v:textbox>
                  <w:txbxContent>
                    <w:p w14:paraId="1033F90D" w14:textId="2AA317A8" w:rsidR="00175D38" w:rsidRPr="00A6506A" w:rsidRDefault="00175D38" w:rsidP="00175D38">
                      <w:pPr>
                        <w:rPr>
                          <w:sz w:val="20"/>
                          <w:szCs w:val="20"/>
                          <w:lang w:val="en-GB"/>
                        </w:rPr>
                      </w:pPr>
                      <w:r w:rsidRPr="00A6506A">
                        <w:rPr>
                          <w:sz w:val="20"/>
                          <w:szCs w:val="20"/>
                          <w:lang w:val="en-GB"/>
                        </w:rPr>
                        <w:t>Bleachers</w:t>
                      </w:r>
                    </w:p>
                  </w:txbxContent>
                </v:textbox>
                <w10:wrap type="square"/>
              </v:shape>
            </w:pict>
          </mc:Fallback>
        </mc:AlternateContent>
      </w:r>
      <w:r w:rsidR="00175D38"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62336" behindDoc="0" locked="0" layoutInCell="1" allowOverlap="1" wp14:anchorId="3CEBFF60" wp14:editId="0D849EDF">
                <wp:simplePos x="0" y="0"/>
                <wp:positionH relativeFrom="column">
                  <wp:posOffset>-438150</wp:posOffset>
                </wp:positionH>
                <wp:positionV relativeFrom="paragraph">
                  <wp:posOffset>259080</wp:posOffset>
                </wp:positionV>
                <wp:extent cx="704850" cy="685800"/>
                <wp:effectExtent l="0" t="0" r="19050" b="19050"/>
                <wp:wrapSquare wrapText="bothSides"/>
                <wp:docPr id="16627209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685800"/>
                        </a:xfrm>
                        <a:prstGeom prst="rect">
                          <a:avLst/>
                        </a:prstGeom>
                        <a:noFill/>
                        <a:ln w="9525">
                          <a:solidFill>
                            <a:srgbClr val="000000"/>
                          </a:solidFill>
                          <a:miter lim="800000"/>
                          <a:headEnd/>
                          <a:tailEnd/>
                        </a:ln>
                      </wps:spPr>
                      <wps:txbx>
                        <w:txbxContent>
                          <w:p w14:paraId="749BD28E" w14:textId="3BDB0870" w:rsidR="00175D38" w:rsidRPr="00A6506A" w:rsidRDefault="00175D38" w:rsidP="00175D38">
                            <w:pPr>
                              <w:rPr>
                                <w:sz w:val="20"/>
                                <w:szCs w:val="20"/>
                                <w:lang w:val="en-GB"/>
                              </w:rPr>
                            </w:pPr>
                            <w:r w:rsidRPr="00A6506A">
                              <w:rPr>
                                <w:sz w:val="20"/>
                                <w:szCs w:val="20"/>
                                <w:lang w:val="en-GB"/>
                              </w:rPr>
                              <w:t>High priest’s house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BFF60" id="_x0000_s1051" type="#_x0000_t202" style="position:absolute;margin-left:-34.5pt;margin-top:20.4pt;width:55.5pt;height:54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" filled="f">
                <v:textbox>
                  <w:txbxContent>
                    <w:p w14:paraId="749BD28E" w14:textId="3BDB0870" w:rsidR="00175D38" w:rsidRPr="00A6506A" w:rsidRDefault="00175D38" w:rsidP="00175D38">
                      <w:pPr>
                        <w:rPr>
                          <w:sz w:val="20"/>
                          <w:szCs w:val="20"/>
                          <w:lang w:val="en-GB"/>
                        </w:rPr>
                      </w:pPr>
                      <w:r w:rsidRPr="00A6506A">
                        <w:rPr>
                          <w:sz w:val="20"/>
                          <w:szCs w:val="20"/>
                          <w:lang w:val="en-GB"/>
                        </w:rPr>
                        <w:t>High priest’s house</w:t>
                      </w:r>
                    </w:p>
                  </w:txbxContent>
                </v:textbox>
                <w10:wrap type="square"/>
              </v:shape>
            </w:pict>
          </mc:Fallback>
        </mc:AlternateContent>
      </w:r>
    </w:p>
    <w:p w14:paraId="1F39D2FC" w14:textId="77777777" w:rsidR="00A6506A" w:rsidRPr="009658F0" w:rsidRDefault="00A6506A" w:rsidP="006C1960">
      <w:pPr>
        <w:spacing w:line="360" w:lineRule="auto"/>
        <w:rPr>
          <w:rFonts w:ascii="Times New Roman" w:eastAsia="Times New Roman" w:hAnsi="Times New Roman" w:cs="Times New Roman"/>
          <w:sz w:val="24"/>
          <w:szCs w:val="24"/>
        </w:rPr>
      </w:pPr>
    </w:p>
    <w:p w14:paraId="5D90C86F" w14:textId="77777777" w:rsidR="00A6506A" w:rsidRPr="009658F0" w:rsidRDefault="00A6506A" w:rsidP="006C1960">
      <w:pPr>
        <w:spacing w:line="360" w:lineRule="auto"/>
        <w:rPr>
          <w:rFonts w:ascii="Times New Roman" w:eastAsia="Times New Roman" w:hAnsi="Times New Roman" w:cs="Times New Roman"/>
          <w:sz w:val="24"/>
          <w:szCs w:val="24"/>
        </w:rPr>
      </w:pPr>
    </w:p>
    <w:p w14:paraId="6B68C42E" w14:textId="77777777" w:rsidR="00A6506A" w:rsidRPr="009658F0" w:rsidRDefault="00A6506A" w:rsidP="006C1960">
      <w:pPr>
        <w:spacing w:line="360" w:lineRule="auto"/>
        <w:rPr>
          <w:rFonts w:ascii="Times New Roman" w:eastAsia="Times New Roman" w:hAnsi="Times New Roman" w:cs="Times New Roman"/>
          <w:sz w:val="24"/>
          <w:szCs w:val="24"/>
        </w:rPr>
      </w:pPr>
    </w:p>
    <w:p w14:paraId="4E2F26A7" w14:textId="77777777" w:rsidR="00A6506A" w:rsidRPr="009658F0" w:rsidRDefault="00A6506A" w:rsidP="006C1960">
      <w:pPr>
        <w:spacing w:line="360" w:lineRule="auto"/>
        <w:rPr>
          <w:rFonts w:ascii="Times New Roman" w:eastAsia="Times New Roman" w:hAnsi="Times New Roman" w:cs="Times New Roman"/>
          <w:sz w:val="24"/>
          <w:szCs w:val="24"/>
        </w:rPr>
      </w:pPr>
    </w:p>
    <w:p w14:paraId="23831F69" w14:textId="77777777" w:rsidR="00A6506A" w:rsidRPr="009658F0" w:rsidRDefault="00A6506A" w:rsidP="006C1960">
      <w:pPr>
        <w:spacing w:line="360" w:lineRule="auto"/>
        <w:rPr>
          <w:rFonts w:ascii="Times New Roman" w:eastAsia="Times New Roman" w:hAnsi="Times New Roman" w:cs="Times New Roman"/>
          <w:sz w:val="24"/>
          <w:szCs w:val="24"/>
        </w:rPr>
      </w:pPr>
    </w:p>
    <w:p w14:paraId="7E4AC09D" w14:textId="77777777" w:rsidR="00A6506A" w:rsidRPr="009658F0" w:rsidRDefault="00A6506A" w:rsidP="006C1960">
      <w:pPr>
        <w:spacing w:line="360" w:lineRule="auto"/>
        <w:rPr>
          <w:rFonts w:ascii="Times New Roman" w:eastAsia="Times New Roman" w:hAnsi="Times New Roman" w:cs="Times New Roman"/>
          <w:sz w:val="24"/>
          <w:szCs w:val="24"/>
        </w:rPr>
      </w:pPr>
    </w:p>
    <w:p w14:paraId="7B62C614" w14:textId="77777777" w:rsidR="00A6506A" w:rsidRPr="009658F0" w:rsidRDefault="00A6506A" w:rsidP="006C1960">
      <w:pPr>
        <w:spacing w:line="360" w:lineRule="auto"/>
        <w:rPr>
          <w:rFonts w:ascii="Times New Roman" w:eastAsia="Times New Roman" w:hAnsi="Times New Roman" w:cs="Times New Roman"/>
          <w:sz w:val="24"/>
          <w:szCs w:val="24"/>
        </w:rPr>
      </w:pPr>
    </w:p>
    <w:p w14:paraId="537329B8" w14:textId="77777777" w:rsidR="00A6506A" w:rsidRPr="009658F0" w:rsidRDefault="00A6506A" w:rsidP="006C1960">
      <w:pPr>
        <w:spacing w:line="360" w:lineRule="auto"/>
        <w:rPr>
          <w:rFonts w:ascii="Times New Roman" w:eastAsia="Times New Roman" w:hAnsi="Times New Roman" w:cs="Times New Roman"/>
          <w:sz w:val="24"/>
          <w:szCs w:val="24"/>
        </w:rPr>
      </w:pPr>
    </w:p>
    <w:p w14:paraId="1E73EB5F" w14:textId="77777777" w:rsidR="00A6506A" w:rsidRPr="009658F0" w:rsidRDefault="00A6506A" w:rsidP="006C1960">
      <w:pPr>
        <w:spacing w:line="360" w:lineRule="auto"/>
        <w:rPr>
          <w:rFonts w:ascii="Times New Roman" w:eastAsia="Times New Roman" w:hAnsi="Times New Roman" w:cs="Times New Roman"/>
          <w:sz w:val="24"/>
          <w:szCs w:val="24"/>
        </w:rPr>
      </w:pPr>
    </w:p>
    <w:p w14:paraId="4A114261" w14:textId="77777777" w:rsidR="00A6506A" w:rsidRPr="009658F0" w:rsidRDefault="00A6506A" w:rsidP="006C1960">
      <w:pPr>
        <w:spacing w:line="360" w:lineRule="auto"/>
        <w:rPr>
          <w:rFonts w:ascii="Times New Roman" w:eastAsia="Times New Roman" w:hAnsi="Times New Roman" w:cs="Times New Roman"/>
          <w:sz w:val="24"/>
          <w:szCs w:val="24"/>
        </w:rPr>
      </w:pPr>
    </w:p>
    <w:p w14:paraId="26B6C88E" w14:textId="77777777" w:rsidR="00A6506A" w:rsidRPr="009658F0" w:rsidRDefault="00A6506A" w:rsidP="006C1960">
      <w:pPr>
        <w:spacing w:line="360" w:lineRule="auto"/>
        <w:rPr>
          <w:rFonts w:ascii="Times New Roman" w:eastAsia="Times New Roman" w:hAnsi="Times New Roman" w:cs="Times New Roman"/>
          <w:sz w:val="24"/>
          <w:szCs w:val="24"/>
        </w:rPr>
      </w:pPr>
    </w:p>
    <w:p w14:paraId="118F4615" w14:textId="77777777" w:rsidR="00A6506A" w:rsidRPr="009658F0" w:rsidRDefault="00A6506A" w:rsidP="006C1960">
      <w:pPr>
        <w:spacing w:line="360" w:lineRule="auto"/>
        <w:rPr>
          <w:rFonts w:ascii="Times New Roman" w:eastAsia="Times New Roman" w:hAnsi="Times New Roman" w:cs="Times New Roman"/>
          <w:sz w:val="24"/>
          <w:szCs w:val="24"/>
        </w:rPr>
      </w:pPr>
    </w:p>
    <w:p w14:paraId="143D4818" w14:textId="77777777" w:rsidR="00A6506A" w:rsidRPr="009658F0" w:rsidRDefault="00A6506A" w:rsidP="006C1960">
      <w:pPr>
        <w:spacing w:line="360" w:lineRule="auto"/>
        <w:rPr>
          <w:rFonts w:ascii="Times New Roman" w:eastAsia="Times New Roman" w:hAnsi="Times New Roman" w:cs="Times New Roman"/>
          <w:sz w:val="24"/>
          <w:szCs w:val="24"/>
        </w:rPr>
      </w:pPr>
    </w:p>
    <w:p w14:paraId="3961A7BD" w14:textId="77777777" w:rsidR="00A6506A" w:rsidRPr="009658F0" w:rsidRDefault="00A6506A" w:rsidP="006C1960">
      <w:pPr>
        <w:spacing w:line="360" w:lineRule="auto"/>
        <w:rPr>
          <w:rFonts w:ascii="Times New Roman" w:eastAsia="Times New Roman" w:hAnsi="Times New Roman" w:cs="Times New Roman"/>
          <w:sz w:val="24"/>
          <w:szCs w:val="24"/>
        </w:rPr>
      </w:pPr>
    </w:p>
    <w:p w14:paraId="7C193E42" w14:textId="204ABBE2" w:rsidR="00A6506A" w:rsidRPr="009658F0" w:rsidRDefault="00A6506A"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lastRenderedPageBreak/>
        <w:t>Note: sheep kept huddled at TV end.</w:t>
      </w:r>
    </w:p>
    <w:p w14:paraId="6E168BE4" w14:textId="77777777" w:rsidR="00A6506A" w:rsidRPr="009658F0" w:rsidRDefault="00A6506A"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0FBEA849" w14:textId="0E95ADA5" w:rsidR="00A6506A" w:rsidRPr="009658F0" w:rsidRDefault="00A6506A" w:rsidP="006C1960">
      <w:pPr>
        <w:spacing w:after="120" w:line="360" w:lineRule="auto"/>
        <w:rPr>
          <w:rFonts w:ascii="Times New Roman" w:eastAsia="Times New Roman" w:hAnsi="Times New Roman" w:cs="Times New Roman"/>
          <w:sz w:val="24"/>
          <w:szCs w:val="24"/>
        </w:rPr>
      </w:pPr>
      <w:r w:rsidRPr="00000AEE">
        <w:rPr>
          <w:rFonts w:ascii="Times New Roman" w:eastAsia="Times New Roman" w:hAnsi="Times New Roman" w:cs="Times New Roman"/>
          <w:sz w:val="24"/>
          <w:szCs w:val="24"/>
          <w:highlight w:val="yellow"/>
        </w:rPr>
        <w:lastRenderedPageBreak/>
        <w:t>EDITH PAGE 44</w:t>
      </w:r>
    </w:p>
    <w:p w14:paraId="787EAEF3" w14:textId="01CEC8E6" w:rsidR="0086222C" w:rsidRPr="009658F0" w:rsidRDefault="00FC2051"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(44) the priests commenced by bringing a long series of pages + reading from small torah scrolls. Loud vigorous cheerful chant; paddock nearly full of priests + acolytes, all in white with some small boys. Women there too, not screened off. At </w:t>
      </w:r>
      <w:proofErr w:type="gramStart"/>
      <w:r w:rsidRPr="009658F0">
        <w:rPr>
          <w:rFonts w:ascii="Times New Roman" w:eastAsia="Times New Roman" w:hAnsi="Times New Roman" w:cs="Times New Roman"/>
          <w:sz w:val="24"/>
          <w:szCs w:val="24"/>
        </w:rPr>
        <w:t>last</w:t>
      </w:r>
      <w:proofErr w:type="gramEnd"/>
      <w:r w:rsidRPr="009658F0">
        <w:rPr>
          <w:rFonts w:ascii="Times New Roman" w:eastAsia="Times New Roman" w:hAnsi="Times New Roman" w:cs="Times New Roman"/>
          <w:sz w:val="24"/>
          <w:szCs w:val="24"/>
        </w:rPr>
        <w:t xml:space="preserve"> the high priest in a green robe gave a final cry, the young men lined up </w:t>
      </w:r>
      <w:r w:rsidR="0086222C" w:rsidRPr="009658F0">
        <w:rPr>
          <w:rFonts w:ascii="Times New Roman" w:eastAsia="Times New Roman" w:hAnsi="Times New Roman" w:cs="Times New Roman"/>
          <w:sz w:val="24"/>
          <w:szCs w:val="24"/>
        </w:rPr>
        <w:t xml:space="preserve">crouching over sheep in a long row bent to their work, there was a shout + great cheering + waving + joy + they had sacrificed the sheep You could see the 1 ft </w:t>
      </w:r>
      <w:r w:rsidR="0086222C" w:rsidRPr="009658F0">
        <w:rPr>
          <w:rFonts w:ascii="Times New Roman" w:eastAsia="Times New Roman" w:hAnsi="Times New Roman" w:cs="Times New Roman"/>
          <w:i/>
          <w:iCs/>
          <w:sz w:val="24"/>
          <w:szCs w:val="24"/>
        </w:rPr>
        <w:t>long</w:t>
      </w:r>
      <w:r w:rsidR="00D209E2" w:rsidRPr="009658F0">
        <w:rPr>
          <w:rFonts w:ascii="Times New Roman" w:eastAsia="Times New Roman" w:hAnsi="Times New Roman" w:cs="Times New Roman"/>
          <w:sz w:val="24"/>
          <w:szCs w:val="24"/>
        </w:rPr>
        <w:t xml:space="preserve"> </w:t>
      </w:r>
      <w:r w:rsidR="0086222C" w:rsidRPr="009658F0">
        <w:rPr>
          <w:rFonts w:ascii="Times New Roman" w:eastAsia="Times New Roman" w:hAnsi="Times New Roman" w:cs="Times New Roman"/>
          <w:sz w:val="24"/>
          <w:szCs w:val="24"/>
        </w:rPr>
        <w:t xml:space="preserve">butcher knives, all red. They put blood on their faces. We were all happy. </w:t>
      </w:r>
      <w:r w:rsidR="00D209E2" w:rsidRPr="009658F0">
        <w:rPr>
          <w:rFonts w:ascii="Times New Roman" w:eastAsia="Times New Roman" w:hAnsi="Times New Roman" w:cs="Times New Roman"/>
          <w:i/>
          <w:iCs/>
          <w:sz w:val="24"/>
          <w:szCs w:val="24"/>
        </w:rPr>
        <w:t>sh</w:t>
      </w:r>
      <w:r w:rsidR="0086222C" w:rsidRPr="009658F0">
        <w:rPr>
          <w:rFonts w:ascii="Times New Roman" w:eastAsia="Times New Roman" w:hAnsi="Times New Roman" w:cs="Times New Roman"/>
          <w:i/>
          <w:iCs/>
          <w:sz w:val="24"/>
          <w:szCs w:val="24"/>
        </w:rPr>
        <w:t>eep</w:t>
      </w:r>
      <w:r w:rsidR="0086222C" w:rsidRPr="009658F0">
        <w:rPr>
          <w:rFonts w:ascii="Times New Roman" w:eastAsia="Times New Roman" w:hAnsi="Times New Roman" w:cs="Times New Roman"/>
          <w:sz w:val="24"/>
          <w:szCs w:val="24"/>
        </w:rPr>
        <w:t xml:space="preserve"> </w:t>
      </w:r>
      <w:r w:rsidR="0086222C" w:rsidRPr="009658F0">
        <w:rPr>
          <w:rFonts w:ascii="Times New Roman" w:eastAsia="Times New Roman" w:hAnsi="Times New Roman" w:cs="Times New Roman"/>
          <w:i/>
          <w:iCs/>
          <w:sz w:val="24"/>
          <w:szCs w:val="24"/>
        </w:rPr>
        <w:t xml:space="preserve">had made no noise but had gone “like lambs to the slaughter” (lamb of god … </w:t>
      </w:r>
      <w:commentRangeStart w:id="37"/>
      <w:proofErr w:type="spellStart"/>
      <w:r w:rsidR="0086222C" w:rsidRPr="009658F0">
        <w:rPr>
          <w:rFonts w:ascii="Times New Roman" w:eastAsia="Times New Roman" w:hAnsi="Times New Roman" w:cs="Times New Roman"/>
          <w:i/>
          <w:iCs/>
          <w:sz w:val="24"/>
          <w:szCs w:val="24"/>
        </w:rPr>
        <w:t>etc</w:t>
      </w:r>
      <w:commentRangeEnd w:id="37"/>
      <w:proofErr w:type="spellEnd"/>
      <w:r w:rsidR="00661914">
        <w:rPr>
          <w:rStyle w:val="CommentReference"/>
        </w:rPr>
        <w:commentReference w:id="37"/>
      </w:r>
      <w:r w:rsidR="0086222C" w:rsidRPr="009658F0">
        <w:rPr>
          <w:rFonts w:ascii="Times New Roman" w:eastAsia="Times New Roman" w:hAnsi="Times New Roman" w:cs="Times New Roman"/>
          <w:i/>
          <w:iCs/>
          <w:sz w:val="24"/>
          <w:szCs w:val="24"/>
        </w:rPr>
        <w:t>).</w:t>
      </w:r>
      <w:r w:rsidR="0086222C" w:rsidRPr="009658F0">
        <w:rPr>
          <w:rFonts w:ascii="Times New Roman" w:eastAsia="Times New Roman" w:hAnsi="Times New Roman" w:cs="Times New Roman"/>
          <w:sz w:val="24"/>
          <w:szCs w:val="24"/>
        </w:rPr>
        <w:t xml:space="preserve"> Little boys had their faces bloodied. Women touched the wee marks admiringly. People embraced all over the place, priest/priest, Rachel to everyone. Soom they set to work skinning the sheep, which were lying about all over the place, with their heads almost off, huge bloody</w:t>
      </w:r>
    </w:p>
    <w:p w14:paraId="69C0FEBA" w14:textId="77777777" w:rsidR="0086222C" w:rsidRPr="009658F0" w:rsidRDefault="0086222C"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5AAEF28C" w14:textId="11FABAF0" w:rsidR="00A6506A" w:rsidRPr="009658F0" w:rsidRDefault="0086222C" w:rsidP="006C1960">
      <w:pPr>
        <w:spacing w:after="120" w:line="360" w:lineRule="auto"/>
        <w:rPr>
          <w:rFonts w:ascii="Times New Roman" w:eastAsia="Times New Roman" w:hAnsi="Times New Roman" w:cs="Times New Roman"/>
          <w:sz w:val="24"/>
          <w:szCs w:val="24"/>
        </w:rPr>
      </w:pPr>
      <w:r w:rsidRPr="00661914">
        <w:rPr>
          <w:rFonts w:ascii="Times New Roman" w:eastAsia="Times New Roman" w:hAnsi="Times New Roman" w:cs="Times New Roman"/>
          <w:sz w:val="24"/>
          <w:szCs w:val="24"/>
          <w:highlight w:val="yellow"/>
        </w:rPr>
        <w:lastRenderedPageBreak/>
        <w:t>EDITH PAGE 45</w:t>
      </w:r>
    </w:p>
    <w:p w14:paraId="27763131" w14:textId="0ECD4967" w:rsidR="0086222C" w:rsidRPr="009658F0" w:rsidRDefault="00270D67" w:rsidP="006C1960">
      <w:pPr>
        <w:spacing w:after="120"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(45)</w:t>
      </w:r>
    </w:p>
    <w:p w14:paraId="44787316" w14:textId="74FDBFD9" w:rsidR="002F1BC8" w:rsidRPr="009658F0" w:rsidRDefault="00270D67"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gashes at their throat. They skinned them carefully (what *did they do with the sheepskins </w:t>
      </w:r>
      <w:r w:rsidRPr="009658F0">
        <w:rPr>
          <w:rFonts w:ascii="Times New Roman" w:eastAsia="Times New Roman" w:hAnsi="Times New Roman" w:cs="Times New Roman"/>
          <w:i/>
          <w:iCs/>
          <w:sz w:val="24"/>
          <w:szCs w:val="24"/>
        </w:rPr>
        <w:t>I wondered</w:t>
      </w:r>
      <w:r w:rsidRPr="009658F0">
        <w:rPr>
          <w:rFonts w:ascii="Times New Roman" w:eastAsia="Times New Roman" w:hAnsi="Times New Roman" w:cs="Times New Roman"/>
          <w:sz w:val="24"/>
          <w:szCs w:val="24"/>
        </w:rPr>
        <w:t xml:space="preserve"> + picked off tufts around the genitals. Delight felt by all. Rachel + I </w:t>
      </w:r>
      <w:proofErr w:type="gramStart"/>
      <w:r w:rsidRPr="009658F0">
        <w:rPr>
          <w:rFonts w:ascii="Times New Roman" w:eastAsia="Times New Roman" w:hAnsi="Times New Roman" w:cs="Times New Roman"/>
          <w:sz w:val="24"/>
          <w:szCs w:val="24"/>
        </w:rPr>
        <w:t>were</w:t>
      </w:r>
      <w:proofErr w:type="gramEnd"/>
      <w:r w:rsidRPr="009658F0">
        <w:rPr>
          <w:rFonts w:ascii="Times New Roman" w:eastAsia="Times New Roman" w:hAnsi="Times New Roman" w:cs="Times New Roman"/>
          <w:sz w:val="24"/>
          <w:szCs w:val="24"/>
        </w:rPr>
        <w:t xml:space="preserve"> told not to walk in the blood. The men did. I didn’t see them slit the bellies but suspect they </w:t>
      </w:r>
      <w:r w:rsidR="00E229A6" w:rsidRPr="009658F0">
        <w:rPr>
          <w:rFonts w:ascii="Times New Roman" w:eastAsia="Times New Roman" w:hAnsi="Times New Roman" w:cs="Times New Roman"/>
          <w:sz w:val="24"/>
          <w:szCs w:val="24"/>
        </w:rPr>
        <w:t>simply</w:t>
      </w:r>
      <w:r w:rsidRPr="009658F0">
        <w:rPr>
          <w:rFonts w:ascii="Times New Roman" w:eastAsia="Times New Roman" w:hAnsi="Times New Roman" w:cs="Times New Roman"/>
          <w:sz w:val="24"/>
          <w:szCs w:val="24"/>
        </w:rPr>
        <w:t xml:space="preserve"> pressed out the internal organs. These were put on wooden racks over a fire pit to be later burnt. [Text in different ink</w:t>
      </w:r>
      <w:r w:rsidR="00D209E2"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i/>
          <w:iCs/>
          <w:sz w:val="24"/>
          <w:szCs w:val="24"/>
        </w:rPr>
        <w:t>all skins and wool to be burnt</w:t>
      </w:r>
      <w:r w:rsidRPr="009658F0">
        <w:rPr>
          <w:rFonts w:ascii="Times New Roman" w:eastAsia="Times New Roman" w:hAnsi="Times New Roman" w:cs="Times New Roman"/>
          <w:sz w:val="24"/>
          <w:szCs w:val="24"/>
        </w:rPr>
        <w:t xml:space="preserve">. The tufts were removed by pouring on cans of boiling water from the tank. Some sheep had been put on the long shallow raised troughs. These were examined carefully + all bits were put with the entrails on the </w:t>
      </w:r>
      <w:proofErr w:type="gramStart"/>
      <w:r w:rsidRPr="009658F0">
        <w:rPr>
          <w:rFonts w:ascii="Times New Roman" w:eastAsia="Times New Roman" w:hAnsi="Times New Roman" w:cs="Times New Roman"/>
          <w:sz w:val="24"/>
          <w:szCs w:val="24"/>
        </w:rPr>
        <w:t>fire place</w:t>
      </w:r>
      <w:proofErr w:type="gramEnd"/>
      <w:r w:rsidRPr="009658F0">
        <w:rPr>
          <w:rFonts w:ascii="Times New Roman" w:eastAsia="Times New Roman" w:hAnsi="Times New Roman" w:cs="Times New Roman"/>
          <w:sz w:val="24"/>
          <w:szCs w:val="24"/>
        </w:rPr>
        <w:t xml:space="preserve">. Big poles, 10 ft, were brought, to hang the sheep up for roasting. The three fire pits were set blazing, it was now night. Salt was scattered by the priests on the entrails, to “purify” them before burning. Prayer was going on at midpoint, with periodic climaxes with raised fingers + much joy. </w:t>
      </w:r>
      <w:r w:rsidRPr="009658F0">
        <w:rPr>
          <w:rFonts w:ascii="Times New Roman" w:eastAsia="Times New Roman" w:hAnsi="Times New Roman" w:cs="Times New Roman"/>
          <w:i/>
          <w:iCs/>
          <w:sz w:val="24"/>
          <w:szCs w:val="24"/>
        </w:rPr>
        <w:t>Then the feasting began</w:t>
      </w:r>
      <w:r w:rsidR="00484F4D" w:rsidRPr="009658F0">
        <w:rPr>
          <w:rFonts w:ascii="Times New Roman" w:eastAsia="Times New Roman" w:hAnsi="Times New Roman" w:cs="Times New Roman"/>
          <w:sz w:val="24"/>
          <w:szCs w:val="24"/>
        </w:rPr>
        <w:t>.</w:t>
      </w:r>
      <w:r w:rsidR="00D209E2" w:rsidRPr="009658F0">
        <w:rPr>
          <w:rFonts w:ascii="Times New Roman" w:eastAsia="Times New Roman" w:hAnsi="Times New Roman" w:cs="Times New Roman"/>
          <w:sz w:val="24"/>
          <w:szCs w:val="24"/>
        </w:rPr>
        <w:t xml:space="preserve"> </w:t>
      </w:r>
      <w:r w:rsidR="00484F4D" w:rsidRPr="009658F0">
        <w:rPr>
          <w:rFonts w:ascii="Times New Roman" w:eastAsia="Times New Roman" w:hAnsi="Times New Roman" w:cs="Times New Roman"/>
          <w:sz w:val="24"/>
          <w:szCs w:val="24"/>
        </w:rPr>
        <w:t xml:space="preserve">We had to leave </w:t>
      </w:r>
      <w:proofErr w:type="spellStart"/>
      <w:r w:rsidR="00484F4D" w:rsidRPr="009658F0">
        <w:rPr>
          <w:rFonts w:ascii="Times New Roman" w:eastAsia="Times New Roman" w:hAnsi="Times New Roman" w:cs="Times New Roman"/>
          <w:sz w:val="24"/>
          <w:szCs w:val="24"/>
        </w:rPr>
        <w:t>bec</w:t>
      </w:r>
      <w:proofErr w:type="spellEnd"/>
      <w:r w:rsidR="00484F4D" w:rsidRPr="009658F0">
        <w:rPr>
          <w:rFonts w:ascii="Times New Roman" w:eastAsia="Times New Roman" w:hAnsi="Times New Roman" w:cs="Times New Roman"/>
          <w:sz w:val="24"/>
          <w:szCs w:val="24"/>
        </w:rPr>
        <w:t xml:space="preserve"> </w:t>
      </w:r>
      <w:proofErr w:type="spellStart"/>
      <w:r w:rsidR="00484F4D" w:rsidRPr="009658F0">
        <w:rPr>
          <w:rFonts w:ascii="Times New Roman" w:eastAsia="Times New Roman" w:hAnsi="Times New Roman" w:cs="Times New Roman"/>
          <w:sz w:val="24"/>
          <w:szCs w:val="24"/>
        </w:rPr>
        <w:t>Yokim</w:t>
      </w:r>
      <w:proofErr w:type="spellEnd"/>
    </w:p>
    <w:p w14:paraId="10E3D270" w14:textId="77777777" w:rsidR="002F1BC8" w:rsidRPr="009658F0" w:rsidRDefault="002F1BC8"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39DCF4FB" w14:textId="61524F18" w:rsidR="00270D67" w:rsidRPr="009658F0" w:rsidRDefault="002F1BC8" w:rsidP="006C1960">
      <w:pPr>
        <w:spacing w:after="120" w:line="360" w:lineRule="auto"/>
        <w:rPr>
          <w:rFonts w:ascii="Times New Roman" w:eastAsia="Times New Roman" w:hAnsi="Times New Roman" w:cs="Times New Roman"/>
          <w:sz w:val="24"/>
          <w:szCs w:val="24"/>
        </w:rPr>
      </w:pPr>
      <w:r w:rsidRPr="00661914">
        <w:rPr>
          <w:rFonts w:ascii="Times New Roman" w:eastAsia="Times New Roman" w:hAnsi="Times New Roman" w:cs="Times New Roman"/>
          <w:sz w:val="24"/>
          <w:szCs w:val="24"/>
          <w:highlight w:val="yellow"/>
        </w:rPr>
        <w:lastRenderedPageBreak/>
        <w:t>EDITH PAGE 46</w:t>
      </w:r>
    </w:p>
    <w:p w14:paraId="006ACB95" w14:textId="59F5801A" w:rsidR="002F1BC8" w:rsidRPr="009658F0" w:rsidRDefault="00484DED"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(46) was due back at his TV office at 8. We got back to Jerus. at 8.15. On way Rachel told us that in 1967 the Samaritans </w:t>
      </w:r>
      <w:r w:rsidRPr="009658F0">
        <w:rPr>
          <w:rFonts w:ascii="Times New Roman" w:eastAsia="Times New Roman" w:hAnsi="Times New Roman" w:cs="Times New Roman"/>
          <w:strike/>
          <w:sz w:val="24"/>
          <w:szCs w:val="24"/>
        </w:rPr>
        <w:t>gave away</w:t>
      </w:r>
      <w:r w:rsidRPr="009658F0">
        <w:rPr>
          <w:rFonts w:ascii="Times New Roman" w:eastAsia="Times New Roman" w:hAnsi="Times New Roman" w:cs="Times New Roman"/>
          <w:sz w:val="24"/>
          <w:szCs w:val="24"/>
        </w:rPr>
        <w:t xml:space="preserve"> took land from Moslems + sold to Israelis. Now Moslems hate them </w:t>
      </w:r>
      <w:r w:rsidR="002504EA" w:rsidRPr="009658F0">
        <w:rPr>
          <w:rFonts w:ascii="Times New Roman" w:eastAsia="Times New Roman" w:hAnsi="Times New Roman" w:cs="Times New Roman"/>
          <w:sz w:val="24"/>
          <w:szCs w:val="24"/>
        </w:rPr>
        <w:t xml:space="preserve">+ if the Israeli army pulled out the Samaritans wd be in danger. </w:t>
      </w:r>
    </w:p>
    <w:p w14:paraId="4FAB8F77" w14:textId="304B73A5" w:rsidR="002504EA" w:rsidRPr="009658F0" w:rsidRDefault="002504EA"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She told us about one man informant who had no children, v sad. She </w:t>
      </w:r>
      <w:proofErr w:type="gramStart"/>
      <w:r w:rsidRPr="009658F0">
        <w:rPr>
          <w:rFonts w:ascii="Times New Roman" w:eastAsia="Times New Roman" w:hAnsi="Times New Roman" w:cs="Times New Roman"/>
          <w:sz w:val="24"/>
          <w:szCs w:val="24"/>
        </w:rPr>
        <w:t>got</w:t>
      </w:r>
      <w:proofErr w:type="gramEnd"/>
      <w:r w:rsidRPr="009658F0">
        <w:rPr>
          <w:rFonts w:ascii="Times New Roman" w:eastAsia="Times New Roman" w:hAnsi="Times New Roman" w:cs="Times New Roman"/>
          <w:sz w:val="24"/>
          <w:szCs w:val="24"/>
        </w:rPr>
        <w:t xml:space="preserve"> him to the doctor to heal his low sperm count. This had been difficult </w:t>
      </w:r>
      <w:proofErr w:type="spellStart"/>
      <w:r w:rsidRPr="009658F0">
        <w:rPr>
          <w:rFonts w:ascii="Times New Roman" w:eastAsia="Times New Roman" w:hAnsi="Times New Roman" w:cs="Times New Roman"/>
          <w:sz w:val="24"/>
          <w:szCs w:val="24"/>
        </w:rPr>
        <w:t>bec</w:t>
      </w:r>
      <w:proofErr w:type="spellEnd"/>
      <w:r w:rsidRPr="009658F0">
        <w:rPr>
          <w:rFonts w:ascii="Times New Roman" w:eastAsia="Times New Roman" w:hAnsi="Times New Roman" w:cs="Times New Roman"/>
          <w:sz w:val="24"/>
          <w:szCs w:val="24"/>
        </w:rPr>
        <w:t xml:space="preserve"> he didn’t like to talk about the problem to his wife. It’s usually considered the wife’s fault (childlessness). </w:t>
      </w:r>
    </w:p>
    <w:p w14:paraId="78BEB134" w14:textId="2166287D" w:rsidR="00E41BB7" w:rsidRPr="009658F0" w:rsidRDefault="002504EA"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Full moon on way back. Peaceful journey.</w:t>
      </w:r>
    </w:p>
    <w:p w14:paraId="672BF769" w14:textId="77777777" w:rsidR="00E41BB7" w:rsidRPr="009658F0" w:rsidRDefault="00E41BB7"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3962E133" w14:textId="4FD416AE" w:rsidR="002504EA" w:rsidRPr="009658F0" w:rsidRDefault="00E41BB7" w:rsidP="006C1960">
      <w:pPr>
        <w:spacing w:after="120" w:line="360" w:lineRule="auto"/>
        <w:rPr>
          <w:rFonts w:ascii="Times New Roman" w:eastAsia="Times New Roman" w:hAnsi="Times New Roman" w:cs="Times New Roman"/>
          <w:sz w:val="24"/>
          <w:szCs w:val="24"/>
        </w:rPr>
      </w:pPr>
      <w:r w:rsidRPr="00661914">
        <w:rPr>
          <w:rFonts w:ascii="Times New Roman" w:eastAsia="Times New Roman" w:hAnsi="Times New Roman" w:cs="Times New Roman"/>
          <w:sz w:val="24"/>
          <w:szCs w:val="24"/>
          <w:highlight w:val="yellow"/>
        </w:rPr>
        <w:lastRenderedPageBreak/>
        <w:t>EDITH PAGE 47</w:t>
      </w:r>
    </w:p>
    <w:p w14:paraId="6B801F41" w14:textId="009C2165" w:rsidR="00E41BB7" w:rsidRPr="009658F0" w:rsidRDefault="00E41BB7" w:rsidP="006C1960">
      <w:pPr>
        <w:spacing w:after="120"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(47)</w:t>
      </w:r>
    </w:p>
    <w:p w14:paraId="7485032E" w14:textId="1350C24F" w:rsidR="00E41BB7" w:rsidRPr="009658F0" w:rsidRDefault="00E41BB7" w:rsidP="006C1960">
      <w:pPr>
        <w:spacing w:after="120" w:line="360" w:lineRule="auto"/>
        <w:jc w:val="center"/>
        <w:rPr>
          <w:rFonts w:ascii="Times New Roman" w:eastAsia="Times New Roman" w:hAnsi="Times New Roman" w:cs="Times New Roman"/>
          <w:sz w:val="24"/>
          <w:szCs w:val="24"/>
          <w:u w:val="single"/>
        </w:rPr>
      </w:pPr>
      <w:r w:rsidRPr="009658F0">
        <w:rPr>
          <w:rFonts w:ascii="Times New Roman" w:eastAsia="Times New Roman" w:hAnsi="Times New Roman" w:cs="Times New Roman"/>
          <w:sz w:val="24"/>
          <w:szCs w:val="24"/>
          <w:u w:val="single"/>
        </w:rPr>
        <w:t>Lag Ba Omer</w:t>
      </w:r>
    </w:p>
    <w:p w14:paraId="21272C7C" w14:textId="32B3AE5A" w:rsidR="00E41BB7" w:rsidRPr="009658F0" w:rsidRDefault="00E41BB7" w:rsidP="006C1960">
      <w:pPr>
        <w:spacing w:after="120" w:line="360" w:lineRule="auto"/>
        <w:jc w:val="center"/>
        <w:rPr>
          <w:rFonts w:ascii="Times New Roman" w:eastAsia="Times New Roman" w:hAnsi="Times New Roman" w:cs="Times New Roman"/>
          <w:sz w:val="24"/>
          <w:szCs w:val="24"/>
          <w:u w:val="single"/>
        </w:rPr>
      </w:pPr>
      <w:r w:rsidRPr="009658F0">
        <w:rPr>
          <w:rFonts w:ascii="Times New Roman" w:eastAsia="Times New Roman" w:hAnsi="Times New Roman" w:cs="Times New Roman"/>
          <w:sz w:val="24"/>
          <w:szCs w:val="24"/>
          <w:u w:val="single"/>
        </w:rPr>
        <w:t>Synopsis + Notes</w:t>
      </w:r>
    </w:p>
    <w:p w14:paraId="22095796" w14:textId="431CBD25" w:rsidR="00E41BB7" w:rsidRPr="009658F0" w:rsidRDefault="00E41BB7"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Thurs</w:t>
      </w:r>
      <w:r w:rsidRPr="009658F0">
        <w:rPr>
          <w:rFonts w:ascii="Times New Roman" w:eastAsia="Times New Roman" w:hAnsi="Times New Roman" w:cs="Times New Roman"/>
          <w:sz w:val="24"/>
          <w:szCs w:val="24"/>
        </w:rPr>
        <w:tab/>
        <w:t>Apr 28</w:t>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t>Travel day</w:t>
      </w:r>
    </w:p>
    <w:p w14:paraId="14E1143B" w14:textId="47233AB2" w:rsidR="00E41BB7" w:rsidRPr="009658F0" w:rsidRDefault="00E41BB7"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Fri</w:t>
      </w:r>
      <w:r w:rsidRPr="009658F0">
        <w:rPr>
          <w:rFonts w:ascii="Times New Roman" w:eastAsia="Times New Roman" w:hAnsi="Times New Roman" w:cs="Times New Roman"/>
          <w:sz w:val="24"/>
          <w:szCs w:val="24"/>
        </w:rPr>
        <w:tab/>
        <w:t>Apr 29</w:t>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t>At shrine till 4 pm</w:t>
      </w:r>
    </w:p>
    <w:p w14:paraId="7A16904E" w14:textId="1E7ACAD0" w:rsidR="00E41BB7" w:rsidRPr="009658F0" w:rsidRDefault="00E41BB7"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Sat</w:t>
      </w:r>
      <w:r w:rsidRPr="009658F0">
        <w:rPr>
          <w:rFonts w:ascii="Times New Roman" w:eastAsia="Times New Roman" w:hAnsi="Times New Roman" w:cs="Times New Roman"/>
          <w:sz w:val="24"/>
          <w:szCs w:val="24"/>
        </w:rPr>
        <w:tab/>
        <w:t>Apr 30</w:t>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t>Sabbath</w:t>
      </w:r>
    </w:p>
    <w:p w14:paraId="487D8FFC" w14:textId="6187CAD1" w:rsidR="00E41BB7" w:rsidRPr="009658F0" w:rsidRDefault="00E41BB7"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Sun</w:t>
      </w:r>
      <w:r w:rsidRPr="009658F0">
        <w:rPr>
          <w:rFonts w:ascii="Times New Roman" w:eastAsia="Times New Roman" w:hAnsi="Times New Roman" w:cs="Times New Roman"/>
          <w:sz w:val="24"/>
          <w:szCs w:val="24"/>
        </w:rPr>
        <w:tab/>
        <w:t>May 1</w:t>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t>Lag Ba Omer</w:t>
      </w:r>
    </w:p>
    <w:p w14:paraId="1362BDDA" w14:textId="77777777" w:rsidR="00E41BB7" w:rsidRPr="009658F0" w:rsidRDefault="00E41BB7" w:rsidP="006C1960">
      <w:pPr>
        <w:spacing w:after="120" w:line="360" w:lineRule="auto"/>
        <w:rPr>
          <w:rFonts w:ascii="Times New Roman" w:eastAsia="Times New Roman" w:hAnsi="Times New Roman" w:cs="Times New Roman"/>
          <w:sz w:val="24"/>
          <w:szCs w:val="24"/>
        </w:rPr>
      </w:pPr>
    </w:p>
    <w:p w14:paraId="57A24349" w14:textId="59B3A2B3" w:rsidR="00E41BB7" w:rsidRPr="009658F0" w:rsidRDefault="00E41BB7"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Thurs. Arrival c. 9-9.30 pm. Passed lower </w:t>
      </w:r>
      <w:proofErr w:type="spellStart"/>
      <w:r w:rsidRPr="009658F0">
        <w:rPr>
          <w:rFonts w:ascii="Times New Roman" w:eastAsia="Times New Roman" w:hAnsi="Times New Roman" w:cs="Times New Roman"/>
          <w:sz w:val="24"/>
          <w:szCs w:val="24"/>
        </w:rPr>
        <w:t>rd</w:t>
      </w:r>
      <w:proofErr w:type="spellEnd"/>
      <w:r w:rsidRPr="009658F0">
        <w:rPr>
          <w:rFonts w:ascii="Times New Roman" w:eastAsia="Times New Roman" w:hAnsi="Times New Roman" w:cs="Times New Roman"/>
          <w:sz w:val="24"/>
          <w:szCs w:val="24"/>
        </w:rPr>
        <w:t xml:space="preserve"> below shrine. Booths all along. Some </w:t>
      </w:r>
      <w:proofErr w:type="gramStart"/>
      <w:r w:rsidRPr="009658F0">
        <w:rPr>
          <w:rFonts w:ascii="Times New Roman" w:eastAsia="Times New Roman" w:hAnsi="Times New Roman" w:cs="Times New Roman"/>
          <w:sz w:val="24"/>
          <w:szCs w:val="24"/>
        </w:rPr>
        <w:t>being</w:t>
      </w:r>
      <w:proofErr w:type="gramEnd"/>
      <w:r w:rsidRPr="009658F0">
        <w:rPr>
          <w:rFonts w:ascii="Times New Roman" w:eastAsia="Times New Roman" w:hAnsi="Times New Roman" w:cs="Times New Roman"/>
          <w:sz w:val="24"/>
          <w:szCs w:val="24"/>
        </w:rPr>
        <w:t xml:space="preserve"> put up. None showing goods yet. Some people </w:t>
      </w:r>
      <w:proofErr w:type="gramStart"/>
      <w:r w:rsidRPr="009658F0">
        <w:rPr>
          <w:rFonts w:ascii="Times New Roman" w:eastAsia="Times New Roman" w:hAnsi="Times New Roman" w:cs="Times New Roman"/>
          <w:sz w:val="24"/>
          <w:szCs w:val="24"/>
        </w:rPr>
        <w:t>sleeping</w:t>
      </w:r>
      <w:proofErr w:type="gramEnd"/>
      <w:r w:rsidRPr="009658F0">
        <w:rPr>
          <w:rFonts w:ascii="Times New Roman" w:eastAsia="Times New Roman" w:hAnsi="Times New Roman" w:cs="Times New Roman"/>
          <w:sz w:val="24"/>
          <w:szCs w:val="24"/>
        </w:rPr>
        <w:t xml:space="preserve"> in them.</w:t>
      </w:r>
    </w:p>
    <w:p w14:paraId="7B0C74DD" w14:textId="560214AF" w:rsidR="00E41BB7" w:rsidRPr="009658F0" w:rsidRDefault="00E41BB7"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Fri. 8.30 </w:t>
      </w:r>
      <w:proofErr w:type="gramStart"/>
      <w:r w:rsidRPr="009658F0">
        <w:rPr>
          <w:rFonts w:ascii="Times New Roman" w:eastAsia="Times New Roman" w:hAnsi="Times New Roman" w:cs="Times New Roman"/>
          <w:sz w:val="24"/>
          <w:szCs w:val="24"/>
        </w:rPr>
        <w:t>am</w:t>
      </w:r>
      <w:proofErr w:type="gramEnd"/>
      <w:r w:rsidRPr="009658F0">
        <w:rPr>
          <w:rFonts w:ascii="Times New Roman" w:eastAsia="Times New Roman" w:hAnsi="Times New Roman" w:cs="Times New Roman"/>
          <w:sz w:val="24"/>
          <w:szCs w:val="24"/>
        </w:rPr>
        <w:t xml:space="preserve"> (or 9.0). Went to shrine, 1</w:t>
      </w:r>
      <w:r w:rsidRPr="009658F0">
        <w:rPr>
          <w:rFonts w:ascii="Times New Roman" w:eastAsia="Times New Roman" w:hAnsi="Times New Roman" w:cs="Times New Roman"/>
          <w:sz w:val="24"/>
          <w:szCs w:val="24"/>
          <w:vertAlign w:val="superscript"/>
        </w:rPr>
        <w:t>st</w:t>
      </w:r>
      <w:r w:rsidRPr="009658F0">
        <w:rPr>
          <w:rFonts w:ascii="Times New Roman" w:eastAsia="Times New Roman" w:hAnsi="Times New Roman" w:cs="Times New Roman"/>
          <w:sz w:val="24"/>
          <w:szCs w:val="24"/>
        </w:rPr>
        <w:t xml:space="preserve"> without stuff. </w:t>
      </w:r>
      <w:r w:rsidRPr="009658F0">
        <w:rPr>
          <w:rFonts w:ascii="Times New Roman" w:eastAsia="Times New Roman" w:hAnsi="Times New Roman" w:cs="Times New Roman"/>
          <w:i/>
          <w:iCs/>
          <w:sz w:val="24"/>
          <w:szCs w:val="24"/>
        </w:rPr>
        <w:t>Booths all go</w:t>
      </w:r>
      <w:r w:rsidRPr="009658F0">
        <w:rPr>
          <w:rFonts w:ascii="Times New Roman" w:eastAsia="Times New Roman" w:hAnsi="Times New Roman" w:cs="Times New Roman"/>
          <w:sz w:val="24"/>
          <w:szCs w:val="24"/>
        </w:rPr>
        <w:t>. Paid respects. Threw candles in. Talked to Moroccan woman.</w:t>
      </w:r>
      <w:r w:rsidR="000A05D7" w:rsidRPr="009658F0">
        <w:rPr>
          <w:rFonts w:ascii="Times New Roman" w:eastAsia="Times New Roman" w:hAnsi="Times New Roman" w:cs="Times New Roman"/>
          <w:sz w:val="24"/>
          <w:szCs w:val="24"/>
        </w:rPr>
        <w:t xml:space="preserve"> </w:t>
      </w:r>
      <w:r w:rsidR="000A05D7" w:rsidRPr="009658F0">
        <w:rPr>
          <w:rFonts w:ascii="Times New Roman" w:eastAsia="Times New Roman" w:hAnsi="Times New Roman" w:cs="Times New Roman"/>
          <w:i/>
          <w:iCs/>
          <w:sz w:val="24"/>
          <w:szCs w:val="24"/>
        </w:rPr>
        <w:t>O</w:t>
      </w:r>
      <w:r w:rsidRPr="009658F0">
        <w:rPr>
          <w:rFonts w:ascii="Times New Roman" w:eastAsia="Times New Roman" w:hAnsi="Times New Roman" w:cs="Times New Roman"/>
          <w:i/>
          <w:iCs/>
          <w:sz w:val="24"/>
          <w:szCs w:val="24"/>
        </w:rPr>
        <w:t>ne fire on roof</w:t>
      </w:r>
      <w:r w:rsidRPr="009658F0">
        <w:rPr>
          <w:rFonts w:ascii="Times New Roman" w:eastAsia="Times New Roman" w:hAnsi="Times New Roman" w:cs="Times New Roman"/>
          <w:sz w:val="24"/>
          <w:szCs w:val="24"/>
        </w:rPr>
        <w:t xml:space="preserve"> on seats at side, danced – 1 childless who cried. One w many children (*) etc. (Ask Rachel if remembers). (Threw in Easter candles, not knowing).</w:t>
      </w:r>
      <w:r w:rsidR="00192068" w:rsidRPr="009658F0">
        <w:rPr>
          <w:rFonts w:ascii="Times New Roman" w:eastAsia="Times New Roman" w:hAnsi="Times New Roman" w:cs="Times New Roman"/>
          <w:sz w:val="24"/>
          <w:szCs w:val="24"/>
        </w:rPr>
        <w:t xml:space="preserve"> </w:t>
      </w:r>
      <w:r w:rsidR="00192068" w:rsidRPr="009658F0">
        <w:rPr>
          <w:rFonts w:ascii="Times New Roman" w:eastAsia="Times New Roman" w:hAnsi="Times New Roman" w:cs="Times New Roman"/>
          <w:i/>
          <w:iCs/>
          <w:sz w:val="24"/>
          <w:szCs w:val="24"/>
        </w:rPr>
        <w:t>one woman asked me if it was all right if she could be there as she was menstruating. I said ask the others. I said you’re lucky [illegible]</w:t>
      </w:r>
      <w:r w:rsidR="00E367F3" w:rsidRPr="009658F0">
        <w:rPr>
          <w:rFonts w:ascii="Times New Roman" w:eastAsia="Times New Roman" w:hAnsi="Times New Roman" w:cs="Times New Roman"/>
          <w:i/>
          <w:iCs/>
          <w:sz w:val="24"/>
          <w:szCs w:val="24"/>
        </w:rPr>
        <w:t xml:space="preserve"> to have</w:t>
      </w:r>
      <w:r w:rsidR="00192068" w:rsidRPr="009658F0">
        <w:rPr>
          <w:rFonts w:ascii="Times New Roman" w:eastAsia="Times New Roman" w:hAnsi="Times New Roman" w:cs="Times New Roman"/>
          <w:i/>
          <w:iCs/>
          <w:sz w:val="24"/>
          <w:szCs w:val="24"/>
        </w:rPr>
        <w:t xml:space="preserve"> kids</w:t>
      </w:r>
      <w:r w:rsidR="00192068" w:rsidRPr="009658F0">
        <w:rPr>
          <w:rFonts w:ascii="Times New Roman" w:eastAsia="Times New Roman" w:hAnsi="Times New Roman" w:cs="Times New Roman"/>
          <w:sz w:val="24"/>
          <w:szCs w:val="24"/>
        </w:rPr>
        <w:t>].</w:t>
      </w:r>
    </w:p>
    <w:p w14:paraId="6EC32300" w14:textId="5C0F46ED" w:rsidR="00192068" w:rsidRPr="009658F0" w:rsidRDefault="00192068"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 Went around tents (who with?) </w:t>
      </w:r>
      <w:proofErr w:type="spellStart"/>
      <w:r w:rsidRPr="009658F0">
        <w:rPr>
          <w:rFonts w:ascii="Times New Roman" w:eastAsia="Times New Roman" w:hAnsi="Times New Roman" w:cs="Times New Roman"/>
          <w:sz w:val="24"/>
          <w:szCs w:val="24"/>
        </w:rPr>
        <w:t>Photoed</w:t>
      </w:r>
      <w:proofErr w:type="spellEnd"/>
      <w:r w:rsidRPr="009658F0">
        <w:rPr>
          <w:rFonts w:ascii="Times New Roman" w:eastAsia="Times New Roman" w:hAnsi="Times New Roman" w:cs="Times New Roman"/>
          <w:sz w:val="24"/>
          <w:szCs w:val="24"/>
        </w:rPr>
        <w:t xml:space="preserve"> teapot scene. </w:t>
      </w:r>
      <w:proofErr w:type="gramStart"/>
      <w:r w:rsidRPr="009658F0">
        <w:rPr>
          <w:rFonts w:ascii="Times New Roman" w:eastAsia="Times New Roman" w:hAnsi="Times New Roman" w:cs="Times New Roman"/>
          <w:sz w:val="24"/>
          <w:szCs w:val="24"/>
        </w:rPr>
        <w:t>Chose</w:t>
      </w:r>
      <w:proofErr w:type="gramEnd"/>
      <w:r w:rsidRPr="009658F0">
        <w:rPr>
          <w:rFonts w:ascii="Times New Roman" w:eastAsia="Times New Roman" w:hAnsi="Times New Roman" w:cs="Times New Roman"/>
          <w:sz w:val="24"/>
          <w:szCs w:val="24"/>
        </w:rPr>
        <w:t xml:space="preserve"> campsite (End of steps-on-left path, towards caves).</w:t>
      </w:r>
    </w:p>
    <w:p w14:paraId="75952151" w14:textId="62C62B6C" w:rsidR="00192068" w:rsidRPr="009658F0" w:rsidRDefault="00192068"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Put up tent.</w:t>
      </w:r>
    </w:p>
    <w:p w14:paraId="677CC67E" w14:textId="77777777" w:rsidR="00192068" w:rsidRPr="009658F0" w:rsidRDefault="00192068"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601D655B" w14:textId="19499E9D" w:rsidR="00192068" w:rsidRPr="009658F0" w:rsidRDefault="00192068" w:rsidP="006C1960">
      <w:pPr>
        <w:spacing w:after="120" w:line="360" w:lineRule="auto"/>
        <w:rPr>
          <w:rFonts w:ascii="Times New Roman" w:eastAsia="Times New Roman" w:hAnsi="Times New Roman" w:cs="Times New Roman"/>
          <w:sz w:val="24"/>
          <w:szCs w:val="24"/>
        </w:rPr>
      </w:pPr>
      <w:r w:rsidRPr="00661914">
        <w:rPr>
          <w:rFonts w:ascii="Times New Roman" w:eastAsia="Times New Roman" w:hAnsi="Times New Roman" w:cs="Times New Roman"/>
          <w:sz w:val="24"/>
          <w:szCs w:val="24"/>
          <w:highlight w:val="yellow"/>
        </w:rPr>
        <w:lastRenderedPageBreak/>
        <w:t>EDITH PAGE 48</w:t>
      </w:r>
    </w:p>
    <w:p w14:paraId="6E6412BE" w14:textId="6B64A3CF" w:rsidR="00192068" w:rsidRPr="009658F0" w:rsidRDefault="007D3F26"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(48) Lunch? (Had a little </w:t>
      </w:r>
      <w:proofErr w:type="spellStart"/>
      <w:r w:rsidRPr="009658F0">
        <w:rPr>
          <w:rFonts w:ascii="Times New Roman" w:eastAsia="Times New Roman" w:hAnsi="Times New Roman" w:cs="Times New Roman"/>
          <w:sz w:val="24"/>
          <w:szCs w:val="24"/>
        </w:rPr>
        <w:t>kuskus</w:t>
      </w:r>
      <w:proofErr w:type="spellEnd"/>
      <w:r w:rsidRPr="009658F0">
        <w:rPr>
          <w:rFonts w:ascii="Times New Roman" w:eastAsia="Times New Roman" w:hAnsi="Times New Roman" w:cs="Times New Roman"/>
          <w:sz w:val="24"/>
          <w:szCs w:val="24"/>
        </w:rPr>
        <w:t xml:space="preserve"> back of shrine. Talked to legless man.)</w:t>
      </w:r>
    </w:p>
    <w:p w14:paraId="3D9AB418" w14:textId="17F4AC40" w:rsidR="007D3F26" w:rsidRPr="009658F0" w:rsidRDefault="007D3F26"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Hot day. Talked at big tenting camp belonging to shrine (handyman?) Moroccan working for free? [</w:t>
      </w:r>
      <w:r w:rsidR="00D209E2" w:rsidRPr="009658F0">
        <w:rPr>
          <w:rFonts w:ascii="Times New Roman" w:eastAsia="Times New Roman" w:hAnsi="Times New Roman" w:cs="Times New Roman"/>
          <w:sz w:val="24"/>
          <w:szCs w:val="24"/>
        </w:rPr>
        <w:t xml:space="preserve">whited </w:t>
      </w:r>
      <w:r w:rsidRPr="009658F0">
        <w:rPr>
          <w:rFonts w:ascii="Times New Roman" w:eastAsia="Times New Roman" w:hAnsi="Times New Roman" w:cs="Times New Roman"/>
          <w:sz w:val="24"/>
          <w:szCs w:val="24"/>
        </w:rPr>
        <w:t>out]. He gave us cherry [</w:t>
      </w:r>
      <w:r w:rsidR="00D209E2" w:rsidRPr="009658F0">
        <w:rPr>
          <w:rFonts w:ascii="Times New Roman" w:eastAsia="Times New Roman" w:hAnsi="Times New Roman" w:cs="Times New Roman"/>
          <w:sz w:val="24"/>
          <w:szCs w:val="24"/>
        </w:rPr>
        <w:t xml:space="preserve">whited </w:t>
      </w:r>
      <w:r w:rsidRPr="009658F0">
        <w:rPr>
          <w:rFonts w:ascii="Times New Roman" w:eastAsia="Times New Roman" w:hAnsi="Times New Roman" w:cs="Times New Roman"/>
          <w:sz w:val="24"/>
          <w:szCs w:val="24"/>
        </w:rPr>
        <w:t>out] soft drink + macaroons. Been there 3 wks. Led us to back refectory of yeshiva area “where poor get free meal”. Ashkenazi lady (</w:t>
      </w:r>
      <w:proofErr w:type="spellStart"/>
      <w:r w:rsidRPr="009658F0">
        <w:rPr>
          <w:rFonts w:ascii="Times New Roman" w:eastAsia="Times New Roman" w:hAnsi="Times New Roman" w:cs="Times New Roman"/>
          <w:sz w:val="24"/>
          <w:szCs w:val="24"/>
        </w:rPr>
        <w:t>cf</w:t>
      </w:r>
      <w:proofErr w:type="spellEnd"/>
      <w:r w:rsidRPr="009658F0">
        <w:rPr>
          <w:rFonts w:ascii="Times New Roman" w:eastAsia="Times New Roman" w:hAnsi="Times New Roman" w:cs="Times New Roman"/>
          <w:sz w:val="24"/>
          <w:szCs w:val="24"/>
        </w:rPr>
        <w:t xml:space="preserve"> </w:t>
      </w:r>
      <w:proofErr w:type="spellStart"/>
      <w:r w:rsidRPr="009658F0">
        <w:rPr>
          <w:rFonts w:ascii="Times New Roman" w:eastAsia="Times New Roman" w:hAnsi="Times New Roman" w:cs="Times New Roman"/>
          <w:sz w:val="24"/>
          <w:szCs w:val="24"/>
        </w:rPr>
        <w:t>Mrs</w:t>
      </w:r>
      <w:proofErr w:type="spellEnd"/>
      <w:r w:rsidRPr="009658F0">
        <w:rPr>
          <w:rFonts w:ascii="Times New Roman" w:eastAsia="Times New Roman" w:hAnsi="Times New Roman" w:cs="Times New Roman"/>
          <w:sz w:val="24"/>
          <w:szCs w:val="24"/>
        </w:rPr>
        <w:t xml:space="preserve"> Coyne) took us into back of tomb, showed us ancient original stone of wall. Stories of “dead” children being put there + then then coming back to life. </w:t>
      </w:r>
    </w:p>
    <w:p w14:paraId="01D3416D" w14:textId="7BC3CC69" w:rsidR="007D3F26" w:rsidRPr="009658F0" w:rsidRDefault="007D3F26"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Hasidim arriving all the time. Found roof area. 1 fire alight.</w:t>
      </w:r>
    </w:p>
    <w:p w14:paraId="28872C1C" w14:textId="77777777" w:rsidR="007D3F26" w:rsidRPr="009658F0" w:rsidRDefault="007D3F26" w:rsidP="006C1960">
      <w:pPr>
        <w:spacing w:after="120" w:line="360" w:lineRule="auto"/>
        <w:rPr>
          <w:rFonts w:ascii="Times New Roman" w:eastAsia="Times New Roman" w:hAnsi="Times New Roman" w:cs="Times New Roman"/>
          <w:sz w:val="24"/>
          <w:szCs w:val="24"/>
        </w:rPr>
      </w:pPr>
    </w:p>
    <w:p w14:paraId="67EC608C" w14:textId="062A919E" w:rsidR="007D3F26" w:rsidRPr="009658F0" w:rsidRDefault="007D3F26"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Back to field school 4pm; sabbath meal, chicken </w:t>
      </w:r>
      <w:r w:rsidR="00D209E2" w:rsidRPr="009658F0">
        <w:rPr>
          <w:rFonts w:ascii="Times New Roman" w:eastAsia="Times New Roman" w:hAnsi="Times New Roman" w:cs="Times New Roman"/>
          <w:sz w:val="24"/>
          <w:szCs w:val="24"/>
        </w:rPr>
        <w:t>etc.</w:t>
      </w:r>
      <w:r w:rsidRPr="009658F0">
        <w:rPr>
          <w:rFonts w:ascii="Times New Roman" w:eastAsia="Times New Roman" w:hAnsi="Times New Roman" w:cs="Times New Roman"/>
          <w:sz w:val="24"/>
          <w:szCs w:val="24"/>
        </w:rPr>
        <w:t>; talk.</w:t>
      </w:r>
    </w:p>
    <w:p w14:paraId="52A2E07B" w14:textId="77777777" w:rsidR="007D3F26" w:rsidRPr="009658F0" w:rsidRDefault="007D3F26" w:rsidP="006C1960">
      <w:pPr>
        <w:spacing w:after="120" w:line="360" w:lineRule="auto"/>
        <w:rPr>
          <w:rFonts w:ascii="Times New Roman" w:eastAsia="Times New Roman" w:hAnsi="Times New Roman" w:cs="Times New Roman"/>
          <w:sz w:val="24"/>
          <w:szCs w:val="24"/>
        </w:rPr>
      </w:pPr>
    </w:p>
    <w:p w14:paraId="5B1C921A" w14:textId="245124E7" w:rsidR="007D3F26" w:rsidRPr="009658F0" w:rsidRDefault="007D3F26"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u w:val="single"/>
        </w:rPr>
        <w:t>Sat Ap</w:t>
      </w:r>
      <w:r w:rsidRPr="009658F0">
        <w:rPr>
          <w:rFonts w:ascii="Times New Roman" w:eastAsia="Times New Roman" w:hAnsi="Times New Roman" w:cs="Times New Roman"/>
          <w:sz w:val="24"/>
          <w:szCs w:val="24"/>
        </w:rPr>
        <w:t xml:space="preserve"> 30</w:t>
      </w:r>
    </w:p>
    <w:p w14:paraId="49E076C0" w14:textId="18A03CCC" w:rsidR="007D3F26" w:rsidRPr="009658F0" w:rsidRDefault="007D3F26"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Discussion till 3.30. Walk on mt till 6. Packed stuff for night visit. When 3 stars out, farewell to Sabbath, left for shrine.</w:t>
      </w:r>
    </w:p>
    <w:p w14:paraId="4D3FCD23" w14:textId="50FABCCA" w:rsidR="007D3F26" w:rsidRPr="009658F0" w:rsidRDefault="007D3F26"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Big crowd. Went on </w:t>
      </w:r>
      <w:proofErr w:type="gramStart"/>
      <w:r w:rsidRPr="009658F0">
        <w:rPr>
          <w:rFonts w:ascii="Times New Roman" w:eastAsia="Times New Roman" w:hAnsi="Times New Roman" w:cs="Times New Roman"/>
          <w:sz w:val="24"/>
          <w:szCs w:val="24"/>
        </w:rPr>
        <w:t>roof</w:t>
      </w:r>
      <w:proofErr w:type="gramEnd"/>
      <w:r w:rsidRPr="009658F0">
        <w:rPr>
          <w:rFonts w:ascii="Times New Roman" w:eastAsia="Times New Roman" w:hAnsi="Times New Roman" w:cs="Times New Roman"/>
          <w:sz w:val="24"/>
          <w:szCs w:val="24"/>
        </w:rPr>
        <w:t xml:space="preserve"> to get good place for lighting. Hasidim, small grp at 1</w:t>
      </w:r>
      <w:r w:rsidRPr="009658F0">
        <w:rPr>
          <w:rFonts w:ascii="Times New Roman" w:eastAsia="Times New Roman" w:hAnsi="Times New Roman" w:cs="Times New Roman"/>
          <w:sz w:val="24"/>
          <w:szCs w:val="24"/>
          <w:vertAlign w:val="superscript"/>
        </w:rPr>
        <w:t>st</w:t>
      </w:r>
      <w:r w:rsidRPr="009658F0">
        <w:rPr>
          <w:rFonts w:ascii="Times New Roman" w:eastAsia="Times New Roman" w:hAnsi="Times New Roman" w:cs="Times New Roman"/>
          <w:sz w:val="24"/>
          <w:szCs w:val="24"/>
        </w:rPr>
        <w:t>, collecting around further “barrel”:</w:t>
      </w:r>
      <w:r w:rsidR="00D209E2"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sz w:val="24"/>
          <w:szCs w:val="24"/>
        </w:rPr>
        <w:t>--</w:t>
      </w:r>
    </w:p>
    <w:p w14:paraId="5FD5F1D1" w14:textId="2DAAD1F1" w:rsidR="007D3F26" w:rsidRPr="009658F0" w:rsidRDefault="007D3F26"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0D44DD6D" w14:textId="132C1888" w:rsidR="007D3F26" w:rsidRPr="009658F0" w:rsidRDefault="00281BAC" w:rsidP="006C1960">
      <w:pPr>
        <w:spacing w:after="120" w:line="360" w:lineRule="auto"/>
        <w:rPr>
          <w:rFonts w:ascii="Times New Roman" w:eastAsia="Times New Roman" w:hAnsi="Times New Roman" w:cs="Times New Roman"/>
          <w:sz w:val="24"/>
          <w:szCs w:val="24"/>
        </w:rPr>
      </w:pPr>
      <w:r w:rsidRPr="00661914">
        <w:rPr>
          <w:rFonts w:ascii="Times New Roman" w:eastAsia="Times New Roman" w:hAnsi="Times New Roman" w:cs="Times New Roman"/>
          <w:sz w:val="24"/>
          <w:szCs w:val="24"/>
          <w:highlight w:val="yellow"/>
        </w:rPr>
        <w:lastRenderedPageBreak/>
        <w:t>EDITH PAGE 49</w:t>
      </w:r>
    </w:p>
    <w:p w14:paraId="4EA046D8" w14:textId="34F3123A" w:rsidR="007044DC" w:rsidRPr="009658F0" w:rsidRDefault="007044DC" w:rsidP="006C1960">
      <w:pPr>
        <w:spacing w:after="120" w:line="360" w:lineRule="auto"/>
        <w:rPr>
          <w:rFonts w:ascii="Times New Roman" w:eastAsia="Times New Roman" w:hAnsi="Times New Roman" w:cs="Times New Roman"/>
          <w:sz w:val="24"/>
          <w:szCs w:val="24"/>
        </w:rPr>
      </w:pPr>
    </w:p>
    <w:p w14:paraId="7A49B725" w14:textId="0E714484" w:rsidR="007044DC" w:rsidRPr="009658F0" w:rsidRDefault="00B04C95" w:rsidP="006C1960">
      <w:pPr>
        <w:spacing w:after="120"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31968" behindDoc="0" locked="0" layoutInCell="1" allowOverlap="1" wp14:anchorId="3CEC3741" wp14:editId="39679D2E">
                <wp:simplePos x="0" y="0"/>
                <wp:positionH relativeFrom="column">
                  <wp:posOffset>2189480</wp:posOffset>
                </wp:positionH>
                <wp:positionV relativeFrom="paragraph">
                  <wp:posOffset>5082540</wp:posOffset>
                </wp:positionV>
                <wp:extent cx="736600" cy="436880"/>
                <wp:effectExtent l="0" t="0" r="0" b="1270"/>
                <wp:wrapSquare wrapText="bothSides"/>
                <wp:docPr id="16609247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436880"/>
                        </a:xfrm>
                        <a:prstGeom prst="rect">
                          <a:avLst/>
                        </a:prstGeom>
                        <a:noFill/>
                        <a:ln w="9525">
                          <a:noFill/>
                          <a:miter lim="800000"/>
                          <a:headEnd/>
                          <a:tailEnd/>
                        </a:ln>
                      </wps:spPr>
                      <wps:txbx>
                        <w:txbxContent>
                          <w:p w14:paraId="30CBCF71" w14:textId="61DC3B36" w:rsidR="00B04C95" w:rsidRPr="00B04C95" w:rsidRDefault="00B04C95" w:rsidP="00B04C95">
                            <w:pPr>
                              <w:rPr>
                                <w:sz w:val="18"/>
                                <w:szCs w:val="18"/>
                                <w:lang w:val="en-GB"/>
                              </w:rPr>
                            </w:pPr>
                            <w:r>
                              <w:rPr>
                                <w:sz w:val="18"/>
                                <w:szCs w:val="18"/>
                                <w:lang w:val="en-GB"/>
                              </w:rPr>
                              <w:t>Big lighting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C3741" id="_x0000_s1052" type="#_x0000_t202" style="position:absolute;margin-left:172.4pt;margin-top:400.2pt;width:58pt;height:34.4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" filled="f" stroked="f">
                <v:textbox>
                  <w:txbxContent>
                    <w:p w14:paraId="30CBCF71" w14:textId="61DC3B36" w:rsidR="00B04C95" w:rsidRPr="00B04C95" w:rsidRDefault="00B04C95" w:rsidP="00B04C95">
                      <w:pPr>
                        <w:rPr>
                          <w:sz w:val="18"/>
                          <w:szCs w:val="18"/>
                          <w:lang w:val="en-GB"/>
                        </w:rPr>
                      </w:pPr>
                      <w:r>
                        <w:rPr>
                          <w:sz w:val="18"/>
                          <w:szCs w:val="18"/>
                          <w:lang w:val="en-GB"/>
                        </w:rPr>
                        <w:t>Big lighting</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34016" behindDoc="0" locked="0" layoutInCell="1" allowOverlap="1" wp14:anchorId="4E257825" wp14:editId="66EEC4E3">
                <wp:simplePos x="0" y="0"/>
                <wp:positionH relativeFrom="column">
                  <wp:posOffset>-177800</wp:posOffset>
                </wp:positionH>
                <wp:positionV relativeFrom="paragraph">
                  <wp:posOffset>4757420</wp:posOffset>
                </wp:positionV>
                <wp:extent cx="772160" cy="375920"/>
                <wp:effectExtent l="0" t="0" r="0" b="5080"/>
                <wp:wrapSquare wrapText="bothSides"/>
                <wp:docPr id="5767735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160" cy="375920"/>
                        </a:xfrm>
                        <a:prstGeom prst="rect">
                          <a:avLst/>
                        </a:prstGeom>
                        <a:noFill/>
                        <a:ln w="9525">
                          <a:noFill/>
                          <a:miter lim="800000"/>
                          <a:headEnd/>
                          <a:tailEnd/>
                        </a:ln>
                      </wps:spPr>
                      <wps:txbx>
                        <w:txbxContent>
                          <w:p w14:paraId="3B50FE1F" w14:textId="40631A4B" w:rsidR="00B04C95" w:rsidRPr="00B04C95" w:rsidRDefault="00B04C95" w:rsidP="00B04C95">
                            <w:pPr>
                              <w:rPr>
                                <w:sz w:val="18"/>
                                <w:szCs w:val="18"/>
                                <w:lang w:val="en-GB"/>
                              </w:rPr>
                            </w:pPr>
                            <w:r>
                              <w:rPr>
                                <w:sz w:val="18"/>
                                <w:szCs w:val="18"/>
                                <w:lang w:val="en-GB"/>
                              </w:rPr>
                              <w:t>Small domes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257825" id="_x0000_s1053" type="#_x0000_t202" style="position:absolute;margin-left:-14pt;margin-top:374.6pt;width:60.8pt;height:29.6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" filled="f" stroked="f">
                <v:textbox>
                  <w:txbxContent>
                    <w:p w14:paraId="3B50FE1F" w14:textId="40631A4B" w:rsidR="00B04C95" w:rsidRPr="00B04C95" w:rsidRDefault="00B04C95" w:rsidP="00B04C95">
                      <w:pPr>
                        <w:rPr>
                          <w:sz w:val="18"/>
                          <w:szCs w:val="18"/>
                          <w:lang w:val="en-GB"/>
                        </w:rPr>
                      </w:pPr>
                      <w:r>
                        <w:rPr>
                          <w:sz w:val="18"/>
                          <w:szCs w:val="18"/>
                          <w:lang w:val="en-GB"/>
                        </w:rPr>
                        <w:t>Small domes</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29920" behindDoc="0" locked="0" layoutInCell="1" allowOverlap="1" wp14:anchorId="568A88A3" wp14:editId="0A18D76F">
                <wp:simplePos x="0" y="0"/>
                <wp:positionH relativeFrom="column">
                  <wp:posOffset>965200</wp:posOffset>
                </wp:positionH>
                <wp:positionV relativeFrom="paragraph">
                  <wp:posOffset>5016500</wp:posOffset>
                </wp:positionV>
                <wp:extent cx="736600" cy="299720"/>
                <wp:effectExtent l="0" t="0" r="0" b="5080"/>
                <wp:wrapSquare wrapText="bothSides"/>
                <wp:docPr id="10438087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99720"/>
                        </a:xfrm>
                        <a:prstGeom prst="rect">
                          <a:avLst/>
                        </a:prstGeom>
                        <a:noFill/>
                        <a:ln w="9525">
                          <a:noFill/>
                          <a:miter lim="800000"/>
                          <a:headEnd/>
                          <a:tailEnd/>
                        </a:ln>
                      </wps:spPr>
                      <wps:txbx>
                        <w:txbxContent>
                          <w:p w14:paraId="607A9E90" w14:textId="3EA4924F" w:rsidR="00B04C95" w:rsidRPr="00B04C95" w:rsidRDefault="00B04C95" w:rsidP="00B04C95">
                            <w:pPr>
                              <w:rPr>
                                <w:sz w:val="18"/>
                                <w:szCs w:val="18"/>
                                <w:lang w:val="en-GB"/>
                              </w:rPr>
                            </w:pPr>
                            <w:r>
                              <w:rPr>
                                <w:sz w:val="18"/>
                                <w:szCs w:val="18"/>
                                <w:lang w:val="en-GB"/>
                              </w:rPr>
                              <w:t>Fire barels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8A88A3" id="_x0000_s1054" type="#_x0000_t202" style="position:absolute;margin-left:76pt;margin-top:395pt;width:58pt;height:23.6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" filled="f" stroked="f">
                <v:textbox>
                  <w:txbxContent>
                    <w:p w14:paraId="607A9E90" w14:textId="3EA4924F" w:rsidR="00B04C95" w:rsidRPr="00B04C95" w:rsidRDefault="00B04C95" w:rsidP="00B04C95">
                      <w:pPr>
                        <w:rPr>
                          <w:sz w:val="18"/>
                          <w:szCs w:val="18"/>
                          <w:lang w:val="en-GB"/>
                        </w:rPr>
                      </w:pPr>
                      <w:r>
                        <w:rPr>
                          <w:sz w:val="18"/>
                          <w:szCs w:val="18"/>
                          <w:lang w:val="en-GB"/>
                        </w:rPr>
                        <w:t xml:space="preserve">Fire </w:t>
                      </w:r>
                      <w:proofErr w:type="spellStart"/>
                      <w:r>
                        <w:rPr>
                          <w:sz w:val="18"/>
                          <w:szCs w:val="18"/>
                          <w:lang w:val="en-GB"/>
                        </w:rPr>
                        <w:t>barels</w:t>
                      </w:r>
                      <w:proofErr w:type="spellEnd"/>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27872" behindDoc="0" locked="0" layoutInCell="1" allowOverlap="1" wp14:anchorId="6BAE7C77" wp14:editId="6EB55941">
                <wp:simplePos x="0" y="0"/>
                <wp:positionH relativeFrom="column">
                  <wp:posOffset>2397760</wp:posOffset>
                </wp:positionH>
                <wp:positionV relativeFrom="paragraph">
                  <wp:posOffset>4686300</wp:posOffset>
                </wp:positionV>
                <wp:extent cx="736600" cy="299720"/>
                <wp:effectExtent l="0" t="0" r="0" b="5080"/>
                <wp:wrapSquare wrapText="bothSides"/>
                <wp:docPr id="17336116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99720"/>
                        </a:xfrm>
                        <a:prstGeom prst="rect">
                          <a:avLst/>
                        </a:prstGeom>
                        <a:noFill/>
                        <a:ln w="9525">
                          <a:noFill/>
                          <a:miter lim="800000"/>
                          <a:headEnd/>
                          <a:tailEnd/>
                        </a:ln>
                      </wps:spPr>
                      <wps:txbx>
                        <w:txbxContent>
                          <w:p w14:paraId="79E440E3" w14:textId="63CC6EB7" w:rsidR="00B04C95" w:rsidRPr="00B04C95" w:rsidRDefault="00B04C95" w:rsidP="00B04C95">
                            <w:pPr>
                              <w:rPr>
                                <w:sz w:val="18"/>
                                <w:szCs w:val="18"/>
                                <w:lang w:val="en-GB"/>
                              </w:rPr>
                            </w:pPr>
                            <w:r>
                              <w:rPr>
                                <w:sz w:val="18"/>
                                <w:szCs w:val="18"/>
                                <w:lang w:val="en-GB"/>
                              </w:rPr>
                              <w:t>Café? 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AE7C77" id="_x0000_s1055" type="#_x0000_t202" style="position:absolute;margin-left:188.8pt;margin-top:369pt;width:58pt;height:23.6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" filled="f" stroked="f">
                <v:textbox>
                  <w:txbxContent>
                    <w:p w14:paraId="79E440E3" w14:textId="63CC6EB7" w:rsidR="00B04C95" w:rsidRPr="00B04C95" w:rsidRDefault="00B04C95" w:rsidP="00B04C95">
                      <w:pPr>
                        <w:rPr>
                          <w:sz w:val="18"/>
                          <w:szCs w:val="18"/>
                          <w:lang w:val="en-GB"/>
                        </w:rPr>
                      </w:pPr>
                      <w:r>
                        <w:rPr>
                          <w:sz w:val="18"/>
                          <w:szCs w:val="18"/>
                          <w:lang w:val="en-GB"/>
                        </w:rPr>
                        <w:t>Café? etc</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25824" behindDoc="0" locked="0" layoutInCell="1" allowOverlap="1" wp14:anchorId="00FF83E5" wp14:editId="028CD094">
                <wp:simplePos x="0" y="0"/>
                <wp:positionH relativeFrom="column">
                  <wp:posOffset>1874520</wp:posOffset>
                </wp:positionH>
                <wp:positionV relativeFrom="paragraph">
                  <wp:posOffset>4488180</wp:posOffset>
                </wp:positionV>
                <wp:extent cx="736600" cy="299720"/>
                <wp:effectExtent l="0" t="0" r="0" b="5080"/>
                <wp:wrapSquare wrapText="bothSides"/>
                <wp:docPr id="8720199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299720"/>
                        </a:xfrm>
                        <a:prstGeom prst="rect">
                          <a:avLst/>
                        </a:prstGeom>
                        <a:noFill/>
                        <a:ln w="9525">
                          <a:noFill/>
                          <a:miter lim="800000"/>
                          <a:headEnd/>
                          <a:tailEnd/>
                        </a:ln>
                      </wps:spPr>
                      <wps:txbx>
                        <w:txbxContent>
                          <w:p w14:paraId="741AEA3D" w14:textId="13E3350B" w:rsidR="00B04C95" w:rsidRPr="00B04C95" w:rsidRDefault="00B04C95" w:rsidP="00B04C95">
                            <w:pPr>
                              <w:rPr>
                                <w:sz w:val="18"/>
                                <w:szCs w:val="18"/>
                                <w:lang w:val="en-GB"/>
                              </w:rPr>
                            </w:pPr>
                            <w:r>
                              <w:rPr>
                                <w:sz w:val="18"/>
                                <w:szCs w:val="18"/>
                                <w:lang w:val="en-GB"/>
                              </w:rPr>
                              <w:t>Moroccans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FF83E5" id="_x0000_s1056" type="#_x0000_t202" style="position:absolute;margin-left:147.6pt;margin-top:353.4pt;width:58pt;height:23.6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" filled="f" stroked="f">
                <v:textbox>
                  <w:txbxContent>
                    <w:p w14:paraId="741AEA3D" w14:textId="13E3350B" w:rsidR="00B04C95" w:rsidRPr="00B04C95" w:rsidRDefault="00B04C95" w:rsidP="00B04C95">
                      <w:pPr>
                        <w:rPr>
                          <w:sz w:val="18"/>
                          <w:szCs w:val="18"/>
                          <w:lang w:val="en-GB"/>
                        </w:rPr>
                      </w:pPr>
                      <w:r>
                        <w:rPr>
                          <w:sz w:val="18"/>
                          <w:szCs w:val="18"/>
                          <w:lang w:val="en-GB"/>
                        </w:rPr>
                        <w:t>Moroccans</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23776" behindDoc="0" locked="0" layoutInCell="1" allowOverlap="1" wp14:anchorId="3E56CA75" wp14:editId="540C3032">
                <wp:simplePos x="0" y="0"/>
                <wp:positionH relativeFrom="column">
                  <wp:posOffset>1071880</wp:posOffset>
                </wp:positionH>
                <wp:positionV relativeFrom="paragraph">
                  <wp:posOffset>4137660</wp:posOffset>
                </wp:positionV>
                <wp:extent cx="629920" cy="274320"/>
                <wp:effectExtent l="0" t="0" r="0" b="0"/>
                <wp:wrapSquare wrapText="bothSides"/>
                <wp:docPr id="4351728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274320"/>
                        </a:xfrm>
                        <a:prstGeom prst="rect">
                          <a:avLst/>
                        </a:prstGeom>
                        <a:noFill/>
                        <a:ln w="9525">
                          <a:noFill/>
                          <a:miter lim="800000"/>
                          <a:headEnd/>
                          <a:tailEnd/>
                        </a:ln>
                      </wps:spPr>
                      <wps:txbx>
                        <w:txbxContent>
                          <w:p w14:paraId="6DE26F70" w14:textId="4C6E6C71" w:rsidR="00B04C95" w:rsidRPr="00B04C95" w:rsidRDefault="00B04C95" w:rsidP="00B04C95">
                            <w:pPr>
                              <w:rPr>
                                <w:sz w:val="18"/>
                                <w:szCs w:val="18"/>
                                <w:lang w:val="en-GB"/>
                              </w:rPr>
                            </w:pPr>
                            <w:r>
                              <w:rPr>
                                <w:sz w:val="18"/>
                                <w:szCs w:val="18"/>
                                <w:lang w:val="en-GB"/>
                              </w:rPr>
                              <w:t>Dome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6CA75" id="_x0000_s1057" type="#_x0000_t202" style="position:absolute;margin-left:84.4pt;margin-top:325.8pt;width:49.6pt;height:21.6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" filled="f" stroked="f">
                <v:textbox>
                  <w:txbxContent>
                    <w:p w14:paraId="6DE26F70" w14:textId="4C6E6C71" w:rsidR="00B04C95" w:rsidRPr="00B04C95" w:rsidRDefault="00B04C95" w:rsidP="00B04C95">
                      <w:pPr>
                        <w:rPr>
                          <w:sz w:val="18"/>
                          <w:szCs w:val="18"/>
                          <w:lang w:val="en-GB"/>
                        </w:rPr>
                      </w:pPr>
                      <w:r>
                        <w:rPr>
                          <w:sz w:val="18"/>
                          <w:szCs w:val="18"/>
                          <w:lang w:val="en-GB"/>
                        </w:rPr>
                        <w:t>Dome</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21728" behindDoc="0" locked="0" layoutInCell="1" allowOverlap="1" wp14:anchorId="7DA9371F" wp14:editId="32D82A56">
                <wp:simplePos x="0" y="0"/>
                <wp:positionH relativeFrom="column">
                  <wp:posOffset>335280</wp:posOffset>
                </wp:positionH>
                <wp:positionV relativeFrom="paragraph">
                  <wp:posOffset>4259580</wp:posOffset>
                </wp:positionV>
                <wp:extent cx="629920" cy="274320"/>
                <wp:effectExtent l="0" t="0" r="0" b="0"/>
                <wp:wrapSquare wrapText="bothSides"/>
                <wp:docPr id="1594124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274320"/>
                        </a:xfrm>
                        <a:prstGeom prst="rect">
                          <a:avLst/>
                        </a:prstGeom>
                        <a:noFill/>
                        <a:ln w="9525">
                          <a:noFill/>
                          <a:miter lim="800000"/>
                          <a:headEnd/>
                          <a:tailEnd/>
                        </a:ln>
                      </wps:spPr>
                      <wps:txbx>
                        <w:txbxContent>
                          <w:p w14:paraId="1CA0462B" w14:textId="228C4797" w:rsidR="00B04C95" w:rsidRPr="00B04C95" w:rsidRDefault="00B04C95" w:rsidP="00B04C95">
                            <w:pPr>
                              <w:rPr>
                                <w:sz w:val="18"/>
                                <w:szCs w:val="18"/>
                                <w:lang w:val="en-GB"/>
                              </w:rPr>
                            </w:pPr>
                            <w:r>
                              <w:rPr>
                                <w:sz w:val="18"/>
                                <w:szCs w:val="18"/>
                                <w:lang w:val="en-GB"/>
                              </w:rPr>
                              <w:t>Hasidim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9371F" id="_x0000_s1058" type="#_x0000_t202" style="position:absolute;margin-left:26.4pt;margin-top:335.4pt;width:49.6pt;height:21.6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" filled="f" stroked="f">
                <v:textbox>
                  <w:txbxContent>
                    <w:p w14:paraId="1CA0462B" w14:textId="228C4797" w:rsidR="00B04C95" w:rsidRPr="00B04C95" w:rsidRDefault="00B04C95" w:rsidP="00B04C95">
                      <w:pPr>
                        <w:rPr>
                          <w:sz w:val="18"/>
                          <w:szCs w:val="18"/>
                          <w:lang w:val="en-GB"/>
                        </w:rPr>
                      </w:pPr>
                      <w:r>
                        <w:rPr>
                          <w:sz w:val="18"/>
                          <w:szCs w:val="18"/>
                          <w:lang w:val="en-GB"/>
                        </w:rPr>
                        <w:t>Hasidim</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19680" behindDoc="0" locked="0" layoutInCell="1" allowOverlap="1" wp14:anchorId="19FE6F74" wp14:editId="739D089B">
                <wp:simplePos x="0" y="0"/>
                <wp:positionH relativeFrom="column">
                  <wp:posOffset>2362200</wp:posOffset>
                </wp:positionH>
                <wp:positionV relativeFrom="paragraph">
                  <wp:posOffset>3675380</wp:posOffset>
                </wp:positionV>
                <wp:extent cx="629920" cy="274320"/>
                <wp:effectExtent l="0" t="0" r="0" b="0"/>
                <wp:wrapSquare wrapText="bothSides"/>
                <wp:docPr id="9002316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274320"/>
                        </a:xfrm>
                        <a:prstGeom prst="rect">
                          <a:avLst/>
                        </a:prstGeom>
                        <a:noFill/>
                        <a:ln w="9525">
                          <a:noFill/>
                          <a:miter lim="800000"/>
                          <a:headEnd/>
                          <a:tailEnd/>
                        </a:ln>
                      </wps:spPr>
                      <wps:txbx>
                        <w:txbxContent>
                          <w:p w14:paraId="14FC31B0" w14:textId="55F663A6" w:rsidR="00B04C95" w:rsidRPr="00B04C95" w:rsidRDefault="00B04C95" w:rsidP="00B04C95">
                            <w:pPr>
                              <w:rPr>
                                <w:sz w:val="18"/>
                                <w:szCs w:val="18"/>
                                <w:lang w:val="en-GB"/>
                              </w:rPr>
                            </w:pPr>
                            <w:r>
                              <w:rPr>
                                <w:sz w:val="18"/>
                                <w:szCs w:val="18"/>
                                <w:lang w:val="en-GB"/>
                              </w:rPr>
                              <w:t xml:space="preserve">Stairs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FE6F74" id="_x0000_s1059" type="#_x0000_t202" style="position:absolute;margin-left:186pt;margin-top:289.4pt;width:49.6pt;height:21.6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" filled="f" stroked="f">
                <v:textbox>
                  <w:txbxContent>
                    <w:p w14:paraId="14FC31B0" w14:textId="55F663A6" w:rsidR="00B04C95" w:rsidRPr="00B04C95" w:rsidRDefault="00B04C95" w:rsidP="00B04C95">
                      <w:pPr>
                        <w:rPr>
                          <w:sz w:val="18"/>
                          <w:szCs w:val="18"/>
                          <w:lang w:val="en-GB"/>
                        </w:rPr>
                      </w:pPr>
                      <w:r>
                        <w:rPr>
                          <w:sz w:val="18"/>
                          <w:szCs w:val="18"/>
                          <w:lang w:val="en-GB"/>
                        </w:rPr>
                        <w:t>Stairs</w:t>
                      </w:r>
                      <w:r>
                        <w:rPr>
                          <w:sz w:val="18"/>
                          <w:szCs w:val="18"/>
                          <w:lang w:val="en-GB"/>
                        </w:rPr>
                        <w:t xml:space="preserve"> </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17632" behindDoc="0" locked="0" layoutInCell="1" allowOverlap="1" wp14:anchorId="063900EE" wp14:editId="79F7C9AE">
                <wp:simplePos x="0" y="0"/>
                <wp:positionH relativeFrom="column">
                  <wp:posOffset>690880</wp:posOffset>
                </wp:positionH>
                <wp:positionV relativeFrom="paragraph">
                  <wp:posOffset>3731260</wp:posOffset>
                </wp:positionV>
                <wp:extent cx="629920" cy="274320"/>
                <wp:effectExtent l="0" t="0" r="0" b="0"/>
                <wp:wrapSquare wrapText="bothSides"/>
                <wp:docPr id="11847179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274320"/>
                        </a:xfrm>
                        <a:prstGeom prst="rect">
                          <a:avLst/>
                        </a:prstGeom>
                        <a:noFill/>
                        <a:ln w="9525">
                          <a:noFill/>
                          <a:miter lim="800000"/>
                          <a:headEnd/>
                          <a:tailEnd/>
                        </a:ln>
                      </wps:spPr>
                      <wps:txbx>
                        <w:txbxContent>
                          <w:p w14:paraId="6BAF331A" w14:textId="3F40D90C" w:rsidR="00B04C95" w:rsidRPr="00B04C95" w:rsidRDefault="00B04C95" w:rsidP="00B04C95">
                            <w:pPr>
                              <w:rPr>
                                <w:sz w:val="18"/>
                                <w:szCs w:val="18"/>
                                <w:lang w:val="en-GB"/>
                              </w:rPr>
                            </w:pPr>
                            <w:r>
                              <w:rPr>
                                <w:sz w:val="18"/>
                                <w:szCs w:val="18"/>
                                <w:lang w:val="en-GB"/>
                              </w:rPr>
                              <w:t xml:space="preserve">*wider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3900EE" id="_x0000_s1060" type="#_x0000_t202" style="position:absolute;margin-left:54.4pt;margin-top:293.8pt;width:49.6pt;height:21.6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" filled="f" stroked="f">
                <v:textbox>
                  <w:txbxContent>
                    <w:p w14:paraId="6BAF331A" w14:textId="3F40D90C" w:rsidR="00B04C95" w:rsidRPr="00B04C95" w:rsidRDefault="00B04C95" w:rsidP="00B04C95">
                      <w:pPr>
                        <w:rPr>
                          <w:sz w:val="18"/>
                          <w:szCs w:val="18"/>
                          <w:lang w:val="en-GB"/>
                        </w:rPr>
                      </w:pPr>
                      <w:r>
                        <w:rPr>
                          <w:sz w:val="18"/>
                          <w:szCs w:val="18"/>
                          <w:lang w:val="en-GB"/>
                        </w:rPr>
                        <w:t>*</w:t>
                      </w:r>
                      <w:proofErr w:type="gramStart"/>
                      <w:r>
                        <w:rPr>
                          <w:sz w:val="18"/>
                          <w:szCs w:val="18"/>
                          <w:lang w:val="en-GB"/>
                        </w:rPr>
                        <w:t>wider</w:t>
                      </w:r>
                      <w:proofErr w:type="gramEnd"/>
                      <w:r>
                        <w:rPr>
                          <w:sz w:val="18"/>
                          <w:szCs w:val="18"/>
                          <w:lang w:val="en-GB"/>
                        </w:rPr>
                        <w:t xml:space="preserve"> </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15584" behindDoc="0" locked="0" layoutInCell="1" allowOverlap="1" wp14:anchorId="740C9D70" wp14:editId="2530BE69">
                <wp:simplePos x="0" y="0"/>
                <wp:positionH relativeFrom="column">
                  <wp:posOffset>2128520</wp:posOffset>
                </wp:positionH>
                <wp:positionV relativeFrom="paragraph">
                  <wp:posOffset>2842260</wp:posOffset>
                </wp:positionV>
                <wp:extent cx="868680" cy="391160"/>
                <wp:effectExtent l="0" t="0" r="0" b="0"/>
                <wp:wrapSquare wrapText="bothSides"/>
                <wp:docPr id="17566704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391160"/>
                        </a:xfrm>
                        <a:prstGeom prst="rect">
                          <a:avLst/>
                        </a:prstGeom>
                        <a:noFill/>
                        <a:ln w="9525">
                          <a:noFill/>
                          <a:miter lim="800000"/>
                          <a:headEnd/>
                          <a:tailEnd/>
                        </a:ln>
                      </wps:spPr>
                      <wps:txbx>
                        <w:txbxContent>
                          <w:p w14:paraId="5AF63472" w14:textId="5124C95F" w:rsidR="00B04C95" w:rsidRPr="007044DC" w:rsidRDefault="00B04C95" w:rsidP="00B04C95">
                            <w:pPr>
                              <w:rPr>
                                <w:sz w:val="18"/>
                                <w:szCs w:val="18"/>
                                <w:lang w:val="en-GB"/>
                              </w:rPr>
                            </w:pPr>
                            <w:r>
                              <w:rPr>
                                <w:sz w:val="16"/>
                                <w:szCs w:val="16"/>
                                <w:lang w:val="en-GB"/>
                              </w:rPr>
                              <w:t>Tomb from underneath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0C9D70" id="_x0000_s1061" type="#_x0000_t202" style="position:absolute;margin-left:167.6pt;margin-top:223.8pt;width:68.4pt;height:30.8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" filled="f" stroked="f">
                <v:textbox>
                  <w:txbxContent>
                    <w:p w14:paraId="5AF63472" w14:textId="5124C95F" w:rsidR="00B04C95" w:rsidRPr="007044DC" w:rsidRDefault="00B04C95" w:rsidP="00B04C95">
                      <w:pPr>
                        <w:rPr>
                          <w:sz w:val="18"/>
                          <w:szCs w:val="18"/>
                          <w:lang w:val="en-GB"/>
                        </w:rPr>
                      </w:pPr>
                      <w:r>
                        <w:rPr>
                          <w:sz w:val="16"/>
                          <w:szCs w:val="16"/>
                          <w:lang w:val="en-GB"/>
                        </w:rPr>
                        <w:t>Tomb from underneath</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13536" behindDoc="0" locked="0" layoutInCell="1" allowOverlap="1" wp14:anchorId="2446626A" wp14:editId="3067B107">
                <wp:simplePos x="0" y="0"/>
                <wp:positionH relativeFrom="column">
                  <wp:posOffset>1742440</wp:posOffset>
                </wp:positionH>
                <wp:positionV relativeFrom="paragraph">
                  <wp:posOffset>2689860</wp:posOffset>
                </wp:positionV>
                <wp:extent cx="868680" cy="228600"/>
                <wp:effectExtent l="0" t="0" r="0" b="0"/>
                <wp:wrapSquare wrapText="bothSides"/>
                <wp:docPr id="15474110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228600"/>
                        </a:xfrm>
                        <a:prstGeom prst="rect">
                          <a:avLst/>
                        </a:prstGeom>
                        <a:noFill/>
                        <a:ln w="9525">
                          <a:noFill/>
                          <a:miter lim="800000"/>
                          <a:headEnd/>
                          <a:tailEnd/>
                        </a:ln>
                      </wps:spPr>
                      <wps:txbx>
                        <w:txbxContent>
                          <w:p w14:paraId="600805F1" w14:textId="75EB2BFB" w:rsidR="00B04C95" w:rsidRPr="007044DC" w:rsidRDefault="00B04C95" w:rsidP="00B04C95">
                            <w:pPr>
                              <w:rPr>
                                <w:sz w:val="18"/>
                                <w:szCs w:val="18"/>
                                <w:lang w:val="en-GB"/>
                              </w:rPr>
                            </w:pPr>
                            <w:r>
                              <w:rPr>
                                <w:sz w:val="16"/>
                                <w:szCs w:val="16"/>
                                <w:lang w:val="en-GB"/>
                              </w:rPr>
                              <w:t>Basement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6626A" id="_x0000_s1062" type="#_x0000_t202" style="position:absolute;margin-left:137.2pt;margin-top:211.8pt;width:68.4pt;height:18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" filled="f" stroked="f">
                <v:textbox>
                  <w:txbxContent>
                    <w:p w14:paraId="600805F1" w14:textId="75EB2BFB" w:rsidR="00B04C95" w:rsidRPr="007044DC" w:rsidRDefault="00B04C95" w:rsidP="00B04C95">
                      <w:pPr>
                        <w:rPr>
                          <w:sz w:val="18"/>
                          <w:szCs w:val="18"/>
                          <w:lang w:val="en-GB"/>
                        </w:rPr>
                      </w:pPr>
                      <w:r>
                        <w:rPr>
                          <w:sz w:val="16"/>
                          <w:szCs w:val="16"/>
                          <w:lang w:val="en-GB"/>
                        </w:rPr>
                        <w:t>Basement</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11488" behindDoc="0" locked="0" layoutInCell="1" allowOverlap="1" wp14:anchorId="38AB53FF" wp14:editId="2BB82DF5">
                <wp:simplePos x="0" y="0"/>
                <wp:positionH relativeFrom="column">
                  <wp:posOffset>1493520</wp:posOffset>
                </wp:positionH>
                <wp:positionV relativeFrom="paragraph">
                  <wp:posOffset>2410460</wp:posOffset>
                </wp:positionV>
                <wp:extent cx="868680" cy="228600"/>
                <wp:effectExtent l="0" t="0" r="0" b="0"/>
                <wp:wrapSquare wrapText="bothSides"/>
                <wp:docPr id="467722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228600"/>
                        </a:xfrm>
                        <a:prstGeom prst="rect">
                          <a:avLst/>
                        </a:prstGeom>
                        <a:noFill/>
                        <a:ln w="9525">
                          <a:noFill/>
                          <a:miter lim="800000"/>
                          <a:headEnd/>
                          <a:tailEnd/>
                        </a:ln>
                      </wps:spPr>
                      <wps:txbx>
                        <w:txbxContent>
                          <w:p w14:paraId="420A2CCC" w14:textId="62D04A43" w:rsidR="00B04C95" w:rsidRPr="007044DC" w:rsidRDefault="00B04C95" w:rsidP="00B04C95">
                            <w:pPr>
                              <w:rPr>
                                <w:sz w:val="18"/>
                                <w:szCs w:val="18"/>
                                <w:lang w:val="en-GB"/>
                              </w:rPr>
                            </w:pPr>
                            <w:r>
                              <w:rPr>
                                <w:sz w:val="16"/>
                                <w:szCs w:val="16"/>
                                <w:lang w:val="en-GB"/>
                              </w:rPr>
                              <w:t>Kitchen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AB53FF" id="_x0000_s1063" type="#_x0000_t202" style="position:absolute;margin-left:117.6pt;margin-top:189.8pt;width:68.4pt;height:18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" filled="f" stroked="f">
                <v:textbox>
                  <w:txbxContent>
                    <w:p w14:paraId="420A2CCC" w14:textId="62D04A43" w:rsidR="00B04C95" w:rsidRPr="007044DC" w:rsidRDefault="00B04C95" w:rsidP="00B04C95">
                      <w:pPr>
                        <w:rPr>
                          <w:sz w:val="18"/>
                          <w:szCs w:val="18"/>
                          <w:lang w:val="en-GB"/>
                        </w:rPr>
                      </w:pPr>
                      <w:r>
                        <w:rPr>
                          <w:sz w:val="16"/>
                          <w:szCs w:val="16"/>
                          <w:lang w:val="en-GB"/>
                        </w:rPr>
                        <w:t>Kitchen</w:t>
                      </w:r>
                    </w:p>
                  </w:txbxContent>
                </v:textbox>
                <w10:wrap type="square"/>
              </v:shape>
            </w:pict>
          </mc:Fallback>
        </mc:AlternateContent>
      </w:r>
      <w:r w:rsidRPr="009658F0">
        <w:rPr>
          <w:rFonts w:ascii="Times New Roman" w:eastAsia="Times New Roman" w:hAnsi="Times New Roman" w:cs="Times New Roman"/>
          <w:noProof/>
          <w:sz w:val="24"/>
          <w:szCs w:val="24"/>
        </w:rPr>
        <w:drawing>
          <wp:anchor distT="0" distB="0" distL="114300" distR="114300" simplePos="0" relativeHeight="251691008" behindDoc="1" locked="0" layoutInCell="1" allowOverlap="1" wp14:anchorId="054DB1EE" wp14:editId="307501C3">
            <wp:simplePos x="0" y="0"/>
            <wp:positionH relativeFrom="column">
              <wp:posOffset>223520</wp:posOffset>
            </wp:positionH>
            <wp:positionV relativeFrom="page">
              <wp:posOffset>1676400</wp:posOffset>
            </wp:positionV>
            <wp:extent cx="3282950" cy="5561965"/>
            <wp:effectExtent l="0" t="0" r="0" b="635"/>
            <wp:wrapNone/>
            <wp:docPr id="6649843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984337" name="Picture 664984337"/>
                    <pic:cNvPicPr/>
                  </pic:nvPicPr>
                  <pic:blipFill>
                    <a:blip r:embed="rId17"/>
                    <a:stretch>
                      <a:fillRect/>
                    </a:stretch>
                  </pic:blipFill>
                  <pic:spPr>
                    <a:xfrm>
                      <a:off x="0" y="0"/>
                      <a:ext cx="3282950" cy="5561965"/>
                    </a:xfrm>
                    <a:prstGeom prst="rect">
                      <a:avLst/>
                    </a:prstGeom>
                  </pic:spPr>
                </pic:pic>
              </a:graphicData>
            </a:graphic>
            <wp14:sizeRelH relativeFrom="margin">
              <wp14:pctWidth>0</wp14:pctWidth>
            </wp14:sizeRelH>
            <wp14:sizeRelV relativeFrom="margin">
              <wp14:pctHeight>0</wp14:pctHeight>
            </wp14:sizeRelV>
          </wp:anchor>
        </w:drawing>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07392" behindDoc="0" locked="0" layoutInCell="1" allowOverlap="1" wp14:anchorId="4BC64724" wp14:editId="41651520">
                <wp:simplePos x="0" y="0"/>
                <wp:positionH relativeFrom="column">
                  <wp:posOffset>1117600</wp:posOffset>
                </wp:positionH>
                <wp:positionV relativeFrom="paragraph">
                  <wp:posOffset>2090420</wp:posOffset>
                </wp:positionV>
                <wp:extent cx="868680" cy="228600"/>
                <wp:effectExtent l="0" t="0" r="0" b="0"/>
                <wp:wrapSquare wrapText="bothSides"/>
                <wp:docPr id="1898351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228600"/>
                        </a:xfrm>
                        <a:prstGeom prst="rect">
                          <a:avLst/>
                        </a:prstGeom>
                        <a:noFill/>
                        <a:ln w="9525">
                          <a:noFill/>
                          <a:miter lim="800000"/>
                          <a:headEnd/>
                          <a:tailEnd/>
                        </a:ln>
                      </wps:spPr>
                      <wps:txbx>
                        <w:txbxContent>
                          <w:p w14:paraId="4EF4B031" w14:textId="26405606" w:rsidR="007044DC" w:rsidRPr="007044DC" w:rsidRDefault="007044DC" w:rsidP="007044DC">
                            <w:pPr>
                              <w:rPr>
                                <w:sz w:val="18"/>
                                <w:szCs w:val="18"/>
                                <w:lang w:val="en-GB"/>
                              </w:rPr>
                            </w:pPr>
                            <w:r>
                              <w:rPr>
                                <w:sz w:val="16"/>
                                <w:szCs w:val="16"/>
                                <w:lang w:val="en-GB"/>
                              </w:rPr>
                              <w:t>Poor dining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64724" id="_x0000_s1064" type="#_x0000_t202" style="position:absolute;margin-left:88pt;margin-top:164.6pt;width:68.4pt;height:18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" filled="f" stroked="f">
                <v:textbox>
                  <w:txbxContent>
                    <w:p w14:paraId="4EF4B031" w14:textId="26405606" w:rsidR="007044DC" w:rsidRPr="007044DC" w:rsidRDefault="007044DC" w:rsidP="007044DC">
                      <w:pPr>
                        <w:rPr>
                          <w:sz w:val="18"/>
                          <w:szCs w:val="18"/>
                          <w:lang w:val="en-GB"/>
                        </w:rPr>
                      </w:pPr>
                      <w:r>
                        <w:rPr>
                          <w:sz w:val="16"/>
                          <w:szCs w:val="16"/>
                          <w:lang w:val="en-GB"/>
                        </w:rPr>
                        <w:t>Poor dining</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09440" behindDoc="0" locked="0" layoutInCell="1" allowOverlap="1" wp14:anchorId="025E2F74" wp14:editId="692B2853">
                <wp:simplePos x="0" y="0"/>
                <wp:positionH relativeFrom="column">
                  <wp:posOffset>1645920</wp:posOffset>
                </wp:positionH>
                <wp:positionV relativeFrom="paragraph">
                  <wp:posOffset>3421380</wp:posOffset>
                </wp:positionV>
                <wp:extent cx="822960" cy="365760"/>
                <wp:effectExtent l="0" t="0" r="0" b="0"/>
                <wp:wrapSquare wrapText="bothSides"/>
                <wp:docPr id="2857759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365760"/>
                        </a:xfrm>
                        <a:prstGeom prst="rect">
                          <a:avLst/>
                        </a:prstGeom>
                        <a:noFill/>
                        <a:ln w="9525">
                          <a:noFill/>
                          <a:miter lim="800000"/>
                          <a:headEnd/>
                          <a:tailEnd/>
                        </a:ln>
                      </wps:spPr>
                      <wps:txbx>
                        <w:txbxContent>
                          <w:p w14:paraId="6B03CED4" w14:textId="77777777" w:rsidR="00B04C95" w:rsidRPr="007044DC" w:rsidRDefault="00B04C95" w:rsidP="00B04C95">
                            <w:pPr>
                              <w:rPr>
                                <w:sz w:val="18"/>
                                <w:szCs w:val="18"/>
                                <w:lang w:val="en-GB"/>
                              </w:rPr>
                            </w:pPr>
                            <w:r>
                              <w:rPr>
                                <w:sz w:val="16"/>
                                <w:szCs w:val="16"/>
                                <w:lang w:val="en-GB"/>
                              </w:rPr>
                              <w:t>[Text whited 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5E2F74" id="_x0000_s1065" type="#_x0000_t202" style="position:absolute;margin-left:129.6pt;margin-top:269.4pt;width:64.8pt;height:28.8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" filled="f" stroked="f">
                <v:textbox>
                  <w:txbxContent>
                    <w:p w14:paraId="6B03CED4" w14:textId="77777777" w:rsidR="00B04C95" w:rsidRPr="007044DC" w:rsidRDefault="00B04C95" w:rsidP="00B04C95">
                      <w:pPr>
                        <w:rPr>
                          <w:sz w:val="18"/>
                          <w:szCs w:val="18"/>
                          <w:lang w:val="en-GB"/>
                        </w:rPr>
                      </w:pPr>
                      <w:r>
                        <w:rPr>
                          <w:sz w:val="16"/>
                          <w:szCs w:val="16"/>
                          <w:lang w:val="en-GB"/>
                        </w:rPr>
                        <w:t>[Text whited out]</w:t>
                      </w:r>
                    </w:p>
                  </w:txbxContent>
                </v:textbox>
                <w10:wrap type="square"/>
              </v:shape>
            </w:pict>
          </mc:Fallback>
        </mc:AlternateContent>
      </w:r>
      <w:r w:rsidR="007044DC"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05344" behindDoc="0" locked="0" layoutInCell="1" allowOverlap="1" wp14:anchorId="694A8F20" wp14:editId="45493DFF">
                <wp:simplePos x="0" y="0"/>
                <wp:positionH relativeFrom="column">
                  <wp:posOffset>1117600</wp:posOffset>
                </wp:positionH>
                <wp:positionV relativeFrom="paragraph">
                  <wp:posOffset>1612900</wp:posOffset>
                </wp:positionV>
                <wp:extent cx="822960" cy="365760"/>
                <wp:effectExtent l="0" t="0" r="0" b="0"/>
                <wp:wrapSquare wrapText="bothSides"/>
                <wp:docPr id="290169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365760"/>
                        </a:xfrm>
                        <a:prstGeom prst="rect">
                          <a:avLst/>
                        </a:prstGeom>
                        <a:noFill/>
                        <a:ln w="9525">
                          <a:noFill/>
                          <a:miter lim="800000"/>
                          <a:headEnd/>
                          <a:tailEnd/>
                        </a:ln>
                      </wps:spPr>
                      <wps:txbx>
                        <w:txbxContent>
                          <w:p w14:paraId="5A2A9BFB" w14:textId="237BC7D1" w:rsidR="007044DC" w:rsidRPr="007044DC" w:rsidRDefault="007044DC" w:rsidP="007044DC">
                            <w:pPr>
                              <w:rPr>
                                <w:sz w:val="18"/>
                                <w:szCs w:val="18"/>
                                <w:lang w:val="en-GB"/>
                              </w:rPr>
                            </w:pPr>
                            <w:r>
                              <w:rPr>
                                <w:sz w:val="16"/>
                                <w:szCs w:val="16"/>
                                <w:lang w:val="en-GB"/>
                              </w:rPr>
                              <w:t>[Text whited out]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A8F20" id="_x0000_s1066" type="#_x0000_t202" style="position:absolute;margin-left:88pt;margin-top:127pt;width:64.8pt;height:28.8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" filled="f" stroked="f">
                <v:textbox>
                  <w:txbxContent>
                    <w:p w14:paraId="5A2A9BFB" w14:textId="237BC7D1" w:rsidR="007044DC" w:rsidRPr="007044DC" w:rsidRDefault="007044DC" w:rsidP="007044DC">
                      <w:pPr>
                        <w:rPr>
                          <w:sz w:val="18"/>
                          <w:szCs w:val="18"/>
                          <w:lang w:val="en-GB"/>
                        </w:rPr>
                      </w:pPr>
                      <w:r>
                        <w:rPr>
                          <w:sz w:val="16"/>
                          <w:szCs w:val="16"/>
                          <w:lang w:val="en-GB"/>
                        </w:rPr>
                        <w:t>[Text whited out]</w:t>
                      </w:r>
                    </w:p>
                  </w:txbxContent>
                </v:textbox>
                <w10:wrap type="square"/>
              </v:shape>
            </w:pict>
          </mc:Fallback>
        </mc:AlternateContent>
      </w:r>
      <w:r w:rsidR="007044DC"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03296" behindDoc="0" locked="0" layoutInCell="1" allowOverlap="1" wp14:anchorId="1B6F294D" wp14:editId="339C0E9B">
                <wp:simplePos x="0" y="0"/>
                <wp:positionH relativeFrom="column">
                  <wp:posOffset>1219200</wp:posOffset>
                </wp:positionH>
                <wp:positionV relativeFrom="paragraph">
                  <wp:posOffset>937260</wp:posOffset>
                </wp:positionV>
                <wp:extent cx="650240" cy="330200"/>
                <wp:effectExtent l="0" t="0" r="0" b="0"/>
                <wp:wrapSquare wrapText="bothSides"/>
                <wp:docPr id="525668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 cy="330200"/>
                        </a:xfrm>
                        <a:prstGeom prst="rect">
                          <a:avLst/>
                        </a:prstGeom>
                        <a:noFill/>
                        <a:ln w="9525">
                          <a:noFill/>
                          <a:miter lim="800000"/>
                          <a:headEnd/>
                          <a:tailEnd/>
                        </a:ln>
                      </wps:spPr>
                      <wps:txbx>
                        <w:txbxContent>
                          <w:p w14:paraId="1BBBD3F4" w14:textId="11F33D66" w:rsidR="007044DC" w:rsidRPr="007044DC" w:rsidRDefault="007044DC" w:rsidP="007044DC">
                            <w:pPr>
                              <w:rPr>
                                <w:sz w:val="16"/>
                                <w:szCs w:val="16"/>
                                <w:lang w:val="en-GB"/>
                              </w:rPr>
                            </w:pPr>
                            <w:r>
                              <w:rPr>
                                <w:sz w:val="16"/>
                                <w:szCs w:val="16"/>
                                <w:lang w:val="en-GB"/>
                              </w:rPr>
                              <w:t>Men’s shul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F294D" id="_x0000_s1067" type="#_x0000_t202" style="position:absolute;margin-left:96pt;margin-top:73.8pt;width:51.2pt;height:26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" filled="f" stroked="f">
                <v:textbox>
                  <w:txbxContent>
                    <w:p w14:paraId="1BBBD3F4" w14:textId="11F33D66" w:rsidR="007044DC" w:rsidRPr="007044DC" w:rsidRDefault="007044DC" w:rsidP="007044DC">
                      <w:pPr>
                        <w:rPr>
                          <w:sz w:val="16"/>
                          <w:szCs w:val="16"/>
                          <w:lang w:val="en-GB"/>
                        </w:rPr>
                      </w:pPr>
                      <w:r>
                        <w:rPr>
                          <w:sz w:val="16"/>
                          <w:szCs w:val="16"/>
                          <w:lang w:val="en-GB"/>
                        </w:rPr>
                        <w:t>Men’s shul</w:t>
                      </w:r>
                    </w:p>
                  </w:txbxContent>
                </v:textbox>
                <w10:wrap type="square"/>
              </v:shape>
            </w:pict>
          </mc:Fallback>
        </mc:AlternateContent>
      </w:r>
      <w:r w:rsidR="007044DC"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01248" behindDoc="0" locked="0" layoutInCell="1" allowOverlap="1" wp14:anchorId="22712AFF" wp14:editId="2B82C28E">
                <wp:simplePos x="0" y="0"/>
                <wp:positionH relativeFrom="column">
                  <wp:posOffset>487680</wp:posOffset>
                </wp:positionH>
                <wp:positionV relativeFrom="paragraph">
                  <wp:posOffset>1267460</wp:posOffset>
                </wp:positionV>
                <wp:extent cx="660400" cy="340360"/>
                <wp:effectExtent l="0" t="0" r="0" b="2540"/>
                <wp:wrapSquare wrapText="bothSides"/>
                <wp:docPr id="17623235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340360"/>
                        </a:xfrm>
                        <a:prstGeom prst="rect">
                          <a:avLst/>
                        </a:prstGeom>
                        <a:noFill/>
                        <a:ln w="9525">
                          <a:noFill/>
                          <a:miter lim="800000"/>
                          <a:headEnd/>
                          <a:tailEnd/>
                        </a:ln>
                      </wps:spPr>
                      <wps:txbx>
                        <w:txbxContent>
                          <w:p w14:paraId="6D8D0715" w14:textId="21CC7C81" w:rsidR="007044DC" w:rsidRPr="007044DC" w:rsidRDefault="007044DC" w:rsidP="007044DC">
                            <w:pPr>
                              <w:rPr>
                                <w:sz w:val="18"/>
                                <w:szCs w:val="18"/>
                                <w:lang w:val="en-GB"/>
                              </w:rPr>
                            </w:pPr>
                            <w:r>
                              <w:rPr>
                                <w:sz w:val="16"/>
                                <w:szCs w:val="16"/>
                                <w:lang w:val="en-GB"/>
                              </w:rPr>
                              <w:t>Ground Floor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712AFF" id="_x0000_s1068" type="#_x0000_t202" style="position:absolute;margin-left:38.4pt;margin-top:99.8pt;width:52pt;height:26.8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" filled="f" stroked="f">
                <v:textbox>
                  <w:txbxContent>
                    <w:p w14:paraId="6D8D0715" w14:textId="21CC7C81" w:rsidR="007044DC" w:rsidRPr="007044DC" w:rsidRDefault="007044DC" w:rsidP="007044DC">
                      <w:pPr>
                        <w:rPr>
                          <w:sz w:val="18"/>
                          <w:szCs w:val="18"/>
                          <w:lang w:val="en-GB"/>
                        </w:rPr>
                      </w:pPr>
                      <w:r>
                        <w:rPr>
                          <w:sz w:val="16"/>
                          <w:szCs w:val="16"/>
                          <w:lang w:val="en-GB"/>
                        </w:rPr>
                        <w:t>Ground Floor</w:t>
                      </w:r>
                    </w:p>
                  </w:txbxContent>
                </v:textbox>
                <w10:wrap type="square"/>
              </v:shape>
            </w:pict>
          </mc:Fallback>
        </mc:AlternateContent>
      </w:r>
      <w:r w:rsidR="007044DC"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99200" behindDoc="0" locked="0" layoutInCell="1" allowOverlap="1" wp14:anchorId="7455EDE8" wp14:editId="5550CCB2">
                <wp:simplePos x="0" y="0"/>
                <wp:positionH relativeFrom="column">
                  <wp:posOffset>2631440</wp:posOffset>
                </wp:positionH>
                <wp:positionV relativeFrom="paragraph">
                  <wp:posOffset>678180</wp:posOffset>
                </wp:positionV>
                <wp:extent cx="660400" cy="660400"/>
                <wp:effectExtent l="0" t="0" r="0" b="6350"/>
                <wp:wrapSquare wrapText="bothSides"/>
                <wp:docPr id="21234827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660400"/>
                        </a:xfrm>
                        <a:prstGeom prst="rect">
                          <a:avLst/>
                        </a:prstGeom>
                        <a:noFill/>
                        <a:ln w="9525">
                          <a:noFill/>
                          <a:miter lim="800000"/>
                          <a:headEnd/>
                          <a:tailEnd/>
                        </a:ln>
                      </wps:spPr>
                      <wps:txbx>
                        <w:txbxContent>
                          <w:p w14:paraId="0002E3A4" w14:textId="77777777" w:rsidR="007044DC" w:rsidRDefault="007044DC" w:rsidP="007044DC">
                            <w:pPr>
                              <w:rPr>
                                <w:sz w:val="16"/>
                                <w:szCs w:val="16"/>
                                <w:lang w:val="en-GB"/>
                              </w:rPr>
                            </w:pPr>
                            <w:r>
                              <w:rPr>
                                <w:sz w:val="16"/>
                                <w:szCs w:val="16"/>
                                <w:lang w:val="en-GB"/>
                              </w:rPr>
                              <w:t>Candles on steps</w:t>
                            </w:r>
                          </w:p>
                          <w:p w14:paraId="07C05633" w14:textId="3B031329" w:rsidR="007044DC" w:rsidRPr="007044DC" w:rsidRDefault="007044DC" w:rsidP="007044DC">
                            <w:pPr>
                              <w:rPr>
                                <w:sz w:val="16"/>
                                <w:szCs w:val="16"/>
                                <w:lang w:val="en-GB"/>
                              </w:rPr>
                            </w:pPr>
                            <w:r>
                              <w:rPr>
                                <w:sz w:val="16"/>
                                <w:szCs w:val="16"/>
                                <w:lang w:val="en-GB"/>
                              </w:rPr>
                              <w:t>Ledges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5EDE8" id="_x0000_s1069" type="#_x0000_t202" style="position:absolute;margin-left:207.2pt;margin-top:53.4pt;width:52pt;height:52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" filled="f" stroked="f">
                <v:textbox>
                  <w:txbxContent>
                    <w:p w14:paraId="0002E3A4" w14:textId="77777777" w:rsidR="007044DC" w:rsidRDefault="007044DC" w:rsidP="007044DC">
                      <w:pPr>
                        <w:rPr>
                          <w:sz w:val="16"/>
                          <w:szCs w:val="16"/>
                          <w:lang w:val="en-GB"/>
                        </w:rPr>
                      </w:pPr>
                      <w:r>
                        <w:rPr>
                          <w:sz w:val="16"/>
                          <w:szCs w:val="16"/>
                          <w:lang w:val="en-GB"/>
                        </w:rPr>
                        <w:t>Candles on steps</w:t>
                      </w:r>
                    </w:p>
                    <w:p w14:paraId="07C05633" w14:textId="3B031329" w:rsidR="007044DC" w:rsidRPr="007044DC" w:rsidRDefault="007044DC" w:rsidP="007044DC">
                      <w:pPr>
                        <w:rPr>
                          <w:sz w:val="16"/>
                          <w:szCs w:val="16"/>
                          <w:lang w:val="en-GB"/>
                        </w:rPr>
                      </w:pPr>
                      <w:r>
                        <w:rPr>
                          <w:sz w:val="16"/>
                          <w:szCs w:val="16"/>
                          <w:lang w:val="en-GB"/>
                        </w:rPr>
                        <w:t>Ledges</w:t>
                      </w:r>
                    </w:p>
                  </w:txbxContent>
                </v:textbox>
                <w10:wrap type="square"/>
              </v:shape>
            </w:pict>
          </mc:Fallback>
        </mc:AlternateContent>
      </w:r>
      <w:r w:rsidR="007044DC"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97152" behindDoc="0" locked="0" layoutInCell="1" allowOverlap="1" wp14:anchorId="0D2AFC24" wp14:editId="11CC9E73">
                <wp:simplePos x="0" y="0"/>
                <wp:positionH relativeFrom="column">
                  <wp:posOffset>2016760</wp:posOffset>
                </wp:positionH>
                <wp:positionV relativeFrom="paragraph">
                  <wp:posOffset>678180</wp:posOffset>
                </wp:positionV>
                <wp:extent cx="660400" cy="340360"/>
                <wp:effectExtent l="0" t="0" r="0" b="2540"/>
                <wp:wrapSquare wrapText="bothSides"/>
                <wp:docPr id="1343304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340360"/>
                        </a:xfrm>
                        <a:prstGeom prst="rect">
                          <a:avLst/>
                        </a:prstGeom>
                        <a:noFill/>
                        <a:ln w="9525">
                          <a:noFill/>
                          <a:miter lim="800000"/>
                          <a:headEnd/>
                          <a:tailEnd/>
                        </a:ln>
                      </wps:spPr>
                      <wps:txbx>
                        <w:txbxContent>
                          <w:p w14:paraId="6CD0886B" w14:textId="76D89F26" w:rsidR="007044DC" w:rsidRPr="007044DC" w:rsidRDefault="007044DC" w:rsidP="007044DC">
                            <w:pPr>
                              <w:rPr>
                                <w:sz w:val="18"/>
                                <w:szCs w:val="18"/>
                                <w:lang w:val="en-GB"/>
                              </w:rPr>
                            </w:pPr>
                            <w:r w:rsidRPr="007044DC">
                              <w:rPr>
                                <w:sz w:val="16"/>
                                <w:szCs w:val="16"/>
                                <w:lang w:val="en-GB"/>
                              </w:rPr>
                              <w:t>Poste</w:t>
                            </w:r>
                            <w:r>
                              <w:rPr>
                                <w:sz w:val="16"/>
                                <w:szCs w:val="16"/>
                                <w:lang w:val="en-GB"/>
                              </w:rPr>
                              <w:t>r over door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2AFC24" id="_x0000_s1070" type="#_x0000_t202" style="position:absolute;margin-left:158.8pt;margin-top:53.4pt;width:52pt;height:26.8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" filled="f" stroked="f">
                <v:textbox>
                  <w:txbxContent>
                    <w:p w14:paraId="6CD0886B" w14:textId="76D89F26" w:rsidR="007044DC" w:rsidRPr="007044DC" w:rsidRDefault="007044DC" w:rsidP="007044DC">
                      <w:pPr>
                        <w:rPr>
                          <w:sz w:val="18"/>
                          <w:szCs w:val="18"/>
                          <w:lang w:val="en-GB"/>
                        </w:rPr>
                      </w:pPr>
                      <w:r w:rsidRPr="007044DC">
                        <w:rPr>
                          <w:sz w:val="16"/>
                          <w:szCs w:val="16"/>
                          <w:lang w:val="en-GB"/>
                        </w:rPr>
                        <w:t>Poste</w:t>
                      </w:r>
                      <w:r>
                        <w:rPr>
                          <w:sz w:val="16"/>
                          <w:szCs w:val="16"/>
                          <w:lang w:val="en-GB"/>
                        </w:rPr>
                        <w:t>r over door</w:t>
                      </w:r>
                    </w:p>
                  </w:txbxContent>
                </v:textbox>
                <w10:wrap type="square"/>
              </v:shape>
            </w:pict>
          </mc:Fallback>
        </mc:AlternateContent>
      </w:r>
      <w:r w:rsidR="007044DC"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95104" behindDoc="0" locked="0" layoutInCell="1" allowOverlap="1" wp14:anchorId="47908BE7" wp14:editId="132B9521">
                <wp:simplePos x="0" y="0"/>
                <wp:positionH relativeFrom="column">
                  <wp:posOffset>924560</wp:posOffset>
                </wp:positionH>
                <wp:positionV relativeFrom="paragraph">
                  <wp:posOffset>576580</wp:posOffset>
                </wp:positionV>
                <wp:extent cx="487680" cy="248920"/>
                <wp:effectExtent l="0" t="0" r="0" b="0"/>
                <wp:wrapSquare wrapText="bothSides"/>
                <wp:docPr id="13714386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248920"/>
                        </a:xfrm>
                        <a:prstGeom prst="rect">
                          <a:avLst/>
                        </a:prstGeom>
                        <a:noFill/>
                        <a:ln w="9525">
                          <a:noFill/>
                          <a:miter lim="800000"/>
                          <a:headEnd/>
                          <a:tailEnd/>
                        </a:ln>
                      </wps:spPr>
                      <wps:txbx>
                        <w:txbxContent>
                          <w:p w14:paraId="086B0976" w14:textId="6B064C78" w:rsidR="007044DC" w:rsidRPr="007044DC" w:rsidRDefault="007044DC" w:rsidP="007044DC">
                            <w:pPr>
                              <w:rPr>
                                <w:sz w:val="16"/>
                                <w:szCs w:val="16"/>
                                <w:lang w:val="en-GB"/>
                              </w:rPr>
                            </w:pPr>
                            <w:r w:rsidRPr="007044DC">
                              <w:rPr>
                                <w:sz w:val="16"/>
                                <w:szCs w:val="16"/>
                                <w:lang w:val="en-GB"/>
                              </w:rPr>
                              <w:t>Tomb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908BE7" id="_x0000_s1071" type="#_x0000_t202" style="position:absolute;margin-left:72.8pt;margin-top:45.4pt;width:38.4pt;height:19.6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" filled="f" stroked="f">
                <v:textbox>
                  <w:txbxContent>
                    <w:p w14:paraId="086B0976" w14:textId="6B064C78" w:rsidR="007044DC" w:rsidRPr="007044DC" w:rsidRDefault="007044DC" w:rsidP="007044DC">
                      <w:pPr>
                        <w:rPr>
                          <w:sz w:val="16"/>
                          <w:szCs w:val="16"/>
                          <w:lang w:val="en-GB"/>
                        </w:rPr>
                      </w:pPr>
                      <w:r w:rsidRPr="007044DC">
                        <w:rPr>
                          <w:sz w:val="16"/>
                          <w:szCs w:val="16"/>
                          <w:lang w:val="en-GB"/>
                        </w:rPr>
                        <w:t>Tomb</w:t>
                      </w:r>
                    </w:p>
                  </w:txbxContent>
                </v:textbox>
                <w10:wrap type="square"/>
              </v:shape>
            </w:pict>
          </mc:Fallback>
        </mc:AlternateContent>
      </w:r>
      <w:r w:rsidR="007044DC"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693056" behindDoc="0" locked="0" layoutInCell="1" allowOverlap="1" wp14:anchorId="293D7CFE" wp14:editId="5B5926A8">
                <wp:simplePos x="0" y="0"/>
                <wp:positionH relativeFrom="column">
                  <wp:posOffset>1320800</wp:posOffset>
                </wp:positionH>
                <wp:positionV relativeFrom="paragraph">
                  <wp:posOffset>180340</wp:posOffset>
                </wp:positionV>
                <wp:extent cx="421640" cy="218440"/>
                <wp:effectExtent l="0" t="0" r="0" b="0"/>
                <wp:wrapSquare wrapText="bothSides"/>
                <wp:docPr id="551826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640" cy="218440"/>
                        </a:xfrm>
                        <a:prstGeom prst="rect">
                          <a:avLst/>
                        </a:prstGeom>
                        <a:noFill/>
                        <a:ln w="9525">
                          <a:noFill/>
                          <a:miter lim="800000"/>
                          <a:headEnd/>
                          <a:tailEnd/>
                        </a:ln>
                      </wps:spPr>
                      <wps:txbx>
                        <w:txbxContent>
                          <w:p w14:paraId="55748793" w14:textId="60C3323A" w:rsidR="007044DC" w:rsidRPr="007044DC" w:rsidRDefault="007044DC">
                            <w:pPr>
                              <w:rPr>
                                <w:sz w:val="16"/>
                                <w:szCs w:val="16"/>
                                <w:lang w:val="en-GB"/>
                              </w:rPr>
                            </w:pPr>
                            <w:r w:rsidRPr="007044DC">
                              <w:rPr>
                                <w:sz w:val="16"/>
                                <w:szCs w:val="16"/>
                                <w:lang w:val="en-GB"/>
                              </w:rPr>
                              <w:t>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D7CFE" id="_x0000_s1072" type="#_x0000_t202" style="position:absolute;margin-left:104pt;margin-top:14.2pt;width:33.2pt;height:17.2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" filled="f" stroked="f">
                <v:textbox>
                  <w:txbxContent>
                    <w:p w14:paraId="55748793" w14:textId="60C3323A" w:rsidR="007044DC" w:rsidRPr="007044DC" w:rsidRDefault="007044DC">
                      <w:pPr>
                        <w:rPr>
                          <w:sz w:val="16"/>
                          <w:szCs w:val="16"/>
                          <w:lang w:val="en-GB"/>
                        </w:rPr>
                      </w:pPr>
                      <w:r w:rsidRPr="007044DC">
                        <w:rPr>
                          <w:sz w:val="16"/>
                          <w:szCs w:val="16"/>
                          <w:lang w:val="en-GB"/>
                        </w:rPr>
                        <w:t>Men</w:t>
                      </w:r>
                    </w:p>
                  </w:txbxContent>
                </v:textbox>
                <w10:wrap type="square"/>
              </v:shape>
            </w:pict>
          </mc:Fallback>
        </mc:AlternateContent>
      </w:r>
    </w:p>
    <w:p w14:paraId="1CA93DE3" w14:textId="77777777" w:rsidR="00886367" w:rsidRPr="009658F0" w:rsidRDefault="00886367" w:rsidP="006C1960">
      <w:pPr>
        <w:spacing w:line="360" w:lineRule="auto"/>
        <w:rPr>
          <w:rFonts w:ascii="Times New Roman" w:eastAsia="Times New Roman" w:hAnsi="Times New Roman" w:cs="Times New Roman"/>
          <w:sz w:val="24"/>
          <w:szCs w:val="24"/>
        </w:rPr>
      </w:pPr>
    </w:p>
    <w:p w14:paraId="271F61D6" w14:textId="77777777" w:rsidR="00886367" w:rsidRPr="009658F0" w:rsidRDefault="00886367" w:rsidP="006C1960">
      <w:pPr>
        <w:spacing w:line="360" w:lineRule="auto"/>
        <w:rPr>
          <w:rFonts w:ascii="Times New Roman" w:eastAsia="Times New Roman" w:hAnsi="Times New Roman" w:cs="Times New Roman"/>
          <w:sz w:val="24"/>
          <w:szCs w:val="24"/>
        </w:rPr>
      </w:pPr>
    </w:p>
    <w:p w14:paraId="66B36C81" w14:textId="77777777" w:rsidR="00886367" w:rsidRPr="009658F0" w:rsidRDefault="00886367" w:rsidP="006C1960">
      <w:pPr>
        <w:spacing w:line="360" w:lineRule="auto"/>
        <w:rPr>
          <w:rFonts w:ascii="Times New Roman" w:eastAsia="Times New Roman" w:hAnsi="Times New Roman" w:cs="Times New Roman"/>
          <w:sz w:val="24"/>
          <w:szCs w:val="24"/>
        </w:rPr>
      </w:pPr>
    </w:p>
    <w:p w14:paraId="6F899089" w14:textId="77777777" w:rsidR="00886367" w:rsidRPr="009658F0" w:rsidRDefault="00886367" w:rsidP="006C1960">
      <w:pPr>
        <w:spacing w:line="360" w:lineRule="auto"/>
        <w:rPr>
          <w:rFonts w:ascii="Times New Roman" w:eastAsia="Times New Roman" w:hAnsi="Times New Roman" w:cs="Times New Roman"/>
          <w:sz w:val="24"/>
          <w:szCs w:val="24"/>
        </w:rPr>
      </w:pPr>
    </w:p>
    <w:p w14:paraId="01189017" w14:textId="77777777" w:rsidR="00886367" w:rsidRPr="009658F0" w:rsidRDefault="00886367" w:rsidP="006C1960">
      <w:pPr>
        <w:spacing w:line="360" w:lineRule="auto"/>
        <w:rPr>
          <w:rFonts w:ascii="Times New Roman" w:eastAsia="Times New Roman" w:hAnsi="Times New Roman" w:cs="Times New Roman"/>
          <w:sz w:val="24"/>
          <w:szCs w:val="24"/>
        </w:rPr>
      </w:pPr>
    </w:p>
    <w:p w14:paraId="4349A7C0" w14:textId="77777777" w:rsidR="00886367" w:rsidRPr="009658F0" w:rsidRDefault="00886367" w:rsidP="006C1960">
      <w:pPr>
        <w:spacing w:line="360" w:lineRule="auto"/>
        <w:rPr>
          <w:rFonts w:ascii="Times New Roman" w:eastAsia="Times New Roman" w:hAnsi="Times New Roman" w:cs="Times New Roman"/>
          <w:sz w:val="24"/>
          <w:szCs w:val="24"/>
        </w:rPr>
      </w:pPr>
    </w:p>
    <w:p w14:paraId="76F6ADA9" w14:textId="77777777" w:rsidR="00886367" w:rsidRPr="009658F0" w:rsidRDefault="00886367" w:rsidP="006C1960">
      <w:pPr>
        <w:spacing w:line="360" w:lineRule="auto"/>
        <w:rPr>
          <w:rFonts w:ascii="Times New Roman" w:eastAsia="Times New Roman" w:hAnsi="Times New Roman" w:cs="Times New Roman"/>
          <w:sz w:val="24"/>
          <w:szCs w:val="24"/>
        </w:rPr>
      </w:pPr>
    </w:p>
    <w:p w14:paraId="406CBF78" w14:textId="77777777" w:rsidR="00886367" w:rsidRPr="009658F0" w:rsidRDefault="00886367" w:rsidP="006C1960">
      <w:pPr>
        <w:spacing w:line="360" w:lineRule="auto"/>
        <w:rPr>
          <w:rFonts w:ascii="Times New Roman" w:eastAsia="Times New Roman" w:hAnsi="Times New Roman" w:cs="Times New Roman"/>
          <w:sz w:val="24"/>
          <w:szCs w:val="24"/>
        </w:rPr>
      </w:pPr>
    </w:p>
    <w:p w14:paraId="6614E5DC" w14:textId="77777777" w:rsidR="00886367" w:rsidRPr="009658F0" w:rsidRDefault="00886367" w:rsidP="006C1960">
      <w:pPr>
        <w:spacing w:line="360" w:lineRule="auto"/>
        <w:rPr>
          <w:rFonts w:ascii="Times New Roman" w:eastAsia="Times New Roman" w:hAnsi="Times New Roman" w:cs="Times New Roman"/>
          <w:sz w:val="24"/>
          <w:szCs w:val="24"/>
        </w:rPr>
      </w:pPr>
    </w:p>
    <w:p w14:paraId="39056537" w14:textId="77777777" w:rsidR="00886367" w:rsidRPr="009658F0" w:rsidRDefault="00886367" w:rsidP="006C1960">
      <w:pPr>
        <w:spacing w:line="360" w:lineRule="auto"/>
        <w:rPr>
          <w:rFonts w:ascii="Times New Roman" w:eastAsia="Times New Roman" w:hAnsi="Times New Roman" w:cs="Times New Roman"/>
          <w:sz w:val="24"/>
          <w:szCs w:val="24"/>
        </w:rPr>
      </w:pPr>
    </w:p>
    <w:p w14:paraId="2F01727B" w14:textId="77777777" w:rsidR="00886367" w:rsidRPr="009658F0" w:rsidRDefault="00886367" w:rsidP="006C1960">
      <w:pPr>
        <w:spacing w:line="360" w:lineRule="auto"/>
        <w:rPr>
          <w:rFonts w:ascii="Times New Roman" w:eastAsia="Times New Roman" w:hAnsi="Times New Roman" w:cs="Times New Roman"/>
          <w:sz w:val="24"/>
          <w:szCs w:val="24"/>
        </w:rPr>
      </w:pPr>
    </w:p>
    <w:p w14:paraId="1E21F6E5" w14:textId="77777777" w:rsidR="00886367" w:rsidRPr="009658F0" w:rsidRDefault="00886367" w:rsidP="006C1960">
      <w:pPr>
        <w:spacing w:line="360" w:lineRule="auto"/>
        <w:rPr>
          <w:rFonts w:ascii="Times New Roman" w:eastAsia="Times New Roman" w:hAnsi="Times New Roman" w:cs="Times New Roman"/>
          <w:sz w:val="24"/>
          <w:szCs w:val="24"/>
        </w:rPr>
      </w:pPr>
    </w:p>
    <w:p w14:paraId="3B1B0BCB" w14:textId="77777777" w:rsidR="00886367" w:rsidRPr="009658F0" w:rsidRDefault="00886367" w:rsidP="006C1960">
      <w:pPr>
        <w:spacing w:line="360" w:lineRule="auto"/>
        <w:rPr>
          <w:rFonts w:ascii="Times New Roman" w:eastAsia="Times New Roman" w:hAnsi="Times New Roman" w:cs="Times New Roman"/>
          <w:sz w:val="24"/>
          <w:szCs w:val="24"/>
        </w:rPr>
      </w:pPr>
    </w:p>
    <w:p w14:paraId="7A62C0F0" w14:textId="77777777" w:rsidR="00886367" w:rsidRPr="009658F0" w:rsidRDefault="00886367" w:rsidP="006C1960">
      <w:pPr>
        <w:spacing w:line="360" w:lineRule="auto"/>
        <w:rPr>
          <w:rFonts w:ascii="Times New Roman" w:eastAsia="Times New Roman" w:hAnsi="Times New Roman" w:cs="Times New Roman"/>
          <w:sz w:val="24"/>
          <w:szCs w:val="24"/>
        </w:rPr>
      </w:pPr>
    </w:p>
    <w:p w14:paraId="7DBBE162" w14:textId="77777777" w:rsidR="00886367" w:rsidRPr="009658F0" w:rsidRDefault="00886367" w:rsidP="006C1960">
      <w:pPr>
        <w:spacing w:line="360" w:lineRule="auto"/>
        <w:rPr>
          <w:rFonts w:ascii="Times New Roman" w:eastAsia="Times New Roman" w:hAnsi="Times New Roman" w:cs="Times New Roman"/>
          <w:sz w:val="24"/>
          <w:szCs w:val="24"/>
        </w:rPr>
      </w:pPr>
    </w:p>
    <w:p w14:paraId="5EEE7479" w14:textId="77777777" w:rsidR="00886367" w:rsidRPr="009658F0" w:rsidRDefault="00886367" w:rsidP="006C1960">
      <w:pPr>
        <w:spacing w:line="360" w:lineRule="auto"/>
        <w:rPr>
          <w:rFonts w:ascii="Times New Roman" w:eastAsia="Times New Roman" w:hAnsi="Times New Roman" w:cs="Times New Roman"/>
          <w:sz w:val="24"/>
          <w:szCs w:val="24"/>
        </w:rPr>
      </w:pPr>
    </w:p>
    <w:p w14:paraId="310FB553" w14:textId="77777777" w:rsidR="00886367" w:rsidRPr="009658F0" w:rsidRDefault="00886367" w:rsidP="006C1960">
      <w:pPr>
        <w:spacing w:line="360" w:lineRule="auto"/>
        <w:rPr>
          <w:rFonts w:ascii="Times New Roman" w:eastAsia="Times New Roman" w:hAnsi="Times New Roman" w:cs="Times New Roman"/>
          <w:sz w:val="24"/>
          <w:szCs w:val="24"/>
        </w:rPr>
      </w:pPr>
    </w:p>
    <w:p w14:paraId="5A3D65D4" w14:textId="77777777" w:rsidR="00886367" w:rsidRPr="009658F0" w:rsidRDefault="00886367" w:rsidP="006C1960">
      <w:pPr>
        <w:spacing w:line="360" w:lineRule="auto"/>
        <w:rPr>
          <w:rFonts w:ascii="Times New Roman" w:eastAsia="Times New Roman" w:hAnsi="Times New Roman" w:cs="Times New Roman"/>
          <w:sz w:val="24"/>
          <w:szCs w:val="24"/>
        </w:rPr>
      </w:pPr>
    </w:p>
    <w:p w14:paraId="235FCD70" w14:textId="77777777" w:rsidR="00886367" w:rsidRPr="009658F0" w:rsidRDefault="00886367" w:rsidP="006C1960">
      <w:pPr>
        <w:spacing w:line="360" w:lineRule="auto"/>
        <w:rPr>
          <w:rFonts w:ascii="Times New Roman" w:eastAsia="Times New Roman" w:hAnsi="Times New Roman" w:cs="Times New Roman"/>
          <w:sz w:val="24"/>
          <w:szCs w:val="24"/>
        </w:rPr>
      </w:pPr>
    </w:p>
    <w:p w14:paraId="4CB03C2B" w14:textId="77777777" w:rsidR="00886367" w:rsidRPr="009658F0" w:rsidRDefault="00886367" w:rsidP="006C1960">
      <w:pPr>
        <w:spacing w:line="360" w:lineRule="auto"/>
        <w:rPr>
          <w:rFonts w:ascii="Times New Roman" w:eastAsia="Times New Roman" w:hAnsi="Times New Roman" w:cs="Times New Roman"/>
          <w:sz w:val="24"/>
          <w:szCs w:val="24"/>
        </w:rPr>
      </w:pPr>
    </w:p>
    <w:p w14:paraId="639EFAA4" w14:textId="44944E55" w:rsidR="00886367" w:rsidRPr="009658F0" w:rsidRDefault="00886367" w:rsidP="006C1960">
      <w:pPr>
        <w:tabs>
          <w:tab w:val="left" w:pos="2472"/>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r>
    </w:p>
    <w:p w14:paraId="088DE23B" w14:textId="77777777" w:rsidR="00886367" w:rsidRPr="009658F0" w:rsidRDefault="00886367"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28DD15A6" w14:textId="50323872" w:rsidR="00886367" w:rsidRPr="009658F0" w:rsidRDefault="00886367" w:rsidP="006C1960">
      <w:pPr>
        <w:spacing w:after="120" w:line="360" w:lineRule="auto"/>
        <w:rPr>
          <w:rFonts w:ascii="Times New Roman" w:eastAsia="Times New Roman" w:hAnsi="Times New Roman" w:cs="Times New Roman"/>
          <w:sz w:val="24"/>
          <w:szCs w:val="24"/>
        </w:rPr>
      </w:pPr>
      <w:r w:rsidRPr="00661914">
        <w:rPr>
          <w:rFonts w:ascii="Times New Roman" w:eastAsia="Times New Roman" w:hAnsi="Times New Roman" w:cs="Times New Roman"/>
          <w:sz w:val="24"/>
          <w:szCs w:val="24"/>
          <w:highlight w:val="yellow"/>
        </w:rPr>
        <w:lastRenderedPageBreak/>
        <w:t>EDITH PAGE 50</w:t>
      </w:r>
    </w:p>
    <w:p w14:paraId="379FC924" w14:textId="03C62D07" w:rsidR="004D4CC3" w:rsidRPr="009658F0" w:rsidRDefault="005C372D" w:rsidP="006C1960">
      <w:pPr>
        <w:spacing w:after="120" w:line="360" w:lineRule="auto"/>
        <w:rPr>
          <w:rFonts w:ascii="Times New Roman" w:eastAsia="Times New Roman" w:hAnsi="Times New Roman" w:cs="Times New Roman"/>
          <w:noProof/>
          <w:sz w:val="24"/>
          <w:szCs w:val="24"/>
        </w:rPr>
      </w:pPr>
      <w:r w:rsidRPr="009658F0">
        <w:rPr>
          <w:rFonts w:ascii="Times New Roman" w:eastAsia="Times New Roman" w:hAnsi="Times New Roman" w:cs="Times New Roman"/>
          <w:noProof/>
          <w:sz w:val="24"/>
          <w:szCs w:val="24"/>
        </w:rPr>
        <w:drawing>
          <wp:anchor distT="0" distB="0" distL="114300" distR="114300" simplePos="0" relativeHeight="251735040" behindDoc="1" locked="0" layoutInCell="1" allowOverlap="1" wp14:anchorId="47195BDA" wp14:editId="31F0DD1A">
            <wp:simplePos x="0" y="0"/>
            <wp:positionH relativeFrom="column">
              <wp:posOffset>0</wp:posOffset>
            </wp:positionH>
            <wp:positionV relativeFrom="page">
              <wp:posOffset>1254760</wp:posOffset>
            </wp:positionV>
            <wp:extent cx="3665220" cy="5676900"/>
            <wp:effectExtent l="0" t="0" r="0" b="0"/>
            <wp:wrapNone/>
            <wp:docPr id="13575996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99610" name="Picture 1357599610"/>
                    <pic:cNvPicPr/>
                  </pic:nvPicPr>
                  <pic:blipFill>
                    <a:blip r:embed="rId18"/>
                    <a:stretch>
                      <a:fillRect/>
                    </a:stretch>
                  </pic:blipFill>
                  <pic:spPr>
                    <a:xfrm>
                      <a:off x="0" y="0"/>
                      <a:ext cx="3665220" cy="5676900"/>
                    </a:xfrm>
                    <a:prstGeom prst="rect">
                      <a:avLst/>
                    </a:prstGeom>
                  </pic:spPr>
                </pic:pic>
              </a:graphicData>
            </a:graphic>
          </wp:anchor>
        </w:drawing>
      </w:r>
      <w:r w:rsidR="004D4CC3" w:rsidRPr="009658F0">
        <w:rPr>
          <w:rFonts w:ascii="Times New Roman" w:eastAsia="Times New Roman" w:hAnsi="Times New Roman" w:cs="Times New Roman"/>
          <w:noProof/>
          <w:sz w:val="24"/>
          <w:szCs w:val="24"/>
        </w:rPr>
        <w:t>bgg</w:t>
      </w:r>
    </w:p>
    <w:p w14:paraId="49A92A2E" w14:textId="60ABE6F3" w:rsidR="005C372D" w:rsidRPr="009658F0" w:rsidRDefault="004D4CC3" w:rsidP="006C1960">
      <w:pPr>
        <w:spacing w:line="360" w:lineRule="auto"/>
        <w:jc w:val="center"/>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 xml:space="preserve">(4) </w:t>
      </w:r>
      <w:proofErr w:type="spellStart"/>
      <w:r w:rsidRPr="009658F0">
        <w:rPr>
          <w:rFonts w:ascii="Times New Roman" w:eastAsia="Times New Roman" w:hAnsi="Times New Roman" w:cs="Times New Roman"/>
          <w:sz w:val="16"/>
          <w:szCs w:val="16"/>
        </w:rPr>
        <w:t>Abbatoir</w:t>
      </w:r>
      <w:proofErr w:type="spellEnd"/>
      <w:r w:rsidRPr="009658F0">
        <w:rPr>
          <w:rFonts w:ascii="Times New Roman" w:eastAsia="Times New Roman" w:hAnsi="Times New Roman" w:cs="Times New Roman"/>
          <w:sz w:val="16"/>
          <w:szCs w:val="16"/>
        </w:rPr>
        <w:t xml:space="preserve"> Moroccan</w:t>
      </w:r>
    </w:p>
    <w:p w14:paraId="7169BAF7" w14:textId="51CADC5C" w:rsidR="005C372D" w:rsidRPr="009658F0" w:rsidRDefault="004D4CC3" w:rsidP="006C1960">
      <w:pPr>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rPr>
        <w:tab/>
      </w:r>
      <w:r w:rsidRPr="009658F0">
        <w:rPr>
          <w:rFonts w:ascii="Times New Roman" w:eastAsia="Times New Roman" w:hAnsi="Times New Roman" w:cs="Times New Roman"/>
          <w:sz w:val="16"/>
          <w:szCs w:val="16"/>
        </w:rPr>
        <w:t>(3) Tents</w:t>
      </w:r>
    </w:p>
    <w:p w14:paraId="378A3A58" w14:textId="0C420C20"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ab/>
        <w:t>Moroccan hospitality</w:t>
      </w:r>
    </w:p>
    <w:p w14:paraId="7D15BC81"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458E5A46"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453987A9"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2E1F16F1"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54D6C7C2" w14:textId="2C80E742"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 xml:space="preserve">         Basement </w:t>
      </w:r>
    </w:p>
    <w:p w14:paraId="0D3E38F2" w14:textId="372EB415"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 xml:space="preserve">        Dining Room</w:t>
      </w:r>
    </w:p>
    <w:p w14:paraId="6B7CF712" w14:textId="1640089C"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 xml:space="preserve">                           (1) Ground Floor Tomb Shrine Moroccan </w:t>
      </w:r>
    </w:p>
    <w:p w14:paraId="40B63518"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2DA23368" w14:textId="5560DA01"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 xml:space="preserve">       Basement  (2) Roof fire Hasid   </w:t>
      </w:r>
    </w:p>
    <w:p w14:paraId="4E365C15" w14:textId="7F2B8871"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 xml:space="preserve">       Shrine                                                                   Cafes</w:t>
      </w:r>
    </w:p>
    <w:p w14:paraId="5A8A1FA4"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3A5A9AF4" w14:textId="5E797B9C"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 xml:space="preserve">       Yeshiva  (6) Courtyard</w:t>
      </w:r>
    </w:p>
    <w:p w14:paraId="2AA76B9A" w14:textId="67EA802F"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 xml:space="preserve">        Hasid      Haircutting</w:t>
      </w:r>
    </w:p>
    <w:p w14:paraId="1EFF7E3D" w14:textId="43C9089F"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 xml:space="preserve">                       Hasid Men</w:t>
      </w:r>
    </w:p>
    <w:p w14:paraId="0835D430" w14:textId="49C6224C"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 xml:space="preserve">                                      Courtyard</w:t>
      </w:r>
    </w:p>
    <w:p w14:paraId="6451A89E" w14:textId="3FA86645"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 xml:space="preserve">                                     Hasid Wives</w:t>
      </w:r>
    </w:p>
    <w:p w14:paraId="4A5F31AE" w14:textId="2CBC8068"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 xml:space="preserve">                                     Moroccans                               Moroccan</w:t>
      </w:r>
    </w:p>
    <w:p w14:paraId="536FBA34"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45CC63F6"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6C5DAD21"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6A0D5C84"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1700EC22"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65EE8ADE"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710A4457"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6317D5E9"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67A7C841"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495FD170"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2325A378"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02AE4B3B"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62CAB4E7"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0CB5A0CA" w14:textId="77777777"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p>
    <w:p w14:paraId="4ACD932F" w14:textId="69CF4002" w:rsidR="004D4CC3" w:rsidRPr="009658F0" w:rsidRDefault="004D4CC3" w:rsidP="006C1960">
      <w:pPr>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 xml:space="preserve">  Pilgrim Road all                Lounge</w:t>
      </w:r>
    </w:p>
    <w:p w14:paraId="609BF425" w14:textId="5FFA17B3" w:rsidR="004D4CC3" w:rsidRPr="009658F0" w:rsidRDefault="004D4CC3" w:rsidP="006C1960">
      <w:pPr>
        <w:pStyle w:val="ListParagraph"/>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*(5)                     Café [?]</w:t>
      </w:r>
    </w:p>
    <w:p w14:paraId="4B3E5008" w14:textId="77777777" w:rsidR="006735FD" w:rsidRPr="009658F0" w:rsidRDefault="004D4CC3" w:rsidP="006C1960">
      <w:pPr>
        <w:pStyle w:val="ListParagraph"/>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 xml:space="preserve">                               Shop</w:t>
      </w:r>
    </w:p>
    <w:p w14:paraId="498FE27D" w14:textId="77777777" w:rsidR="006735FD" w:rsidRPr="009658F0" w:rsidRDefault="006735FD" w:rsidP="006C1960">
      <w:pPr>
        <w:pStyle w:val="ListParagraph"/>
        <w:tabs>
          <w:tab w:val="left" w:pos="2920"/>
        </w:tabs>
        <w:spacing w:after="0" w:line="360" w:lineRule="auto"/>
        <w:rPr>
          <w:rFonts w:ascii="Times New Roman" w:eastAsia="Times New Roman" w:hAnsi="Times New Roman" w:cs="Times New Roman"/>
          <w:sz w:val="16"/>
          <w:szCs w:val="16"/>
        </w:rPr>
      </w:pPr>
    </w:p>
    <w:p w14:paraId="425FDAD1" w14:textId="77777777" w:rsidR="006735FD" w:rsidRPr="009658F0" w:rsidRDefault="006735FD" w:rsidP="006C1960">
      <w:pPr>
        <w:pStyle w:val="ListParagraph"/>
        <w:tabs>
          <w:tab w:val="left" w:pos="2920"/>
        </w:tabs>
        <w:spacing w:after="0" w:line="360" w:lineRule="auto"/>
        <w:rPr>
          <w:rFonts w:ascii="Times New Roman" w:eastAsia="Times New Roman" w:hAnsi="Times New Roman" w:cs="Times New Roman"/>
          <w:sz w:val="16"/>
          <w:szCs w:val="16"/>
        </w:rPr>
      </w:pPr>
    </w:p>
    <w:p w14:paraId="0CDADBC3" w14:textId="77777777" w:rsidR="006735FD" w:rsidRPr="009658F0" w:rsidRDefault="006735FD" w:rsidP="006C1960">
      <w:pPr>
        <w:pStyle w:val="ListParagraph"/>
        <w:tabs>
          <w:tab w:val="left" w:pos="2920"/>
        </w:tabs>
        <w:spacing w:after="0" w:line="360" w:lineRule="auto"/>
        <w:rPr>
          <w:rFonts w:ascii="Times New Roman" w:eastAsia="Times New Roman" w:hAnsi="Times New Roman" w:cs="Times New Roman"/>
          <w:sz w:val="16"/>
          <w:szCs w:val="16"/>
        </w:rPr>
      </w:pPr>
    </w:p>
    <w:p w14:paraId="27B9F668" w14:textId="77777777" w:rsidR="006735FD" w:rsidRPr="009658F0" w:rsidRDefault="006735FD" w:rsidP="006C1960">
      <w:pPr>
        <w:pStyle w:val="ListParagraph"/>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 xml:space="preserve">                                                               Moshav </w:t>
      </w:r>
    </w:p>
    <w:p w14:paraId="7FB5B4BF" w14:textId="132FDE71" w:rsidR="004D4CC3" w:rsidRPr="009658F0" w:rsidRDefault="006735FD" w:rsidP="006C1960">
      <w:pPr>
        <w:pStyle w:val="ListParagraph"/>
        <w:tabs>
          <w:tab w:val="left" w:pos="2920"/>
        </w:tabs>
        <w:spacing w:after="0" w:line="360" w:lineRule="auto"/>
        <w:rPr>
          <w:rFonts w:ascii="Times New Roman" w:eastAsia="Times New Roman" w:hAnsi="Times New Roman" w:cs="Times New Roman"/>
          <w:sz w:val="16"/>
          <w:szCs w:val="16"/>
        </w:rPr>
      </w:pPr>
      <w:r w:rsidRPr="009658F0">
        <w:rPr>
          <w:rFonts w:ascii="Times New Roman" w:eastAsia="Times New Roman" w:hAnsi="Times New Roman" w:cs="Times New Roman"/>
          <w:sz w:val="16"/>
          <w:szCs w:val="16"/>
        </w:rPr>
        <w:t xml:space="preserve">                                                              Hasid families</w:t>
      </w:r>
      <w:r w:rsidR="004D4CC3" w:rsidRPr="009658F0">
        <w:rPr>
          <w:rFonts w:ascii="Times New Roman" w:eastAsia="Times New Roman" w:hAnsi="Times New Roman" w:cs="Times New Roman"/>
          <w:sz w:val="16"/>
          <w:szCs w:val="16"/>
        </w:rPr>
        <w:t xml:space="preserve"> </w:t>
      </w:r>
    </w:p>
    <w:p w14:paraId="49CF3BD0" w14:textId="77777777" w:rsidR="005C372D" w:rsidRPr="009658F0" w:rsidRDefault="005C372D" w:rsidP="006C1960">
      <w:pPr>
        <w:spacing w:line="360" w:lineRule="auto"/>
        <w:rPr>
          <w:rFonts w:ascii="Times New Roman" w:eastAsia="Times New Roman" w:hAnsi="Times New Roman" w:cs="Times New Roman"/>
          <w:sz w:val="24"/>
          <w:szCs w:val="24"/>
        </w:rPr>
      </w:pPr>
    </w:p>
    <w:p w14:paraId="788725B5" w14:textId="77777777" w:rsidR="005C372D" w:rsidRPr="009658F0" w:rsidRDefault="005C372D" w:rsidP="006C1960">
      <w:pPr>
        <w:spacing w:line="360" w:lineRule="auto"/>
        <w:rPr>
          <w:rFonts w:ascii="Times New Roman" w:eastAsia="Times New Roman" w:hAnsi="Times New Roman" w:cs="Times New Roman"/>
          <w:sz w:val="24"/>
          <w:szCs w:val="24"/>
        </w:rPr>
      </w:pPr>
    </w:p>
    <w:p w14:paraId="70DA3807" w14:textId="77777777" w:rsidR="005C372D" w:rsidRPr="009658F0" w:rsidRDefault="005C372D" w:rsidP="006C1960">
      <w:pPr>
        <w:spacing w:line="360" w:lineRule="auto"/>
        <w:rPr>
          <w:rFonts w:ascii="Times New Roman" w:eastAsia="Times New Roman" w:hAnsi="Times New Roman" w:cs="Times New Roman"/>
          <w:sz w:val="24"/>
          <w:szCs w:val="24"/>
        </w:rPr>
      </w:pPr>
    </w:p>
    <w:p w14:paraId="0094E959" w14:textId="77777777" w:rsidR="005C372D" w:rsidRPr="009658F0" w:rsidRDefault="005C372D" w:rsidP="006C1960">
      <w:pPr>
        <w:spacing w:line="360" w:lineRule="auto"/>
        <w:rPr>
          <w:rFonts w:ascii="Times New Roman" w:eastAsia="Times New Roman" w:hAnsi="Times New Roman" w:cs="Times New Roman"/>
          <w:sz w:val="24"/>
          <w:szCs w:val="24"/>
        </w:rPr>
      </w:pPr>
    </w:p>
    <w:p w14:paraId="0E56FC52" w14:textId="77777777" w:rsidR="005C372D" w:rsidRPr="009658F0" w:rsidRDefault="005C372D" w:rsidP="006C1960">
      <w:pPr>
        <w:spacing w:line="360" w:lineRule="auto"/>
        <w:rPr>
          <w:rFonts w:ascii="Times New Roman" w:eastAsia="Times New Roman" w:hAnsi="Times New Roman" w:cs="Times New Roman"/>
          <w:sz w:val="24"/>
          <w:szCs w:val="24"/>
        </w:rPr>
      </w:pPr>
    </w:p>
    <w:p w14:paraId="2A2A23AF" w14:textId="77777777" w:rsidR="005C372D" w:rsidRPr="009658F0" w:rsidRDefault="005C372D" w:rsidP="006C1960">
      <w:pPr>
        <w:spacing w:line="360" w:lineRule="auto"/>
        <w:rPr>
          <w:rFonts w:ascii="Times New Roman" w:eastAsia="Times New Roman" w:hAnsi="Times New Roman" w:cs="Times New Roman"/>
          <w:sz w:val="24"/>
          <w:szCs w:val="24"/>
        </w:rPr>
      </w:pPr>
    </w:p>
    <w:p w14:paraId="154181E5" w14:textId="77777777" w:rsidR="005C372D" w:rsidRPr="009658F0" w:rsidRDefault="005C372D" w:rsidP="006C1960">
      <w:pPr>
        <w:spacing w:line="360" w:lineRule="auto"/>
        <w:rPr>
          <w:rFonts w:ascii="Times New Roman" w:eastAsia="Times New Roman" w:hAnsi="Times New Roman" w:cs="Times New Roman"/>
          <w:sz w:val="24"/>
          <w:szCs w:val="24"/>
        </w:rPr>
      </w:pPr>
    </w:p>
    <w:p w14:paraId="43331B23" w14:textId="77777777" w:rsidR="005C372D" w:rsidRPr="009658F0" w:rsidRDefault="005C372D" w:rsidP="006C1960">
      <w:pPr>
        <w:spacing w:line="360" w:lineRule="auto"/>
        <w:rPr>
          <w:rFonts w:ascii="Times New Roman" w:eastAsia="Times New Roman" w:hAnsi="Times New Roman" w:cs="Times New Roman"/>
          <w:sz w:val="24"/>
          <w:szCs w:val="24"/>
        </w:rPr>
      </w:pPr>
    </w:p>
    <w:p w14:paraId="504D5EFA" w14:textId="3DF2ADBE" w:rsidR="005C372D" w:rsidRPr="009658F0" w:rsidRDefault="00554D86" w:rsidP="006C1960">
      <w:pPr>
        <w:tabs>
          <w:tab w:val="left" w:pos="1096"/>
        </w:tabs>
        <w:spacing w:line="360" w:lineRule="auto"/>
        <w:rPr>
          <w:rFonts w:ascii="Times New Roman" w:eastAsia="Times New Roman" w:hAnsi="Times New Roman" w:cs="Times New Roman"/>
          <w:sz w:val="24"/>
          <w:szCs w:val="24"/>
        </w:rPr>
      </w:pPr>
      <w:r w:rsidRPr="00661914">
        <w:rPr>
          <w:rFonts w:ascii="Times New Roman" w:eastAsia="Times New Roman" w:hAnsi="Times New Roman" w:cs="Times New Roman"/>
          <w:noProof/>
          <w:sz w:val="24"/>
          <w:szCs w:val="24"/>
          <w:highlight w:val="yellow"/>
        </w:rPr>
        <mc:AlternateContent>
          <mc:Choice Requires="wps">
            <w:drawing>
              <wp:anchor distT="45720" distB="45720" distL="114300" distR="114300" simplePos="0" relativeHeight="251882496" behindDoc="0" locked="0" layoutInCell="1" allowOverlap="1" wp14:anchorId="513CFAF8" wp14:editId="6D67AA6D">
                <wp:simplePos x="0" y="0"/>
                <wp:positionH relativeFrom="column">
                  <wp:posOffset>480793</wp:posOffset>
                </wp:positionH>
                <wp:positionV relativeFrom="paragraph">
                  <wp:posOffset>313153</wp:posOffset>
                </wp:positionV>
                <wp:extent cx="474345" cy="245745"/>
                <wp:effectExtent l="0" t="0" r="0" b="1905"/>
                <wp:wrapSquare wrapText="bothSides"/>
                <wp:docPr id="19547037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245745"/>
                        </a:xfrm>
                        <a:prstGeom prst="rect">
                          <a:avLst/>
                        </a:prstGeom>
                        <a:noFill/>
                        <a:ln w="9525">
                          <a:noFill/>
                          <a:miter lim="800000"/>
                          <a:headEnd/>
                          <a:tailEnd/>
                        </a:ln>
                      </wps:spPr>
                      <wps:txbx>
                        <w:txbxContent>
                          <w:p w14:paraId="0F6EC361" w14:textId="77777777" w:rsidR="00554D86" w:rsidRPr="00554D86" w:rsidRDefault="00554D86" w:rsidP="00554D86">
                            <w:pPr>
                              <w:spacing w:after="0" w:line="240" w:lineRule="auto"/>
                              <w:rPr>
                                <w:sz w:val="16"/>
                                <w:szCs w:val="16"/>
                                <w:lang w:val="en-GB"/>
                              </w:rPr>
                            </w:pPr>
                            <w:r>
                              <w:rPr>
                                <w:sz w:val="16"/>
                                <w:szCs w:val="16"/>
                                <w:lang w:val="en-GB"/>
                              </w:rPr>
                              <w:t>Tents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3CFAF8" id="_x0000_s1073" type="#_x0000_t202" style="position:absolute;margin-left:37.85pt;margin-top:24.65pt;width:37.35pt;height:19.35pt;z-index:25188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" filled="f" stroked="f">
                <v:textbox>
                  <w:txbxContent>
                    <w:p w14:paraId="0F6EC361" w14:textId="77777777" w:rsidR="00554D86" w:rsidRPr="00554D86" w:rsidRDefault="00554D86" w:rsidP="00554D86">
                      <w:pPr>
                        <w:spacing w:after="0" w:line="240" w:lineRule="auto"/>
                        <w:rPr>
                          <w:sz w:val="16"/>
                          <w:szCs w:val="16"/>
                          <w:lang w:val="en-GB"/>
                        </w:rPr>
                      </w:pPr>
                      <w:r>
                        <w:rPr>
                          <w:sz w:val="16"/>
                          <w:szCs w:val="16"/>
                          <w:lang w:val="en-GB"/>
                        </w:rPr>
                        <w:t>Tents</w:t>
                      </w:r>
                    </w:p>
                  </w:txbxContent>
                </v:textbox>
                <w10:wrap type="square"/>
              </v:shape>
            </w:pict>
          </mc:Fallback>
        </mc:AlternateContent>
      </w:r>
      <w:r w:rsidRPr="00661914">
        <w:rPr>
          <w:rFonts w:ascii="Times New Roman" w:eastAsia="Times New Roman" w:hAnsi="Times New Roman" w:cs="Times New Roman"/>
          <w:noProof/>
          <w:sz w:val="24"/>
          <w:szCs w:val="24"/>
          <w:highlight w:val="yellow"/>
        </w:rPr>
        <w:drawing>
          <wp:anchor distT="0" distB="0" distL="114300" distR="114300" simplePos="0" relativeHeight="251736064" behindDoc="1" locked="0" layoutInCell="1" allowOverlap="1" wp14:anchorId="500043F1" wp14:editId="0BBB307E">
            <wp:simplePos x="0" y="0"/>
            <wp:positionH relativeFrom="column">
              <wp:posOffset>20320</wp:posOffset>
            </wp:positionH>
            <wp:positionV relativeFrom="page">
              <wp:posOffset>1151890</wp:posOffset>
            </wp:positionV>
            <wp:extent cx="3589020" cy="5486400"/>
            <wp:effectExtent l="0" t="0" r="0" b="0"/>
            <wp:wrapNone/>
            <wp:docPr id="9501666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166639" name="Picture 950166639"/>
                    <pic:cNvPicPr/>
                  </pic:nvPicPr>
                  <pic:blipFill>
                    <a:blip r:embed="rId19"/>
                    <a:stretch>
                      <a:fillRect/>
                    </a:stretch>
                  </pic:blipFill>
                  <pic:spPr>
                    <a:xfrm>
                      <a:off x="0" y="0"/>
                      <a:ext cx="3589020" cy="5486400"/>
                    </a:xfrm>
                    <a:prstGeom prst="rect">
                      <a:avLst/>
                    </a:prstGeom>
                  </pic:spPr>
                </pic:pic>
              </a:graphicData>
            </a:graphic>
          </wp:anchor>
        </w:drawing>
      </w:r>
      <w:r w:rsidRPr="00661914">
        <w:rPr>
          <w:rFonts w:ascii="Times New Roman" w:eastAsia="Times New Roman" w:hAnsi="Times New Roman" w:cs="Times New Roman"/>
          <w:noProof/>
          <w:sz w:val="24"/>
          <w:szCs w:val="24"/>
          <w:highlight w:val="yellow"/>
        </w:rPr>
        <mc:AlternateContent>
          <mc:Choice Requires="wps">
            <w:drawing>
              <wp:anchor distT="45720" distB="45720" distL="114300" distR="114300" simplePos="0" relativeHeight="251849728" behindDoc="0" locked="0" layoutInCell="1" allowOverlap="1" wp14:anchorId="201203DA" wp14:editId="1D4636C2">
                <wp:simplePos x="0" y="0"/>
                <wp:positionH relativeFrom="column">
                  <wp:posOffset>1010920</wp:posOffset>
                </wp:positionH>
                <wp:positionV relativeFrom="paragraph">
                  <wp:posOffset>304800</wp:posOffset>
                </wp:positionV>
                <wp:extent cx="474345" cy="454025"/>
                <wp:effectExtent l="0" t="0" r="0" b="3175"/>
                <wp:wrapSquare wrapText="bothSides"/>
                <wp:docPr id="19770845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454025"/>
                        </a:xfrm>
                        <a:prstGeom prst="rect">
                          <a:avLst/>
                        </a:prstGeom>
                        <a:noFill/>
                        <a:ln w="9525">
                          <a:noFill/>
                          <a:miter lim="800000"/>
                          <a:headEnd/>
                          <a:tailEnd/>
                        </a:ln>
                      </wps:spPr>
                      <wps:txbx>
                        <w:txbxContent>
                          <w:p w14:paraId="684DD76F" w14:textId="77777777" w:rsidR="00554D86" w:rsidRDefault="00554D86" w:rsidP="00554D86">
                            <w:pPr>
                              <w:spacing w:after="0" w:line="240" w:lineRule="auto"/>
                              <w:rPr>
                                <w:sz w:val="16"/>
                                <w:szCs w:val="16"/>
                                <w:lang w:val="en-GB"/>
                              </w:rPr>
                            </w:pPr>
                            <w:r w:rsidRPr="00554D86">
                              <w:rPr>
                                <w:sz w:val="16"/>
                                <w:szCs w:val="16"/>
                                <w:lang w:val="en-GB"/>
                              </w:rPr>
                              <w:t xml:space="preserve">Steep goats’ </w:t>
                            </w:r>
                          </w:p>
                          <w:p w14:paraId="72E5CF38" w14:textId="00FF96EE" w:rsidR="00554D86" w:rsidRPr="00554D86" w:rsidRDefault="00554D86" w:rsidP="00554D86">
                            <w:pPr>
                              <w:spacing w:after="0" w:line="240" w:lineRule="auto"/>
                              <w:rPr>
                                <w:sz w:val="16"/>
                                <w:szCs w:val="16"/>
                                <w:lang w:val="en-GB"/>
                              </w:rPr>
                            </w:pPr>
                            <w:r w:rsidRPr="00554D86">
                              <w:rPr>
                                <w:sz w:val="16"/>
                                <w:szCs w:val="16"/>
                                <w:lang w:val="en-GB"/>
                              </w:rPr>
                              <w:t>slope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203DA" id="_x0000_s1074" type="#_x0000_t202" style="position:absolute;margin-left:79.6pt;margin-top:24pt;width:37.35pt;height:35.75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" filled="f" stroked="f">
                <v:textbox>
                  <w:txbxContent>
                    <w:p w14:paraId="684DD76F" w14:textId="77777777" w:rsidR="00554D86" w:rsidRDefault="00554D86" w:rsidP="00554D86">
                      <w:pPr>
                        <w:spacing w:after="0" w:line="240" w:lineRule="auto"/>
                        <w:rPr>
                          <w:sz w:val="16"/>
                          <w:szCs w:val="16"/>
                          <w:lang w:val="en-GB"/>
                        </w:rPr>
                      </w:pPr>
                      <w:r w:rsidRPr="00554D86">
                        <w:rPr>
                          <w:sz w:val="16"/>
                          <w:szCs w:val="16"/>
                          <w:lang w:val="en-GB"/>
                        </w:rPr>
                        <w:t xml:space="preserve">Steep goats’ </w:t>
                      </w:r>
                    </w:p>
                    <w:p w14:paraId="72E5CF38" w14:textId="00FF96EE" w:rsidR="00554D86" w:rsidRPr="00554D86" w:rsidRDefault="00554D86" w:rsidP="00554D86">
                      <w:pPr>
                        <w:spacing w:after="0" w:line="240" w:lineRule="auto"/>
                        <w:rPr>
                          <w:sz w:val="16"/>
                          <w:szCs w:val="16"/>
                          <w:lang w:val="en-GB"/>
                        </w:rPr>
                      </w:pPr>
                      <w:r w:rsidRPr="00554D86">
                        <w:rPr>
                          <w:sz w:val="16"/>
                          <w:szCs w:val="16"/>
                          <w:lang w:val="en-GB"/>
                        </w:rPr>
                        <w:t>slope</w:t>
                      </w:r>
                    </w:p>
                  </w:txbxContent>
                </v:textbox>
                <w10:wrap type="square"/>
              </v:shape>
            </w:pict>
          </mc:Fallback>
        </mc:AlternateContent>
      </w:r>
      <w:r w:rsidR="005C372D" w:rsidRPr="00661914">
        <w:rPr>
          <w:rFonts w:ascii="Times New Roman" w:eastAsia="Times New Roman" w:hAnsi="Times New Roman" w:cs="Times New Roman"/>
          <w:sz w:val="24"/>
          <w:szCs w:val="24"/>
          <w:highlight w:val="yellow"/>
        </w:rPr>
        <w:t>EDITH PAGE 51</w:t>
      </w:r>
    </w:p>
    <w:p w14:paraId="7ACB207A" w14:textId="7AF256A3" w:rsidR="005C372D" w:rsidRPr="009658F0" w:rsidRDefault="00554D86" w:rsidP="006C1960">
      <w:pPr>
        <w:tabs>
          <w:tab w:val="left" w:pos="109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55872" behindDoc="0" locked="0" layoutInCell="1" allowOverlap="1" wp14:anchorId="5456AAF5" wp14:editId="4FB43DED">
                <wp:simplePos x="0" y="0"/>
                <wp:positionH relativeFrom="column">
                  <wp:posOffset>2197100</wp:posOffset>
                </wp:positionH>
                <wp:positionV relativeFrom="paragraph">
                  <wp:posOffset>192405</wp:posOffset>
                </wp:positionV>
                <wp:extent cx="474345" cy="245745"/>
                <wp:effectExtent l="0" t="0" r="0" b="1905"/>
                <wp:wrapSquare wrapText="bothSides"/>
                <wp:docPr id="1725502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245745"/>
                        </a:xfrm>
                        <a:prstGeom prst="rect">
                          <a:avLst/>
                        </a:prstGeom>
                        <a:noFill/>
                        <a:ln w="9525">
                          <a:noFill/>
                          <a:miter lim="800000"/>
                          <a:headEnd/>
                          <a:tailEnd/>
                        </a:ln>
                      </wps:spPr>
                      <wps:txbx>
                        <w:txbxContent>
                          <w:p w14:paraId="10EB087F" w14:textId="77777777" w:rsidR="00554D86" w:rsidRPr="00554D86" w:rsidRDefault="00554D86" w:rsidP="00554D86">
                            <w:pPr>
                              <w:spacing w:after="0" w:line="240" w:lineRule="auto"/>
                              <w:rPr>
                                <w:sz w:val="16"/>
                                <w:szCs w:val="16"/>
                                <w:lang w:val="en-GB"/>
                              </w:rPr>
                            </w:pPr>
                            <w:r>
                              <w:rPr>
                                <w:sz w:val="16"/>
                                <w:szCs w:val="16"/>
                                <w:lang w:val="en-GB"/>
                              </w:rPr>
                              <w:t>Down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56AAF5" id="_x0000_s1075" type="#_x0000_t202" style="position:absolute;margin-left:173pt;margin-top:15.15pt;width:37.35pt;height:19.35pt;z-index:25185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" filled="f" stroked="f">
                <v:textbox>
                  <w:txbxContent>
                    <w:p w14:paraId="10EB087F" w14:textId="77777777" w:rsidR="00554D86" w:rsidRPr="00554D86" w:rsidRDefault="00554D86" w:rsidP="00554D86">
                      <w:pPr>
                        <w:spacing w:after="0" w:line="240" w:lineRule="auto"/>
                        <w:rPr>
                          <w:sz w:val="16"/>
                          <w:szCs w:val="16"/>
                          <w:lang w:val="en-GB"/>
                        </w:rPr>
                      </w:pPr>
                      <w:r>
                        <w:rPr>
                          <w:sz w:val="16"/>
                          <w:szCs w:val="16"/>
                          <w:lang w:val="en-GB"/>
                        </w:rPr>
                        <w:t>Down</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53824" behindDoc="0" locked="0" layoutInCell="1" allowOverlap="1" wp14:anchorId="08F33627" wp14:editId="79503B1B">
                <wp:simplePos x="0" y="0"/>
                <wp:positionH relativeFrom="column">
                  <wp:posOffset>1573236</wp:posOffset>
                </wp:positionH>
                <wp:positionV relativeFrom="paragraph">
                  <wp:posOffset>31750</wp:posOffset>
                </wp:positionV>
                <wp:extent cx="474345" cy="245745"/>
                <wp:effectExtent l="0" t="0" r="0" b="1905"/>
                <wp:wrapSquare wrapText="bothSides"/>
                <wp:docPr id="21183399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245745"/>
                        </a:xfrm>
                        <a:prstGeom prst="rect">
                          <a:avLst/>
                        </a:prstGeom>
                        <a:noFill/>
                        <a:ln w="9525">
                          <a:noFill/>
                          <a:miter lim="800000"/>
                          <a:headEnd/>
                          <a:tailEnd/>
                        </a:ln>
                      </wps:spPr>
                      <wps:txbx>
                        <w:txbxContent>
                          <w:p w14:paraId="2898AD70" w14:textId="540F9C3E" w:rsidR="00554D86" w:rsidRPr="00554D86" w:rsidRDefault="00554D86" w:rsidP="00554D86">
                            <w:pPr>
                              <w:spacing w:after="0" w:line="240" w:lineRule="auto"/>
                              <w:rPr>
                                <w:sz w:val="16"/>
                                <w:szCs w:val="16"/>
                                <w:lang w:val="en-GB"/>
                              </w:rPr>
                            </w:pPr>
                            <w:r>
                              <w:rPr>
                                <w:sz w:val="16"/>
                                <w:szCs w:val="16"/>
                                <w:lang w:val="en-GB"/>
                              </w:rPr>
                              <w:t>Tents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F33627" id="_x0000_s1076" type="#_x0000_t202" style="position:absolute;margin-left:123.9pt;margin-top:2.5pt;width:37.35pt;height:19.35pt;z-index:251853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" filled="f" stroked="f">
                <v:textbox>
                  <w:txbxContent>
                    <w:p w14:paraId="2898AD70" w14:textId="540F9C3E" w:rsidR="00554D86" w:rsidRPr="00554D86" w:rsidRDefault="00554D86" w:rsidP="00554D86">
                      <w:pPr>
                        <w:spacing w:after="0" w:line="240" w:lineRule="auto"/>
                        <w:rPr>
                          <w:sz w:val="16"/>
                          <w:szCs w:val="16"/>
                          <w:lang w:val="en-GB"/>
                        </w:rPr>
                      </w:pPr>
                      <w:r>
                        <w:rPr>
                          <w:sz w:val="16"/>
                          <w:szCs w:val="16"/>
                          <w:lang w:val="en-GB"/>
                        </w:rPr>
                        <w:t>Tents</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51776" behindDoc="0" locked="0" layoutInCell="1" allowOverlap="1" wp14:anchorId="7E7A9A8B" wp14:editId="4FE9E1AE">
                <wp:simplePos x="0" y="0"/>
                <wp:positionH relativeFrom="column">
                  <wp:posOffset>441960</wp:posOffset>
                </wp:positionH>
                <wp:positionV relativeFrom="paragraph">
                  <wp:posOffset>184150</wp:posOffset>
                </wp:positionV>
                <wp:extent cx="474345" cy="245745"/>
                <wp:effectExtent l="0" t="0" r="0" b="1905"/>
                <wp:wrapSquare wrapText="bothSides"/>
                <wp:docPr id="1513339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245745"/>
                        </a:xfrm>
                        <a:prstGeom prst="rect">
                          <a:avLst/>
                        </a:prstGeom>
                        <a:noFill/>
                        <a:ln w="9525">
                          <a:noFill/>
                          <a:miter lim="800000"/>
                          <a:headEnd/>
                          <a:tailEnd/>
                        </a:ln>
                      </wps:spPr>
                      <wps:txbx>
                        <w:txbxContent>
                          <w:p w14:paraId="2A76FDC7" w14:textId="4128BEE3" w:rsidR="00554D86" w:rsidRPr="00554D86" w:rsidRDefault="00554D86" w:rsidP="00554D86">
                            <w:pPr>
                              <w:spacing w:after="0" w:line="240" w:lineRule="auto"/>
                              <w:rPr>
                                <w:sz w:val="16"/>
                                <w:szCs w:val="16"/>
                                <w:lang w:val="en-GB"/>
                              </w:rPr>
                            </w:pPr>
                            <w:r>
                              <w:rPr>
                                <w:sz w:val="16"/>
                                <w:szCs w:val="16"/>
                                <w:lang w:val="en-GB"/>
                              </w:rPr>
                              <w:t>Down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7A9A8B" id="_x0000_s1077" type="#_x0000_t202" style="position:absolute;margin-left:34.8pt;margin-top:14.5pt;width:37.35pt;height:19.35pt;z-index:25185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" filled="f" stroked="f">
                <v:textbox>
                  <w:txbxContent>
                    <w:p w14:paraId="2A76FDC7" w14:textId="4128BEE3" w:rsidR="00554D86" w:rsidRPr="00554D86" w:rsidRDefault="00554D86" w:rsidP="00554D86">
                      <w:pPr>
                        <w:spacing w:after="0" w:line="240" w:lineRule="auto"/>
                        <w:rPr>
                          <w:sz w:val="16"/>
                          <w:szCs w:val="16"/>
                          <w:lang w:val="en-GB"/>
                        </w:rPr>
                      </w:pPr>
                      <w:r>
                        <w:rPr>
                          <w:sz w:val="16"/>
                          <w:szCs w:val="16"/>
                          <w:lang w:val="en-GB"/>
                        </w:rPr>
                        <w:t>Down</w:t>
                      </w:r>
                    </w:p>
                  </w:txbxContent>
                </v:textbox>
                <w10:wrap type="square"/>
              </v:shape>
            </w:pict>
          </mc:Fallback>
        </mc:AlternateContent>
      </w:r>
    </w:p>
    <w:p w14:paraId="2758BDC3" w14:textId="4B0B1C8F" w:rsidR="00FA7DAA" w:rsidRPr="009658F0" w:rsidRDefault="00554D86"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68160" behindDoc="0" locked="0" layoutInCell="1" allowOverlap="1" wp14:anchorId="5FEB0F84" wp14:editId="18FD501F">
                <wp:simplePos x="0" y="0"/>
                <wp:positionH relativeFrom="column">
                  <wp:posOffset>2698750</wp:posOffset>
                </wp:positionH>
                <wp:positionV relativeFrom="paragraph">
                  <wp:posOffset>51435</wp:posOffset>
                </wp:positionV>
                <wp:extent cx="474345" cy="245745"/>
                <wp:effectExtent l="0" t="0" r="0" b="1905"/>
                <wp:wrapSquare wrapText="bothSides"/>
                <wp:docPr id="440369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245745"/>
                        </a:xfrm>
                        <a:prstGeom prst="rect">
                          <a:avLst/>
                        </a:prstGeom>
                        <a:noFill/>
                        <a:ln w="9525">
                          <a:noFill/>
                          <a:miter lim="800000"/>
                          <a:headEnd/>
                          <a:tailEnd/>
                        </a:ln>
                      </wps:spPr>
                      <wps:txbx>
                        <w:txbxContent>
                          <w:p w14:paraId="5544FE27" w14:textId="77777777" w:rsidR="00554D86" w:rsidRPr="00554D86" w:rsidRDefault="00554D86" w:rsidP="00554D86">
                            <w:pPr>
                              <w:spacing w:after="0" w:line="240" w:lineRule="auto"/>
                              <w:rPr>
                                <w:sz w:val="16"/>
                                <w:szCs w:val="16"/>
                                <w:lang w:val="en-GB"/>
                              </w:rPr>
                            </w:pPr>
                            <w:r>
                              <w:rPr>
                                <w:sz w:val="16"/>
                                <w:szCs w:val="16"/>
                                <w:lang w:val="en-GB"/>
                              </w:rPr>
                              <w:t>Tents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EB0F84" id="_x0000_s1078" type="#_x0000_t202" style="position:absolute;margin-left:212.5pt;margin-top:4.05pt;width:37.35pt;height:19.35pt;z-index:25186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" filled="f" stroked="f">
                <v:textbox>
                  <w:txbxContent>
                    <w:p w14:paraId="5544FE27" w14:textId="77777777" w:rsidR="00554D86" w:rsidRPr="00554D86" w:rsidRDefault="00554D86" w:rsidP="00554D86">
                      <w:pPr>
                        <w:spacing w:after="0" w:line="240" w:lineRule="auto"/>
                        <w:rPr>
                          <w:sz w:val="16"/>
                          <w:szCs w:val="16"/>
                          <w:lang w:val="en-GB"/>
                        </w:rPr>
                      </w:pPr>
                      <w:r>
                        <w:rPr>
                          <w:sz w:val="16"/>
                          <w:szCs w:val="16"/>
                          <w:lang w:val="en-GB"/>
                        </w:rPr>
                        <w:t>Tents</w:t>
                      </w:r>
                    </w:p>
                  </w:txbxContent>
                </v:textbox>
                <w10:wrap type="square"/>
              </v:shape>
            </w:pict>
          </mc:Fallback>
        </mc:AlternateContent>
      </w:r>
    </w:p>
    <w:p w14:paraId="223160D1" w14:textId="00D287EA" w:rsidR="00FA7DAA" w:rsidRPr="009658F0" w:rsidRDefault="00554D86"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72256" behindDoc="0" locked="0" layoutInCell="1" allowOverlap="1" wp14:anchorId="2C2103B2" wp14:editId="314BDC4C">
                <wp:simplePos x="0" y="0"/>
                <wp:positionH relativeFrom="column">
                  <wp:posOffset>2774950</wp:posOffset>
                </wp:positionH>
                <wp:positionV relativeFrom="paragraph">
                  <wp:posOffset>327025</wp:posOffset>
                </wp:positionV>
                <wp:extent cx="541655" cy="245745"/>
                <wp:effectExtent l="0" t="0" r="0" b="1905"/>
                <wp:wrapSquare wrapText="bothSides"/>
                <wp:docPr id="1406435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55" cy="245745"/>
                        </a:xfrm>
                        <a:prstGeom prst="rect">
                          <a:avLst/>
                        </a:prstGeom>
                        <a:noFill/>
                        <a:ln w="9525">
                          <a:noFill/>
                          <a:miter lim="800000"/>
                          <a:headEnd/>
                          <a:tailEnd/>
                        </a:ln>
                      </wps:spPr>
                      <wps:txbx>
                        <w:txbxContent>
                          <w:p w14:paraId="0427C5AC" w14:textId="233556AB" w:rsidR="00554D86" w:rsidRPr="00554D86" w:rsidRDefault="00554D86" w:rsidP="00554D86">
                            <w:pPr>
                              <w:spacing w:after="0" w:line="240" w:lineRule="auto"/>
                              <w:rPr>
                                <w:sz w:val="16"/>
                                <w:szCs w:val="16"/>
                                <w:lang w:val="en-GB"/>
                              </w:rPr>
                            </w:pPr>
                            <w:r>
                              <w:rPr>
                                <w:sz w:val="16"/>
                                <w:szCs w:val="16"/>
                                <w:lang w:val="en-GB"/>
                              </w:rPr>
                              <w:t>Booths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2103B2" id="_x0000_s1079" type="#_x0000_t202" style="position:absolute;margin-left:218.5pt;margin-top:25.75pt;width:42.65pt;height:19.35pt;z-index:251872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" filled="f" stroked="f">
                <v:textbox>
                  <w:txbxContent>
                    <w:p w14:paraId="0427C5AC" w14:textId="233556AB" w:rsidR="00554D86" w:rsidRPr="00554D86" w:rsidRDefault="00554D86" w:rsidP="00554D86">
                      <w:pPr>
                        <w:spacing w:after="0" w:line="240" w:lineRule="auto"/>
                        <w:rPr>
                          <w:sz w:val="16"/>
                          <w:szCs w:val="16"/>
                          <w:lang w:val="en-GB"/>
                        </w:rPr>
                      </w:pPr>
                      <w:r>
                        <w:rPr>
                          <w:sz w:val="16"/>
                          <w:szCs w:val="16"/>
                          <w:lang w:val="en-GB"/>
                        </w:rPr>
                        <w:t>Booths</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70208" behindDoc="0" locked="0" layoutInCell="1" allowOverlap="1" wp14:anchorId="3C2BDB91" wp14:editId="20D82F4D">
                <wp:simplePos x="0" y="0"/>
                <wp:positionH relativeFrom="column">
                  <wp:posOffset>2303145</wp:posOffset>
                </wp:positionH>
                <wp:positionV relativeFrom="paragraph">
                  <wp:posOffset>271389</wp:posOffset>
                </wp:positionV>
                <wp:extent cx="474345" cy="398145"/>
                <wp:effectExtent l="0" t="0" r="0" b="1905"/>
                <wp:wrapSquare wrapText="bothSides"/>
                <wp:docPr id="275186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398145"/>
                        </a:xfrm>
                        <a:prstGeom prst="rect">
                          <a:avLst/>
                        </a:prstGeom>
                        <a:noFill/>
                        <a:ln w="9525">
                          <a:noFill/>
                          <a:miter lim="800000"/>
                          <a:headEnd/>
                          <a:tailEnd/>
                        </a:ln>
                      </wps:spPr>
                      <wps:txbx>
                        <w:txbxContent>
                          <w:p w14:paraId="77D29CD2" w14:textId="07712923" w:rsidR="00554D86" w:rsidRPr="00554D86" w:rsidRDefault="00554D86" w:rsidP="00554D86">
                            <w:pPr>
                              <w:spacing w:after="0" w:line="240" w:lineRule="auto"/>
                              <w:rPr>
                                <w:sz w:val="16"/>
                                <w:szCs w:val="16"/>
                                <w:lang w:val="en-GB"/>
                              </w:rPr>
                            </w:pPr>
                            <w:r>
                              <w:rPr>
                                <w:sz w:val="16"/>
                                <w:szCs w:val="16"/>
                                <w:lang w:val="en-GB"/>
                              </w:rPr>
                              <w:t>Cafes 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BDB91" id="_x0000_s1080" type="#_x0000_t202" style="position:absolute;margin-left:181.35pt;margin-top:21.35pt;width:37.35pt;height:31.35pt;z-index:25187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" filled="f" stroked="f">
                <v:textbox>
                  <w:txbxContent>
                    <w:p w14:paraId="77D29CD2" w14:textId="07712923" w:rsidR="00554D86" w:rsidRPr="00554D86" w:rsidRDefault="00554D86" w:rsidP="00554D86">
                      <w:pPr>
                        <w:spacing w:after="0" w:line="240" w:lineRule="auto"/>
                        <w:rPr>
                          <w:sz w:val="16"/>
                          <w:szCs w:val="16"/>
                          <w:lang w:val="en-GB"/>
                        </w:rPr>
                      </w:pPr>
                      <w:r>
                        <w:rPr>
                          <w:sz w:val="16"/>
                          <w:szCs w:val="16"/>
                          <w:lang w:val="en-GB"/>
                        </w:rPr>
                        <w:t>Cafes etc</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66112" behindDoc="0" locked="0" layoutInCell="1" allowOverlap="1" wp14:anchorId="2FA0CFDE" wp14:editId="43A0224D">
                <wp:simplePos x="0" y="0"/>
                <wp:positionH relativeFrom="column">
                  <wp:posOffset>955040</wp:posOffset>
                </wp:positionH>
                <wp:positionV relativeFrom="paragraph">
                  <wp:posOffset>327025</wp:posOffset>
                </wp:positionV>
                <wp:extent cx="474345" cy="245745"/>
                <wp:effectExtent l="0" t="0" r="0" b="1905"/>
                <wp:wrapSquare wrapText="bothSides"/>
                <wp:docPr id="15675249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245745"/>
                        </a:xfrm>
                        <a:prstGeom prst="rect">
                          <a:avLst/>
                        </a:prstGeom>
                        <a:noFill/>
                        <a:ln w="9525">
                          <a:noFill/>
                          <a:miter lim="800000"/>
                          <a:headEnd/>
                          <a:tailEnd/>
                        </a:ln>
                      </wps:spPr>
                      <wps:txbx>
                        <w:txbxContent>
                          <w:p w14:paraId="5BA959A6" w14:textId="42110394" w:rsidR="00554D86" w:rsidRPr="00554D86" w:rsidRDefault="00554D86" w:rsidP="00554D86">
                            <w:pPr>
                              <w:spacing w:after="0" w:line="240" w:lineRule="auto"/>
                              <w:rPr>
                                <w:sz w:val="16"/>
                                <w:szCs w:val="16"/>
                                <w:lang w:val="en-GB"/>
                              </w:rPr>
                            </w:pPr>
                            <w:r>
                              <w:rPr>
                                <w:sz w:val="16"/>
                                <w:szCs w:val="16"/>
                                <w:lang w:val="en-GB"/>
                              </w:rPr>
                              <w:t>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A0CFDE" id="_x0000_s1081" type="#_x0000_t202" style="position:absolute;margin-left:75.2pt;margin-top:25.75pt;width:37.35pt;height:19.35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" filled="f" stroked="f">
                <v:textbox>
                  <w:txbxContent>
                    <w:p w14:paraId="5BA959A6" w14:textId="42110394" w:rsidR="00554D86" w:rsidRPr="00554D86" w:rsidRDefault="00554D86" w:rsidP="00554D86">
                      <w:pPr>
                        <w:spacing w:after="0" w:line="240" w:lineRule="auto"/>
                        <w:rPr>
                          <w:sz w:val="16"/>
                          <w:szCs w:val="16"/>
                          <w:lang w:val="en-GB"/>
                        </w:rPr>
                      </w:pPr>
                      <w:r>
                        <w:rPr>
                          <w:sz w:val="16"/>
                          <w:szCs w:val="16"/>
                          <w:lang w:val="en-GB"/>
                        </w:rPr>
                        <w:t>Up</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62016" behindDoc="0" locked="0" layoutInCell="1" allowOverlap="1" wp14:anchorId="2B595793" wp14:editId="20C1E285">
                <wp:simplePos x="0" y="0"/>
                <wp:positionH relativeFrom="column">
                  <wp:posOffset>1274445</wp:posOffset>
                </wp:positionH>
                <wp:positionV relativeFrom="paragraph">
                  <wp:posOffset>294640</wp:posOffset>
                </wp:positionV>
                <wp:extent cx="568325" cy="245745"/>
                <wp:effectExtent l="0" t="0" r="0" b="1905"/>
                <wp:wrapSquare wrapText="bothSides"/>
                <wp:docPr id="20583287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245745"/>
                        </a:xfrm>
                        <a:prstGeom prst="rect">
                          <a:avLst/>
                        </a:prstGeom>
                        <a:noFill/>
                        <a:ln w="9525">
                          <a:noFill/>
                          <a:miter lim="800000"/>
                          <a:headEnd/>
                          <a:tailEnd/>
                        </a:ln>
                      </wps:spPr>
                      <wps:txbx>
                        <w:txbxContent>
                          <w:p w14:paraId="4BA84794" w14:textId="6C2CA43B" w:rsidR="00554D86" w:rsidRPr="00554D86" w:rsidRDefault="00554D86" w:rsidP="00554D86">
                            <w:pPr>
                              <w:spacing w:after="0" w:line="240" w:lineRule="auto"/>
                              <w:rPr>
                                <w:sz w:val="16"/>
                                <w:szCs w:val="16"/>
                                <w:lang w:val="en-GB"/>
                              </w:rPr>
                            </w:pPr>
                            <w:r>
                              <w:rPr>
                                <w:sz w:val="16"/>
                                <w:szCs w:val="16"/>
                                <w:lang w:val="en-GB"/>
                              </w:rPr>
                              <w:t>Hasidim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595793" id="_x0000_s1082" type="#_x0000_t202" style="position:absolute;margin-left:100.35pt;margin-top:23.2pt;width:44.75pt;height:19.35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" filled="f" stroked="f">
                <v:textbox>
                  <w:txbxContent>
                    <w:p w14:paraId="4BA84794" w14:textId="6C2CA43B" w:rsidR="00554D86" w:rsidRPr="00554D86" w:rsidRDefault="00554D86" w:rsidP="00554D86">
                      <w:pPr>
                        <w:spacing w:after="0" w:line="240" w:lineRule="auto"/>
                        <w:rPr>
                          <w:sz w:val="16"/>
                          <w:szCs w:val="16"/>
                          <w:lang w:val="en-GB"/>
                        </w:rPr>
                      </w:pPr>
                      <w:r>
                        <w:rPr>
                          <w:sz w:val="16"/>
                          <w:szCs w:val="16"/>
                          <w:lang w:val="en-GB"/>
                        </w:rPr>
                        <w:t>Hasidim</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59968" behindDoc="0" locked="0" layoutInCell="1" allowOverlap="1" wp14:anchorId="10604DA8" wp14:editId="1B73679F">
                <wp:simplePos x="0" y="0"/>
                <wp:positionH relativeFrom="column">
                  <wp:posOffset>1805061</wp:posOffset>
                </wp:positionH>
                <wp:positionV relativeFrom="paragraph">
                  <wp:posOffset>294591</wp:posOffset>
                </wp:positionV>
                <wp:extent cx="392430" cy="245745"/>
                <wp:effectExtent l="0" t="0" r="0" b="1905"/>
                <wp:wrapSquare wrapText="bothSides"/>
                <wp:docPr id="21236214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 cy="245745"/>
                        </a:xfrm>
                        <a:prstGeom prst="rect">
                          <a:avLst/>
                        </a:prstGeom>
                        <a:noFill/>
                        <a:ln w="9525">
                          <a:noFill/>
                          <a:miter lim="800000"/>
                          <a:headEnd/>
                          <a:tailEnd/>
                        </a:ln>
                      </wps:spPr>
                      <wps:txbx>
                        <w:txbxContent>
                          <w:p w14:paraId="0EF485E7" w14:textId="53F8665C" w:rsidR="00554D86" w:rsidRPr="00554D86" w:rsidRDefault="00554D86" w:rsidP="00554D86">
                            <w:pPr>
                              <w:spacing w:after="0" w:line="240" w:lineRule="auto"/>
                              <w:rPr>
                                <w:sz w:val="16"/>
                                <w:szCs w:val="16"/>
                                <w:lang w:val="en-GB"/>
                              </w:rPr>
                            </w:pPr>
                            <w:r>
                              <w:rPr>
                                <w:sz w:val="16"/>
                                <w:szCs w:val="16"/>
                                <w:lang w:val="en-GB"/>
                              </w:rPr>
                              <w:t>Rail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04DA8" id="_x0000_s1083" type="#_x0000_t202" style="position:absolute;margin-left:142.15pt;margin-top:23.2pt;width:30.9pt;height:19.35pt;z-index:251859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" filled="f" stroked="f">
                <v:textbox>
                  <w:txbxContent>
                    <w:p w14:paraId="0EF485E7" w14:textId="53F8665C" w:rsidR="00554D86" w:rsidRPr="00554D86" w:rsidRDefault="00554D86" w:rsidP="00554D86">
                      <w:pPr>
                        <w:spacing w:after="0" w:line="240" w:lineRule="auto"/>
                        <w:rPr>
                          <w:sz w:val="16"/>
                          <w:szCs w:val="16"/>
                          <w:lang w:val="en-GB"/>
                        </w:rPr>
                      </w:pPr>
                      <w:r>
                        <w:rPr>
                          <w:sz w:val="16"/>
                          <w:szCs w:val="16"/>
                          <w:lang w:val="en-GB"/>
                        </w:rPr>
                        <w:t>R</w:t>
                      </w:r>
                      <w:r>
                        <w:rPr>
                          <w:sz w:val="16"/>
                          <w:szCs w:val="16"/>
                          <w:lang w:val="en-GB"/>
                        </w:rPr>
                        <w:t>ail</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57920" behindDoc="0" locked="0" layoutInCell="1" allowOverlap="1" wp14:anchorId="1316578E" wp14:editId="0A0D2A30">
                <wp:simplePos x="0" y="0"/>
                <wp:positionH relativeFrom="column">
                  <wp:posOffset>1828458</wp:posOffset>
                </wp:positionH>
                <wp:positionV relativeFrom="paragraph">
                  <wp:posOffset>45769</wp:posOffset>
                </wp:positionV>
                <wp:extent cx="474345" cy="245745"/>
                <wp:effectExtent l="0" t="0" r="0" b="1905"/>
                <wp:wrapSquare wrapText="bothSides"/>
                <wp:docPr id="1406274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245745"/>
                        </a:xfrm>
                        <a:prstGeom prst="rect">
                          <a:avLst/>
                        </a:prstGeom>
                        <a:noFill/>
                        <a:ln w="9525">
                          <a:noFill/>
                          <a:miter lim="800000"/>
                          <a:headEnd/>
                          <a:tailEnd/>
                        </a:ln>
                      </wps:spPr>
                      <wps:txbx>
                        <w:txbxContent>
                          <w:p w14:paraId="002A4C25" w14:textId="3E0325B3" w:rsidR="00554D86" w:rsidRPr="00554D86" w:rsidRDefault="00554D86" w:rsidP="00554D86">
                            <w:pPr>
                              <w:spacing w:after="0" w:line="240" w:lineRule="auto"/>
                              <w:rPr>
                                <w:sz w:val="16"/>
                                <w:szCs w:val="16"/>
                                <w:lang w:val="en-GB"/>
                              </w:rPr>
                            </w:pPr>
                            <w:r>
                              <w:rPr>
                                <w:sz w:val="16"/>
                                <w:szCs w:val="16"/>
                                <w:lang w:val="en-GB"/>
                              </w:rPr>
                              <w:t>Roof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6578E" id="_x0000_s1084" type="#_x0000_t202" style="position:absolute;margin-left:143.95pt;margin-top:3.6pt;width:37.35pt;height:19.35pt;z-index:25185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" filled="f" stroked="f">
                <v:textbox>
                  <w:txbxContent>
                    <w:p w14:paraId="002A4C25" w14:textId="3E0325B3" w:rsidR="00554D86" w:rsidRPr="00554D86" w:rsidRDefault="00554D86" w:rsidP="00554D86">
                      <w:pPr>
                        <w:spacing w:after="0" w:line="240" w:lineRule="auto"/>
                        <w:rPr>
                          <w:sz w:val="16"/>
                          <w:szCs w:val="16"/>
                          <w:lang w:val="en-GB"/>
                        </w:rPr>
                      </w:pPr>
                      <w:r>
                        <w:rPr>
                          <w:sz w:val="16"/>
                          <w:szCs w:val="16"/>
                          <w:lang w:val="en-GB"/>
                        </w:rPr>
                        <w:t>Roof</w:t>
                      </w:r>
                    </w:p>
                  </w:txbxContent>
                </v:textbox>
                <w10:wrap type="square"/>
              </v:shape>
            </w:pict>
          </mc:Fallback>
        </mc:AlternateContent>
      </w:r>
    </w:p>
    <w:p w14:paraId="73AF81B8" w14:textId="52CAD46C" w:rsidR="00FA7DAA" w:rsidRPr="009658F0" w:rsidRDefault="00554D86"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64064" behindDoc="0" locked="0" layoutInCell="1" allowOverlap="1" wp14:anchorId="70CAB94E" wp14:editId="3356D9CE">
                <wp:simplePos x="0" y="0"/>
                <wp:positionH relativeFrom="column">
                  <wp:posOffset>735281</wp:posOffset>
                </wp:positionH>
                <wp:positionV relativeFrom="paragraph">
                  <wp:posOffset>212334</wp:posOffset>
                </wp:positionV>
                <wp:extent cx="474345" cy="245745"/>
                <wp:effectExtent l="0" t="0" r="0" b="1905"/>
                <wp:wrapSquare wrapText="bothSides"/>
                <wp:docPr id="6639625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245745"/>
                        </a:xfrm>
                        <a:prstGeom prst="rect">
                          <a:avLst/>
                        </a:prstGeom>
                        <a:noFill/>
                        <a:ln w="9525">
                          <a:noFill/>
                          <a:miter lim="800000"/>
                          <a:headEnd/>
                          <a:tailEnd/>
                        </a:ln>
                      </wps:spPr>
                      <wps:txbx>
                        <w:txbxContent>
                          <w:p w14:paraId="535DCAA5" w14:textId="77777777" w:rsidR="00554D86" w:rsidRPr="00554D86" w:rsidRDefault="00554D86" w:rsidP="00554D86">
                            <w:pPr>
                              <w:spacing w:after="0" w:line="240" w:lineRule="auto"/>
                              <w:rPr>
                                <w:sz w:val="16"/>
                                <w:szCs w:val="16"/>
                                <w:lang w:val="en-GB"/>
                              </w:rPr>
                            </w:pPr>
                            <w:r>
                              <w:rPr>
                                <w:sz w:val="16"/>
                                <w:szCs w:val="16"/>
                                <w:lang w:val="en-GB"/>
                              </w:rPr>
                              <w:t>Down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CAB94E" id="_x0000_s1085" type="#_x0000_t202" style="position:absolute;margin-left:57.9pt;margin-top:16.7pt;width:37.35pt;height:19.35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" filled="f" stroked="f">
                <v:textbox>
                  <w:txbxContent>
                    <w:p w14:paraId="535DCAA5" w14:textId="77777777" w:rsidR="00554D86" w:rsidRPr="00554D86" w:rsidRDefault="00554D86" w:rsidP="00554D86">
                      <w:pPr>
                        <w:spacing w:after="0" w:line="240" w:lineRule="auto"/>
                        <w:rPr>
                          <w:sz w:val="16"/>
                          <w:szCs w:val="16"/>
                          <w:lang w:val="en-GB"/>
                        </w:rPr>
                      </w:pPr>
                      <w:r>
                        <w:rPr>
                          <w:sz w:val="16"/>
                          <w:szCs w:val="16"/>
                          <w:lang w:val="en-GB"/>
                        </w:rPr>
                        <w:t>Down</w:t>
                      </w:r>
                    </w:p>
                  </w:txbxContent>
                </v:textbox>
                <w10:wrap type="square"/>
              </v:shape>
            </w:pict>
          </mc:Fallback>
        </mc:AlternateContent>
      </w:r>
    </w:p>
    <w:p w14:paraId="23935A86" w14:textId="33CC4CB7" w:rsidR="00FA7DAA" w:rsidRPr="009658F0" w:rsidRDefault="00FA7DAA" w:rsidP="006C1960">
      <w:pPr>
        <w:spacing w:line="360" w:lineRule="auto"/>
        <w:rPr>
          <w:rFonts w:ascii="Times New Roman" w:eastAsia="Times New Roman" w:hAnsi="Times New Roman" w:cs="Times New Roman"/>
          <w:sz w:val="24"/>
          <w:szCs w:val="24"/>
        </w:rPr>
      </w:pPr>
    </w:p>
    <w:p w14:paraId="34952243" w14:textId="224DBE32" w:rsidR="00FA7DAA" w:rsidRPr="009658F0" w:rsidRDefault="00554D86"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76352" behindDoc="0" locked="0" layoutInCell="1" allowOverlap="1" wp14:anchorId="0763C6D6" wp14:editId="650F701C">
                <wp:simplePos x="0" y="0"/>
                <wp:positionH relativeFrom="column">
                  <wp:posOffset>2683510</wp:posOffset>
                </wp:positionH>
                <wp:positionV relativeFrom="paragraph">
                  <wp:posOffset>67945</wp:posOffset>
                </wp:positionV>
                <wp:extent cx="541655" cy="245745"/>
                <wp:effectExtent l="0" t="0" r="0" b="1905"/>
                <wp:wrapSquare wrapText="bothSides"/>
                <wp:docPr id="18616056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55" cy="245745"/>
                        </a:xfrm>
                        <a:prstGeom prst="rect">
                          <a:avLst/>
                        </a:prstGeom>
                        <a:noFill/>
                        <a:ln w="9525">
                          <a:noFill/>
                          <a:miter lim="800000"/>
                          <a:headEnd/>
                          <a:tailEnd/>
                        </a:ln>
                      </wps:spPr>
                      <wps:txbx>
                        <w:txbxContent>
                          <w:p w14:paraId="56861B76" w14:textId="0C2861C3" w:rsidR="00554D86" w:rsidRPr="00554D86" w:rsidRDefault="00554D86" w:rsidP="00554D86">
                            <w:pPr>
                              <w:spacing w:after="0" w:line="240" w:lineRule="auto"/>
                              <w:rPr>
                                <w:sz w:val="16"/>
                                <w:szCs w:val="16"/>
                                <w:lang w:val="en-GB"/>
                              </w:rPr>
                            </w:pPr>
                            <w:r>
                              <w:rPr>
                                <w:sz w:val="16"/>
                                <w:szCs w:val="16"/>
                                <w:lang w:val="en-GB"/>
                              </w:rPr>
                              <w:t>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63C6D6" id="_x0000_s1086" type="#_x0000_t202" style="position:absolute;margin-left:211.3pt;margin-top:5.35pt;width:42.65pt;height:19.35pt;z-index:25187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" filled="f" stroked="f">
                <v:textbox>
                  <w:txbxContent>
                    <w:p w14:paraId="56861B76" w14:textId="0C2861C3" w:rsidR="00554D86" w:rsidRPr="00554D86" w:rsidRDefault="00554D86" w:rsidP="00554D86">
                      <w:pPr>
                        <w:spacing w:after="0" w:line="240" w:lineRule="auto"/>
                        <w:rPr>
                          <w:sz w:val="16"/>
                          <w:szCs w:val="16"/>
                          <w:lang w:val="en-GB"/>
                        </w:rPr>
                      </w:pPr>
                      <w:r>
                        <w:rPr>
                          <w:sz w:val="16"/>
                          <w:szCs w:val="16"/>
                          <w:lang w:val="en-GB"/>
                        </w:rPr>
                        <w:t>Up</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74304" behindDoc="0" locked="0" layoutInCell="1" allowOverlap="1" wp14:anchorId="4EC95236" wp14:editId="0612659A">
                <wp:simplePos x="0" y="0"/>
                <wp:positionH relativeFrom="column">
                  <wp:posOffset>2047680</wp:posOffset>
                </wp:positionH>
                <wp:positionV relativeFrom="paragraph">
                  <wp:posOffset>88851</wp:posOffset>
                </wp:positionV>
                <wp:extent cx="541655" cy="245745"/>
                <wp:effectExtent l="0" t="0" r="0" b="1905"/>
                <wp:wrapSquare wrapText="bothSides"/>
                <wp:docPr id="7048916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55" cy="245745"/>
                        </a:xfrm>
                        <a:prstGeom prst="rect">
                          <a:avLst/>
                        </a:prstGeom>
                        <a:noFill/>
                        <a:ln w="9525">
                          <a:noFill/>
                          <a:miter lim="800000"/>
                          <a:headEnd/>
                          <a:tailEnd/>
                        </a:ln>
                      </wps:spPr>
                      <wps:txbx>
                        <w:txbxContent>
                          <w:p w14:paraId="00E308CB" w14:textId="54AC55DB" w:rsidR="00554D86" w:rsidRPr="00554D86" w:rsidRDefault="00554D86" w:rsidP="00554D86">
                            <w:pPr>
                              <w:spacing w:after="0" w:line="240" w:lineRule="auto"/>
                              <w:rPr>
                                <w:sz w:val="16"/>
                                <w:szCs w:val="16"/>
                                <w:lang w:val="en-GB"/>
                              </w:rPr>
                            </w:pPr>
                            <w:r>
                              <w:rPr>
                                <w:sz w:val="16"/>
                                <w:szCs w:val="16"/>
                                <w:lang w:val="en-GB"/>
                              </w:rPr>
                              <w:t>Road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C95236" id="_x0000_s1087" type="#_x0000_t202" style="position:absolute;margin-left:161.25pt;margin-top:7pt;width:42.65pt;height:19.35pt;z-index:25187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" filled="f" stroked="f">
                <v:textbox>
                  <w:txbxContent>
                    <w:p w14:paraId="00E308CB" w14:textId="54AC55DB" w:rsidR="00554D86" w:rsidRPr="00554D86" w:rsidRDefault="00554D86" w:rsidP="00554D86">
                      <w:pPr>
                        <w:spacing w:after="0" w:line="240" w:lineRule="auto"/>
                        <w:rPr>
                          <w:sz w:val="16"/>
                          <w:szCs w:val="16"/>
                          <w:lang w:val="en-GB"/>
                        </w:rPr>
                      </w:pPr>
                      <w:r>
                        <w:rPr>
                          <w:sz w:val="16"/>
                          <w:szCs w:val="16"/>
                          <w:lang w:val="en-GB"/>
                        </w:rPr>
                        <w:t>Road</w:t>
                      </w:r>
                    </w:p>
                  </w:txbxContent>
                </v:textbox>
                <w10:wrap type="square"/>
              </v:shape>
            </w:pict>
          </mc:Fallback>
        </mc:AlternateContent>
      </w:r>
    </w:p>
    <w:p w14:paraId="164C4078" w14:textId="14FDE761" w:rsidR="00FA7DAA" w:rsidRPr="009658F0" w:rsidRDefault="00554D86"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78400" behindDoc="0" locked="0" layoutInCell="1" allowOverlap="1" wp14:anchorId="14765591" wp14:editId="2DFFFE65">
                <wp:simplePos x="0" y="0"/>
                <wp:positionH relativeFrom="column">
                  <wp:posOffset>81915</wp:posOffset>
                </wp:positionH>
                <wp:positionV relativeFrom="paragraph">
                  <wp:posOffset>41275</wp:posOffset>
                </wp:positionV>
                <wp:extent cx="541655" cy="468630"/>
                <wp:effectExtent l="0" t="0" r="0" b="0"/>
                <wp:wrapSquare wrapText="bothSides"/>
                <wp:docPr id="1436904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55" cy="468630"/>
                        </a:xfrm>
                        <a:prstGeom prst="rect">
                          <a:avLst/>
                        </a:prstGeom>
                        <a:noFill/>
                        <a:ln w="9525">
                          <a:noFill/>
                          <a:miter lim="800000"/>
                          <a:headEnd/>
                          <a:tailEnd/>
                        </a:ln>
                      </wps:spPr>
                      <wps:txbx>
                        <w:txbxContent>
                          <w:p w14:paraId="2CD685D6" w14:textId="438A86B2" w:rsidR="00554D86" w:rsidRPr="00554D86" w:rsidRDefault="00554D86" w:rsidP="00554D86">
                            <w:pPr>
                              <w:spacing w:after="0" w:line="240" w:lineRule="auto"/>
                              <w:rPr>
                                <w:sz w:val="16"/>
                                <w:szCs w:val="16"/>
                                <w:lang w:val="en-GB"/>
                              </w:rPr>
                            </w:pPr>
                            <w:r>
                              <w:rPr>
                                <w:sz w:val="16"/>
                                <w:szCs w:val="16"/>
                                <w:lang w:val="en-GB"/>
                              </w:rPr>
                              <w:t>Water taps 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765591" id="_x0000_s1088" type="#_x0000_t202" style="position:absolute;margin-left:6.45pt;margin-top:3.25pt;width:42.65pt;height:36.9pt;z-index:25187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" filled="f" stroked="f">
                <v:textbox>
                  <w:txbxContent>
                    <w:p w14:paraId="2CD685D6" w14:textId="438A86B2" w:rsidR="00554D86" w:rsidRPr="00554D86" w:rsidRDefault="00554D86" w:rsidP="00554D86">
                      <w:pPr>
                        <w:spacing w:after="0" w:line="240" w:lineRule="auto"/>
                        <w:rPr>
                          <w:sz w:val="16"/>
                          <w:szCs w:val="16"/>
                          <w:lang w:val="en-GB"/>
                        </w:rPr>
                      </w:pPr>
                      <w:r>
                        <w:rPr>
                          <w:sz w:val="16"/>
                          <w:szCs w:val="16"/>
                          <w:lang w:val="en-GB"/>
                        </w:rPr>
                        <w:t>Water taps 20+?</w:t>
                      </w:r>
                    </w:p>
                  </w:txbxContent>
                </v:textbox>
                <w10:wrap type="square"/>
              </v:shape>
            </w:pict>
          </mc:Fallback>
        </mc:AlternateContent>
      </w:r>
    </w:p>
    <w:p w14:paraId="1010F9EE" w14:textId="4D39CBE0" w:rsidR="00FA7DAA" w:rsidRPr="009658F0" w:rsidRDefault="00FA7DAA" w:rsidP="006C1960">
      <w:pPr>
        <w:spacing w:line="360" w:lineRule="auto"/>
        <w:rPr>
          <w:rFonts w:ascii="Times New Roman" w:eastAsia="Times New Roman" w:hAnsi="Times New Roman" w:cs="Times New Roman"/>
          <w:sz w:val="24"/>
          <w:szCs w:val="24"/>
        </w:rPr>
      </w:pPr>
    </w:p>
    <w:p w14:paraId="172062B2" w14:textId="78A8C0D0" w:rsidR="00FA7DAA" w:rsidRPr="009658F0" w:rsidRDefault="00FA7DAA" w:rsidP="006C1960">
      <w:pPr>
        <w:spacing w:line="360" w:lineRule="auto"/>
        <w:rPr>
          <w:rFonts w:ascii="Times New Roman" w:eastAsia="Times New Roman" w:hAnsi="Times New Roman" w:cs="Times New Roman"/>
          <w:sz w:val="24"/>
          <w:szCs w:val="24"/>
        </w:rPr>
      </w:pPr>
    </w:p>
    <w:p w14:paraId="02A2E382" w14:textId="5EA8F0F4" w:rsidR="00FA7DAA" w:rsidRPr="009658F0" w:rsidRDefault="00FA7DAA" w:rsidP="006C1960">
      <w:pPr>
        <w:spacing w:line="360" w:lineRule="auto"/>
        <w:rPr>
          <w:rFonts w:ascii="Times New Roman" w:eastAsia="Times New Roman" w:hAnsi="Times New Roman" w:cs="Times New Roman"/>
          <w:sz w:val="24"/>
          <w:szCs w:val="24"/>
        </w:rPr>
      </w:pPr>
    </w:p>
    <w:p w14:paraId="6D7278B3" w14:textId="3D4F2A97" w:rsidR="00FA7DAA" w:rsidRPr="009658F0" w:rsidRDefault="00554D86"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80448" behindDoc="0" locked="0" layoutInCell="1" allowOverlap="1" wp14:anchorId="054FF9A0" wp14:editId="5EB6D866">
                <wp:simplePos x="0" y="0"/>
                <wp:positionH relativeFrom="column">
                  <wp:posOffset>1230386</wp:posOffset>
                </wp:positionH>
                <wp:positionV relativeFrom="paragraph">
                  <wp:posOffset>139798</wp:posOffset>
                </wp:positionV>
                <wp:extent cx="541655" cy="468630"/>
                <wp:effectExtent l="0" t="0" r="0" b="0"/>
                <wp:wrapSquare wrapText="bothSides"/>
                <wp:docPr id="425081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55" cy="468630"/>
                        </a:xfrm>
                        <a:prstGeom prst="rect">
                          <a:avLst/>
                        </a:prstGeom>
                        <a:noFill/>
                        <a:ln w="9525">
                          <a:noFill/>
                          <a:miter lim="800000"/>
                          <a:headEnd/>
                          <a:tailEnd/>
                        </a:ln>
                      </wps:spPr>
                      <wps:txbx>
                        <w:txbxContent>
                          <w:p w14:paraId="77C2619C" w14:textId="465D18DA" w:rsidR="00554D86" w:rsidRDefault="00554D86" w:rsidP="00554D86">
                            <w:pPr>
                              <w:spacing w:after="0" w:line="240" w:lineRule="auto"/>
                              <w:rPr>
                                <w:sz w:val="16"/>
                                <w:szCs w:val="16"/>
                                <w:lang w:val="en-GB"/>
                              </w:rPr>
                            </w:pPr>
                            <w:r>
                              <w:rPr>
                                <w:sz w:val="16"/>
                                <w:szCs w:val="16"/>
                                <w:lang w:val="en-GB"/>
                              </w:rPr>
                              <w:t>Holy Rd</w:t>
                            </w:r>
                          </w:p>
                          <w:p w14:paraId="1BC10F7E" w14:textId="114EB605" w:rsidR="00554D86" w:rsidRPr="00554D86" w:rsidRDefault="00554D86" w:rsidP="00554D86">
                            <w:pPr>
                              <w:spacing w:after="0" w:line="240" w:lineRule="auto"/>
                              <w:rPr>
                                <w:sz w:val="16"/>
                                <w:szCs w:val="16"/>
                                <w:lang w:val="en-GB"/>
                              </w:rPr>
                            </w:pPr>
                            <w:r>
                              <w:rPr>
                                <w:sz w:val="16"/>
                                <w:szCs w:val="16"/>
                                <w:lang w:val="en-GB"/>
                              </w:rPr>
                              <w:t>Access 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4FF9A0" id="_x0000_s1089" type="#_x0000_t202" style="position:absolute;margin-left:96.9pt;margin-top:11pt;width:42.65pt;height:36.9pt;z-index:25188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" filled="f" stroked="f">
                <v:textbox>
                  <w:txbxContent>
                    <w:p w14:paraId="77C2619C" w14:textId="465D18DA" w:rsidR="00554D86" w:rsidRDefault="00554D86" w:rsidP="00554D86">
                      <w:pPr>
                        <w:spacing w:after="0" w:line="240" w:lineRule="auto"/>
                        <w:rPr>
                          <w:sz w:val="16"/>
                          <w:szCs w:val="16"/>
                          <w:lang w:val="en-GB"/>
                        </w:rPr>
                      </w:pPr>
                      <w:r>
                        <w:rPr>
                          <w:sz w:val="16"/>
                          <w:szCs w:val="16"/>
                          <w:lang w:val="en-GB"/>
                        </w:rPr>
                        <w:t>Holy Rd</w:t>
                      </w:r>
                    </w:p>
                    <w:p w14:paraId="1BC10F7E" w14:textId="114EB605" w:rsidR="00554D86" w:rsidRPr="00554D86" w:rsidRDefault="00554D86" w:rsidP="00554D86">
                      <w:pPr>
                        <w:spacing w:after="0" w:line="240" w:lineRule="auto"/>
                        <w:rPr>
                          <w:sz w:val="16"/>
                          <w:szCs w:val="16"/>
                          <w:lang w:val="en-GB"/>
                        </w:rPr>
                      </w:pPr>
                      <w:r>
                        <w:rPr>
                          <w:sz w:val="16"/>
                          <w:szCs w:val="16"/>
                          <w:lang w:val="en-GB"/>
                        </w:rPr>
                        <w:t>Access Rd</w:t>
                      </w:r>
                    </w:p>
                  </w:txbxContent>
                </v:textbox>
                <w10:wrap type="square"/>
              </v:shape>
            </w:pict>
          </mc:Fallback>
        </mc:AlternateContent>
      </w:r>
    </w:p>
    <w:p w14:paraId="5A29B5D5" w14:textId="77777777" w:rsidR="00FA7DAA" w:rsidRPr="009658F0" w:rsidRDefault="00FA7DAA" w:rsidP="006C1960">
      <w:pPr>
        <w:spacing w:line="360" w:lineRule="auto"/>
        <w:rPr>
          <w:rFonts w:ascii="Times New Roman" w:eastAsia="Times New Roman" w:hAnsi="Times New Roman" w:cs="Times New Roman"/>
          <w:sz w:val="24"/>
          <w:szCs w:val="24"/>
        </w:rPr>
      </w:pPr>
    </w:p>
    <w:p w14:paraId="43975A3E" w14:textId="77777777" w:rsidR="00FA7DAA" w:rsidRPr="009658F0" w:rsidRDefault="00FA7DAA" w:rsidP="006C1960">
      <w:pPr>
        <w:spacing w:line="360" w:lineRule="auto"/>
        <w:rPr>
          <w:rFonts w:ascii="Times New Roman" w:eastAsia="Times New Roman" w:hAnsi="Times New Roman" w:cs="Times New Roman"/>
          <w:sz w:val="24"/>
          <w:szCs w:val="24"/>
        </w:rPr>
      </w:pPr>
    </w:p>
    <w:p w14:paraId="3271CC30" w14:textId="77777777" w:rsidR="00FA7DAA" w:rsidRPr="009658F0" w:rsidRDefault="00FA7DAA" w:rsidP="006C1960">
      <w:pPr>
        <w:spacing w:line="360" w:lineRule="auto"/>
        <w:rPr>
          <w:rFonts w:ascii="Times New Roman" w:eastAsia="Times New Roman" w:hAnsi="Times New Roman" w:cs="Times New Roman"/>
          <w:sz w:val="24"/>
          <w:szCs w:val="24"/>
        </w:rPr>
      </w:pPr>
    </w:p>
    <w:p w14:paraId="3DDCC1A1" w14:textId="77777777" w:rsidR="00FA7DAA" w:rsidRPr="009658F0" w:rsidRDefault="00FA7DAA" w:rsidP="006C1960">
      <w:pPr>
        <w:spacing w:line="360" w:lineRule="auto"/>
        <w:rPr>
          <w:rFonts w:ascii="Times New Roman" w:eastAsia="Times New Roman" w:hAnsi="Times New Roman" w:cs="Times New Roman"/>
          <w:sz w:val="24"/>
          <w:szCs w:val="24"/>
        </w:rPr>
      </w:pPr>
    </w:p>
    <w:p w14:paraId="0032A62B" w14:textId="77777777" w:rsidR="00FA7DAA" w:rsidRPr="009658F0" w:rsidRDefault="00FA7DAA" w:rsidP="006C1960">
      <w:pPr>
        <w:spacing w:line="360" w:lineRule="auto"/>
        <w:rPr>
          <w:rFonts w:ascii="Times New Roman" w:eastAsia="Times New Roman" w:hAnsi="Times New Roman" w:cs="Times New Roman"/>
          <w:sz w:val="24"/>
          <w:szCs w:val="24"/>
        </w:rPr>
      </w:pPr>
    </w:p>
    <w:p w14:paraId="2BB91B95" w14:textId="77777777" w:rsidR="00FA7DAA" w:rsidRPr="009658F0" w:rsidRDefault="00FA7DAA" w:rsidP="006C1960">
      <w:pPr>
        <w:spacing w:line="360" w:lineRule="auto"/>
        <w:rPr>
          <w:rFonts w:ascii="Times New Roman" w:eastAsia="Times New Roman" w:hAnsi="Times New Roman" w:cs="Times New Roman"/>
          <w:sz w:val="24"/>
          <w:szCs w:val="24"/>
        </w:rPr>
      </w:pPr>
    </w:p>
    <w:p w14:paraId="4CDC2217" w14:textId="77777777" w:rsidR="00FA7DAA" w:rsidRPr="009658F0" w:rsidRDefault="00FA7DAA" w:rsidP="006C1960">
      <w:pPr>
        <w:spacing w:line="360" w:lineRule="auto"/>
        <w:rPr>
          <w:rFonts w:ascii="Times New Roman" w:eastAsia="Times New Roman" w:hAnsi="Times New Roman" w:cs="Times New Roman"/>
          <w:sz w:val="24"/>
          <w:szCs w:val="24"/>
        </w:rPr>
      </w:pPr>
    </w:p>
    <w:p w14:paraId="19BC80DF" w14:textId="77777777" w:rsidR="00FA7DAA" w:rsidRPr="009658F0" w:rsidRDefault="00FA7DAA" w:rsidP="006C1960">
      <w:pPr>
        <w:spacing w:line="360" w:lineRule="auto"/>
        <w:rPr>
          <w:rFonts w:ascii="Times New Roman" w:eastAsia="Times New Roman" w:hAnsi="Times New Roman" w:cs="Times New Roman"/>
          <w:sz w:val="24"/>
          <w:szCs w:val="24"/>
        </w:rPr>
      </w:pPr>
    </w:p>
    <w:p w14:paraId="3267B7FF" w14:textId="77777777" w:rsidR="00FA7DAA" w:rsidRPr="009658F0" w:rsidRDefault="00FA7DAA" w:rsidP="006C1960">
      <w:pPr>
        <w:spacing w:line="360" w:lineRule="auto"/>
        <w:rPr>
          <w:rFonts w:ascii="Times New Roman" w:eastAsia="Times New Roman" w:hAnsi="Times New Roman" w:cs="Times New Roman"/>
          <w:sz w:val="24"/>
          <w:szCs w:val="24"/>
        </w:rPr>
      </w:pPr>
    </w:p>
    <w:p w14:paraId="3FFD1456" w14:textId="77777777" w:rsidR="00FA7DAA" w:rsidRPr="009658F0" w:rsidRDefault="00FA7DAA" w:rsidP="006C1960">
      <w:pPr>
        <w:spacing w:line="360" w:lineRule="auto"/>
        <w:rPr>
          <w:rFonts w:ascii="Times New Roman" w:eastAsia="Times New Roman" w:hAnsi="Times New Roman" w:cs="Times New Roman"/>
          <w:sz w:val="24"/>
          <w:szCs w:val="24"/>
        </w:rPr>
      </w:pPr>
    </w:p>
    <w:p w14:paraId="47A28C48" w14:textId="77777777" w:rsidR="00FA7DAA" w:rsidRPr="009658F0" w:rsidRDefault="00FA7DAA" w:rsidP="006C1960">
      <w:pPr>
        <w:spacing w:line="360" w:lineRule="auto"/>
        <w:rPr>
          <w:rFonts w:ascii="Times New Roman" w:eastAsia="Times New Roman" w:hAnsi="Times New Roman" w:cs="Times New Roman"/>
          <w:sz w:val="24"/>
          <w:szCs w:val="24"/>
        </w:rPr>
      </w:pPr>
    </w:p>
    <w:p w14:paraId="2ADA1595" w14:textId="54BBA05C" w:rsidR="00FA7DAA" w:rsidRPr="009658F0" w:rsidRDefault="00FA7DAA" w:rsidP="006C1960">
      <w:pPr>
        <w:tabs>
          <w:tab w:val="left" w:pos="2752"/>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r>
    </w:p>
    <w:p w14:paraId="3D03DD90" w14:textId="77777777" w:rsidR="00FA7DAA" w:rsidRPr="009658F0" w:rsidRDefault="00FA7DAA"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3159C723" w14:textId="77777777" w:rsidR="004A7544" w:rsidRPr="009658F0" w:rsidRDefault="004A7544" w:rsidP="006C1960">
      <w:pPr>
        <w:spacing w:line="360" w:lineRule="auto"/>
        <w:rPr>
          <w:rFonts w:ascii="Times New Roman" w:eastAsia="Times New Roman" w:hAnsi="Times New Roman" w:cs="Times New Roman"/>
          <w:sz w:val="24"/>
          <w:szCs w:val="24"/>
        </w:rPr>
      </w:pPr>
      <w:r w:rsidRPr="00661914">
        <w:rPr>
          <w:rFonts w:ascii="Times New Roman" w:eastAsia="Times New Roman" w:hAnsi="Times New Roman" w:cs="Times New Roman"/>
          <w:sz w:val="24"/>
          <w:szCs w:val="24"/>
          <w:highlight w:val="yellow"/>
        </w:rPr>
        <w:lastRenderedPageBreak/>
        <w:t>EDITH PAGE 52</w:t>
      </w:r>
    </w:p>
    <w:p w14:paraId="69B28538" w14:textId="3EAAB8EB" w:rsidR="004A7544" w:rsidRPr="009658F0" w:rsidRDefault="00DF67C9"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44256" behindDoc="0" locked="0" layoutInCell="1" allowOverlap="1" wp14:anchorId="3684E1CB" wp14:editId="187CEC0D">
                <wp:simplePos x="0" y="0"/>
                <wp:positionH relativeFrom="column">
                  <wp:posOffset>1737360</wp:posOffset>
                </wp:positionH>
                <wp:positionV relativeFrom="paragraph">
                  <wp:posOffset>2785745</wp:posOffset>
                </wp:positionV>
                <wp:extent cx="619760" cy="213360"/>
                <wp:effectExtent l="0" t="0" r="0" b="0"/>
                <wp:wrapSquare wrapText="bothSides"/>
                <wp:docPr id="16223576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 cy="213360"/>
                        </a:xfrm>
                        <a:prstGeom prst="rect">
                          <a:avLst/>
                        </a:prstGeom>
                        <a:noFill/>
                        <a:ln w="9525">
                          <a:noFill/>
                          <a:miter lim="800000"/>
                          <a:headEnd/>
                          <a:tailEnd/>
                        </a:ln>
                      </wps:spPr>
                      <wps:txbx>
                        <w:txbxContent>
                          <w:p w14:paraId="59B9E710" w14:textId="77777777" w:rsidR="00DF67C9" w:rsidRPr="00DF67C9" w:rsidRDefault="00DF67C9" w:rsidP="00DF67C9">
                            <w:pPr>
                              <w:rPr>
                                <w:sz w:val="16"/>
                                <w:szCs w:val="16"/>
                                <w:lang w:val="en-GB"/>
                              </w:rPr>
                            </w:pPr>
                            <w:r>
                              <w:rPr>
                                <w:sz w:val="16"/>
                                <w:szCs w:val="16"/>
                                <w:lang w:val="en-GB"/>
                              </w:rPr>
                              <w:t>Sfat Mt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84E1CB" id="_x0000_s1090" type="#_x0000_t202" style="position:absolute;margin-left:136.8pt;margin-top:219.35pt;width:48.8pt;height:16.8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" filled="f" stroked="f">
                <v:textbox>
                  <w:txbxContent>
                    <w:p w14:paraId="59B9E710" w14:textId="77777777" w:rsidR="00DF67C9" w:rsidRPr="00DF67C9" w:rsidRDefault="00DF67C9" w:rsidP="00DF67C9">
                      <w:pPr>
                        <w:rPr>
                          <w:sz w:val="16"/>
                          <w:szCs w:val="16"/>
                          <w:lang w:val="en-GB"/>
                        </w:rPr>
                      </w:pPr>
                      <w:proofErr w:type="spellStart"/>
                      <w:r>
                        <w:rPr>
                          <w:sz w:val="16"/>
                          <w:szCs w:val="16"/>
                          <w:lang w:val="en-GB"/>
                        </w:rPr>
                        <w:t>Sfat</w:t>
                      </w:r>
                      <w:proofErr w:type="spellEnd"/>
                      <w:r>
                        <w:rPr>
                          <w:sz w:val="16"/>
                          <w:szCs w:val="16"/>
                          <w:lang w:val="en-GB"/>
                        </w:rPr>
                        <w:t xml:space="preserve"> Mt</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42208" behindDoc="0" locked="0" layoutInCell="1" allowOverlap="1" wp14:anchorId="2DF37B0C" wp14:editId="68E09A0D">
                <wp:simplePos x="0" y="0"/>
                <wp:positionH relativeFrom="column">
                  <wp:posOffset>1996440</wp:posOffset>
                </wp:positionH>
                <wp:positionV relativeFrom="paragraph">
                  <wp:posOffset>1155065</wp:posOffset>
                </wp:positionV>
                <wp:extent cx="619760" cy="213360"/>
                <wp:effectExtent l="0" t="0" r="0" b="0"/>
                <wp:wrapSquare wrapText="bothSides"/>
                <wp:docPr id="1066813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 cy="213360"/>
                        </a:xfrm>
                        <a:prstGeom prst="rect">
                          <a:avLst/>
                        </a:prstGeom>
                        <a:noFill/>
                        <a:ln w="9525">
                          <a:noFill/>
                          <a:miter lim="800000"/>
                          <a:headEnd/>
                          <a:tailEnd/>
                        </a:ln>
                      </wps:spPr>
                      <wps:txbx>
                        <w:txbxContent>
                          <w:p w14:paraId="624C5CA4" w14:textId="539F339B" w:rsidR="00DF67C9" w:rsidRPr="00DF67C9" w:rsidRDefault="00DF67C9" w:rsidP="00DF67C9">
                            <w:pPr>
                              <w:rPr>
                                <w:sz w:val="16"/>
                                <w:szCs w:val="16"/>
                                <w:lang w:val="en-GB"/>
                              </w:rPr>
                            </w:pPr>
                            <w:r>
                              <w:rPr>
                                <w:sz w:val="16"/>
                                <w:szCs w:val="16"/>
                                <w:lang w:val="en-GB"/>
                              </w:rPr>
                              <w:t>F.S.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37B0C" id="_x0000_s1091" type="#_x0000_t202" style="position:absolute;margin-left:157.2pt;margin-top:90.95pt;width:48.8pt;height:16.8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" filled="f" stroked="f">
                <v:textbox>
                  <w:txbxContent>
                    <w:p w14:paraId="624C5CA4" w14:textId="539F339B" w:rsidR="00DF67C9" w:rsidRPr="00DF67C9" w:rsidRDefault="00DF67C9" w:rsidP="00DF67C9">
                      <w:pPr>
                        <w:rPr>
                          <w:sz w:val="16"/>
                          <w:szCs w:val="16"/>
                          <w:lang w:val="en-GB"/>
                        </w:rPr>
                      </w:pPr>
                      <w:r>
                        <w:rPr>
                          <w:sz w:val="16"/>
                          <w:szCs w:val="16"/>
                          <w:lang w:val="en-GB"/>
                        </w:rPr>
                        <w:t>F.S. (4)</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40160" behindDoc="0" locked="0" layoutInCell="1" allowOverlap="1" wp14:anchorId="2C1FDB20" wp14:editId="77F3C017">
                <wp:simplePos x="0" y="0"/>
                <wp:positionH relativeFrom="column">
                  <wp:posOffset>1584960</wp:posOffset>
                </wp:positionH>
                <wp:positionV relativeFrom="paragraph">
                  <wp:posOffset>88265</wp:posOffset>
                </wp:positionV>
                <wp:extent cx="619760" cy="213360"/>
                <wp:effectExtent l="0" t="0" r="0" b="0"/>
                <wp:wrapSquare wrapText="bothSides"/>
                <wp:docPr id="838135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 cy="213360"/>
                        </a:xfrm>
                        <a:prstGeom prst="rect">
                          <a:avLst/>
                        </a:prstGeom>
                        <a:noFill/>
                        <a:ln w="9525">
                          <a:noFill/>
                          <a:miter lim="800000"/>
                          <a:headEnd/>
                          <a:tailEnd/>
                        </a:ln>
                      </wps:spPr>
                      <wps:txbx>
                        <w:txbxContent>
                          <w:p w14:paraId="2855D25F" w14:textId="41867A28" w:rsidR="00DF67C9" w:rsidRPr="00DF67C9" w:rsidRDefault="00DF67C9">
                            <w:pPr>
                              <w:rPr>
                                <w:sz w:val="16"/>
                                <w:szCs w:val="16"/>
                                <w:lang w:val="en-GB"/>
                              </w:rPr>
                            </w:pPr>
                            <w:r>
                              <w:rPr>
                                <w:sz w:val="16"/>
                                <w:szCs w:val="16"/>
                                <w:lang w:val="en-GB"/>
                              </w:rPr>
                              <w:t>Sfat Mt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FDB20" id="_x0000_s1092" type="#_x0000_t202" style="position:absolute;margin-left:124.8pt;margin-top:6.95pt;width:48.8pt;height:16.8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" filled="f" stroked="f">
                <v:textbox>
                  <w:txbxContent>
                    <w:p w14:paraId="2855D25F" w14:textId="41867A28" w:rsidR="00DF67C9" w:rsidRPr="00DF67C9" w:rsidRDefault="00DF67C9">
                      <w:pPr>
                        <w:rPr>
                          <w:sz w:val="16"/>
                          <w:szCs w:val="16"/>
                          <w:lang w:val="en-GB"/>
                        </w:rPr>
                      </w:pPr>
                      <w:proofErr w:type="spellStart"/>
                      <w:r>
                        <w:rPr>
                          <w:sz w:val="16"/>
                          <w:szCs w:val="16"/>
                          <w:lang w:val="en-GB"/>
                        </w:rPr>
                        <w:t>Sfat</w:t>
                      </w:r>
                      <w:proofErr w:type="spellEnd"/>
                      <w:r>
                        <w:rPr>
                          <w:sz w:val="16"/>
                          <w:szCs w:val="16"/>
                          <w:lang w:val="en-GB"/>
                        </w:rPr>
                        <w:t xml:space="preserve"> Mt</w:t>
                      </w:r>
                    </w:p>
                  </w:txbxContent>
                </v:textbox>
                <w10:wrap type="square"/>
              </v:shape>
            </w:pict>
          </mc:Fallback>
        </mc:AlternateContent>
      </w:r>
      <w:r w:rsidR="004A7544" w:rsidRPr="009658F0">
        <w:rPr>
          <w:rFonts w:ascii="Times New Roman" w:eastAsia="Times New Roman" w:hAnsi="Times New Roman" w:cs="Times New Roman"/>
          <w:noProof/>
          <w:sz w:val="24"/>
          <w:szCs w:val="24"/>
        </w:rPr>
        <w:drawing>
          <wp:anchor distT="0" distB="0" distL="114300" distR="114300" simplePos="0" relativeHeight="251738112" behindDoc="1" locked="0" layoutInCell="1" allowOverlap="1" wp14:anchorId="38415B59" wp14:editId="53E66116">
            <wp:simplePos x="0" y="0"/>
            <wp:positionH relativeFrom="column">
              <wp:posOffset>0</wp:posOffset>
            </wp:positionH>
            <wp:positionV relativeFrom="page">
              <wp:posOffset>1244600</wp:posOffset>
            </wp:positionV>
            <wp:extent cx="3444240" cy="5471160"/>
            <wp:effectExtent l="0" t="0" r="3810" b="0"/>
            <wp:wrapNone/>
            <wp:docPr id="17930130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013028" name="Picture 1793013028"/>
                    <pic:cNvPicPr/>
                  </pic:nvPicPr>
                  <pic:blipFill>
                    <a:blip r:embed="rId20"/>
                    <a:stretch>
                      <a:fillRect/>
                    </a:stretch>
                  </pic:blipFill>
                  <pic:spPr>
                    <a:xfrm>
                      <a:off x="0" y="0"/>
                      <a:ext cx="3444240" cy="5471160"/>
                    </a:xfrm>
                    <a:prstGeom prst="rect">
                      <a:avLst/>
                    </a:prstGeom>
                  </pic:spPr>
                </pic:pic>
              </a:graphicData>
            </a:graphic>
          </wp:anchor>
        </w:drawing>
      </w:r>
      <w:r w:rsidR="004A7544" w:rsidRPr="009658F0">
        <w:rPr>
          <w:rFonts w:ascii="Times New Roman" w:eastAsia="Times New Roman" w:hAnsi="Times New Roman" w:cs="Times New Roman"/>
          <w:sz w:val="24"/>
          <w:szCs w:val="24"/>
        </w:rPr>
        <w:br w:type="page"/>
      </w:r>
    </w:p>
    <w:p w14:paraId="5AD5BCDF" w14:textId="2AB2BDF9" w:rsidR="00FA7DAA" w:rsidRPr="009658F0" w:rsidRDefault="00FA7DAA" w:rsidP="006C1960">
      <w:pPr>
        <w:tabs>
          <w:tab w:val="left" w:pos="2752"/>
        </w:tabs>
        <w:spacing w:line="360" w:lineRule="auto"/>
        <w:rPr>
          <w:rFonts w:ascii="Times New Roman" w:eastAsia="Times New Roman" w:hAnsi="Times New Roman" w:cs="Times New Roman"/>
          <w:sz w:val="24"/>
          <w:szCs w:val="24"/>
        </w:rPr>
      </w:pPr>
      <w:r w:rsidRPr="00661914">
        <w:rPr>
          <w:rFonts w:ascii="Times New Roman" w:eastAsia="Times New Roman" w:hAnsi="Times New Roman" w:cs="Times New Roman"/>
          <w:sz w:val="24"/>
          <w:szCs w:val="24"/>
          <w:highlight w:val="yellow"/>
        </w:rPr>
        <w:lastRenderedPageBreak/>
        <w:t>EDITH PAGE 5</w:t>
      </w:r>
      <w:r w:rsidR="004A7544" w:rsidRPr="00661914">
        <w:rPr>
          <w:rFonts w:ascii="Times New Roman" w:eastAsia="Times New Roman" w:hAnsi="Times New Roman" w:cs="Times New Roman"/>
          <w:sz w:val="24"/>
          <w:szCs w:val="24"/>
          <w:highlight w:val="yellow"/>
        </w:rPr>
        <w:t>3</w:t>
      </w:r>
    </w:p>
    <w:p w14:paraId="3FA1BEDE" w14:textId="4B7A3792" w:rsidR="00FA7DAA" w:rsidRPr="009658F0" w:rsidRDefault="006B558C" w:rsidP="006C1960">
      <w:pPr>
        <w:tabs>
          <w:tab w:val="left" w:pos="2752"/>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10816" behindDoc="0" locked="0" layoutInCell="1" allowOverlap="1" wp14:anchorId="464B3C9C" wp14:editId="4B5FA001">
                <wp:simplePos x="0" y="0"/>
                <wp:positionH relativeFrom="column">
                  <wp:posOffset>2839720</wp:posOffset>
                </wp:positionH>
                <wp:positionV relativeFrom="paragraph">
                  <wp:posOffset>253365</wp:posOffset>
                </wp:positionV>
                <wp:extent cx="762000" cy="290830"/>
                <wp:effectExtent l="0" t="0" r="0" b="0"/>
                <wp:wrapNone/>
                <wp:docPr id="10396270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0830"/>
                        </a:xfrm>
                        <a:prstGeom prst="rect">
                          <a:avLst/>
                        </a:prstGeom>
                        <a:noFill/>
                        <a:ln w="9525">
                          <a:noFill/>
                          <a:miter lim="800000"/>
                          <a:headEnd/>
                          <a:tailEnd/>
                        </a:ln>
                      </wps:spPr>
                      <wps:txbx>
                        <w:txbxContent>
                          <w:p w14:paraId="7CC52B8F" w14:textId="77777777" w:rsidR="006B558C" w:rsidRPr="006B558C" w:rsidRDefault="006B558C" w:rsidP="006B558C">
                            <w:pPr>
                              <w:rPr>
                                <w:lang w:val="en-GB"/>
                              </w:rPr>
                            </w:pPr>
                            <w:r>
                              <w:rPr>
                                <w:lang w:val="en-GB"/>
                              </w:rPr>
                              <w:t>Tents</w:t>
                            </w:r>
                            <w:r w:rsidRPr="006B558C">
                              <w:rPr>
                                <w:noProof/>
                                <w:lang w:val="en-GB"/>
                              </w:rPr>
                              <w:drawing>
                                <wp:inline distT="0" distB="0" distL="0" distR="0" wp14:anchorId="2CE70067" wp14:editId="35073C4C">
                                  <wp:extent cx="499110" cy="190500"/>
                                  <wp:effectExtent l="0" t="0" r="0" b="0"/>
                                  <wp:docPr id="86396448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B3C9C" id="_x0000_s1093" type="#_x0000_t202" style="position:absolute;margin-left:223.6pt;margin-top:19.95pt;width:60pt;height:22.9pt;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" filled="f" stroked="f">
                <v:textbox>
                  <w:txbxContent>
                    <w:p w14:paraId="7CC52B8F" w14:textId="77777777" w:rsidR="006B558C" w:rsidRPr="006B558C" w:rsidRDefault="006B558C" w:rsidP="006B558C">
                      <w:pPr>
                        <w:rPr>
                          <w:lang w:val="en-GB"/>
                        </w:rPr>
                      </w:pPr>
                      <w:r>
                        <w:rPr>
                          <w:lang w:val="en-GB"/>
                        </w:rPr>
                        <w:t>Tents</w:t>
                      </w:r>
                      <w:r w:rsidRPr="006B558C">
                        <w:rPr>
                          <w:noProof/>
                          <w:lang w:val="en-GB"/>
                        </w:rPr>
                        <w:drawing>
                          <wp:inline distT="0" distB="0" distL="0" distR="0" wp14:anchorId="2CE70067" wp14:editId="35073C4C">
                            <wp:extent cx="499110" cy="190500"/>
                            <wp:effectExtent l="0" t="0" r="0" b="0"/>
                            <wp:docPr id="86396448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v:textbox>
              </v:shape>
            </w:pict>
          </mc:Fallback>
        </mc:AlternateContent>
      </w:r>
      <w:r w:rsidR="004D4CC3" w:rsidRPr="009658F0">
        <w:rPr>
          <w:rFonts w:ascii="Times New Roman" w:eastAsia="Times New Roman" w:hAnsi="Times New Roman" w:cs="Times New Roman"/>
          <w:noProof/>
          <w:sz w:val="24"/>
          <w:szCs w:val="24"/>
        </w:rPr>
        <w:drawing>
          <wp:anchor distT="0" distB="0" distL="114300" distR="114300" simplePos="0" relativeHeight="251737088" behindDoc="1" locked="0" layoutInCell="1" allowOverlap="1" wp14:anchorId="48740032" wp14:editId="6A0023B9">
            <wp:simplePos x="0" y="0"/>
            <wp:positionH relativeFrom="column">
              <wp:posOffset>0</wp:posOffset>
            </wp:positionH>
            <wp:positionV relativeFrom="page">
              <wp:posOffset>1246909</wp:posOffset>
            </wp:positionV>
            <wp:extent cx="5444836" cy="7557205"/>
            <wp:effectExtent l="0" t="0" r="3810" b="5715"/>
            <wp:wrapNone/>
            <wp:docPr id="193806526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65261" name="Picture 1938065261"/>
                    <pic:cNvPicPr/>
                  </pic:nvPicPr>
                  <pic:blipFill>
                    <a:blip r:embed="rId23"/>
                    <a:stretch>
                      <a:fillRect/>
                    </a:stretch>
                  </pic:blipFill>
                  <pic:spPr>
                    <a:xfrm>
                      <a:off x="0" y="0"/>
                      <a:ext cx="5444836" cy="7557205"/>
                    </a:xfrm>
                    <a:prstGeom prst="rect">
                      <a:avLst/>
                    </a:prstGeom>
                  </pic:spPr>
                </pic:pic>
              </a:graphicData>
            </a:graphic>
            <wp14:sizeRelH relativeFrom="margin">
              <wp14:pctWidth>0</wp14:pctWidth>
            </wp14:sizeRelH>
            <wp14:sizeRelV relativeFrom="margin">
              <wp14:pctHeight>0</wp14:pctHeight>
            </wp14:sizeRelV>
          </wp:anchor>
        </w:drawing>
      </w:r>
    </w:p>
    <w:p w14:paraId="73941CA3" w14:textId="65358088" w:rsidR="003C2682" w:rsidRPr="009658F0" w:rsidRDefault="006B558C"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06720" behindDoc="0" locked="0" layoutInCell="1" allowOverlap="1" wp14:anchorId="08A2E177" wp14:editId="5F1DE702">
                <wp:simplePos x="0" y="0"/>
                <wp:positionH relativeFrom="column">
                  <wp:posOffset>976457</wp:posOffset>
                </wp:positionH>
                <wp:positionV relativeFrom="paragraph">
                  <wp:posOffset>263468</wp:posOffset>
                </wp:positionV>
                <wp:extent cx="762000" cy="290830"/>
                <wp:effectExtent l="0" t="0" r="0" b="0"/>
                <wp:wrapSquare wrapText="bothSides"/>
                <wp:docPr id="702006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0830"/>
                        </a:xfrm>
                        <a:prstGeom prst="rect">
                          <a:avLst/>
                        </a:prstGeom>
                        <a:noFill/>
                        <a:ln w="9525">
                          <a:noFill/>
                          <a:miter lim="800000"/>
                          <a:headEnd/>
                          <a:tailEnd/>
                        </a:ln>
                      </wps:spPr>
                      <wps:txbx>
                        <w:txbxContent>
                          <w:p w14:paraId="5B7901E4" w14:textId="1A40749E" w:rsidR="006B558C" w:rsidRPr="006B558C" w:rsidRDefault="006B558C">
                            <w:pPr>
                              <w:rPr>
                                <w:lang w:val="en-GB"/>
                              </w:rPr>
                            </w:pPr>
                            <w:r>
                              <w:rPr>
                                <w:lang w:val="en-GB"/>
                              </w:rPr>
                              <w:t>Tents</w:t>
                            </w:r>
                            <w:r w:rsidRPr="006B558C">
                              <w:rPr>
                                <w:noProof/>
                                <w:lang w:val="en-GB"/>
                              </w:rPr>
                              <w:drawing>
                                <wp:inline distT="0" distB="0" distL="0" distR="0" wp14:anchorId="0C97965C" wp14:editId="06E85639">
                                  <wp:extent cx="499110" cy="190500"/>
                                  <wp:effectExtent l="0" t="0" r="0" b="0"/>
                                  <wp:docPr id="87972084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2E177" id="_x0000_s1094" type="#_x0000_t202" style="position:absolute;margin-left:76.9pt;margin-top:20.75pt;width:60pt;height:22.9pt;z-index:25180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" filled="f" stroked="f">
                <v:textbox>
                  <w:txbxContent>
                    <w:p w14:paraId="5B7901E4" w14:textId="1A40749E" w:rsidR="006B558C" w:rsidRPr="006B558C" w:rsidRDefault="006B558C">
                      <w:pPr>
                        <w:rPr>
                          <w:lang w:val="en-GB"/>
                        </w:rPr>
                      </w:pPr>
                      <w:r>
                        <w:rPr>
                          <w:lang w:val="en-GB"/>
                        </w:rPr>
                        <w:t>Tents</w:t>
                      </w:r>
                      <w:r w:rsidRPr="006B558C">
                        <w:rPr>
                          <w:noProof/>
                          <w:lang w:val="en-GB"/>
                        </w:rPr>
                        <w:drawing>
                          <wp:inline distT="0" distB="0" distL="0" distR="0" wp14:anchorId="0C97965C" wp14:editId="06E85639">
                            <wp:extent cx="499110" cy="190500"/>
                            <wp:effectExtent l="0" t="0" r="0" b="0"/>
                            <wp:docPr id="87972084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v:textbox>
                <w10:wrap type="square"/>
              </v:shape>
            </w:pict>
          </mc:Fallback>
        </mc:AlternateContent>
      </w:r>
    </w:p>
    <w:p w14:paraId="37D8D2E6" w14:textId="2EE9A0E0" w:rsidR="003C2682" w:rsidRPr="009658F0" w:rsidRDefault="006B558C"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23104" behindDoc="0" locked="0" layoutInCell="1" allowOverlap="1" wp14:anchorId="609ECF02" wp14:editId="783D6F1F">
                <wp:simplePos x="0" y="0"/>
                <wp:positionH relativeFrom="column">
                  <wp:posOffset>4779703</wp:posOffset>
                </wp:positionH>
                <wp:positionV relativeFrom="paragraph">
                  <wp:posOffset>226753</wp:posOffset>
                </wp:positionV>
                <wp:extent cx="824346" cy="630382"/>
                <wp:effectExtent l="0" t="0" r="0" b="0"/>
                <wp:wrapNone/>
                <wp:docPr id="1320515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4346" cy="630382"/>
                        </a:xfrm>
                        <a:prstGeom prst="rect">
                          <a:avLst/>
                        </a:prstGeom>
                        <a:noFill/>
                        <a:ln w="9525">
                          <a:noFill/>
                          <a:miter lim="800000"/>
                          <a:headEnd/>
                          <a:tailEnd/>
                        </a:ln>
                      </wps:spPr>
                      <wps:txbx>
                        <w:txbxContent>
                          <w:p w14:paraId="181D64C4" w14:textId="5F0BD8A0" w:rsidR="006B558C" w:rsidRPr="00AA2557" w:rsidRDefault="006B558C" w:rsidP="006B558C">
                            <w:pPr>
                              <w:rPr>
                                <w:sz w:val="18"/>
                                <w:szCs w:val="18"/>
                                <w:lang w:val="en-GB"/>
                              </w:rPr>
                            </w:pPr>
                            <w:r w:rsidRPr="00AA2557">
                              <w:rPr>
                                <w:noProof/>
                                <w:sz w:val="18"/>
                                <w:szCs w:val="18"/>
                                <w:lang w:val="en-GB"/>
                              </w:rPr>
                              <w:t xml:space="preserve">Abbatoir Slaughter </w:t>
                            </w:r>
                            <w:r w:rsidR="00AA2557" w:rsidRPr="00AA2557">
                              <w:rPr>
                                <w:noProof/>
                                <w:sz w:val="18"/>
                                <w:szCs w:val="18"/>
                                <w:lang w:val="en-GB"/>
                              </w:rPr>
                              <w:t>yard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ECF02" id="_x0000_s1095" type="#_x0000_t202" style="position:absolute;margin-left:376.35pt;margin-top:17.85pt;width:64.9pt;height:49.65pt;z-index:25182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gD6/AEAANQ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" filled="f" stroked="f">
                <v:textbox>
                  <w:txbxContent>
                    <w:p w14:paraId="181D64C4" w14:textId="5F0BD8A0" w:rsidR="006B558C" w:rsidRPr="00AA2557" w:rsidRDefault="006B558C" w:rsidP="006B558C">
                      <w:pPr>
                        <w:rPr>
                          <w:sz w:val="18"/>
                          <w:szCs w:val="18"/>
                          <w:lang w:val="en-GB"/>
                        </w:rPr>
                      </w:pPr>
                      <w:r w:rsidRPr="00AA2557">
                        <w:rPr>
                          <w:noProof/>
                          <w:sz w:val="18"/>
                          <w:szCs w:val="18"/>
                          <w:lang w:val="en-GB"/>
                        </w:rPr>
                        <w:t xml:space="preserve">Abbatoir Slaughter </w:t>
                      </w:r>
                      <w:r w:rsidR="00AA2557" w:rsidRPr="00AA2557">
                        <w:rPr>
                          <w:noProof/>
                          <w:sz w:val="18"/>
                          <w:szCs w:val="18"/>
                          <w:lang w:val="en-GB"/>
                        </w:rPr>
                        <w:t>yard</w:t>
                      </w:r>
                    </w:p>
                  </w:txbxContent>
                </v:textbox>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12864" behindDoc="0" locked="0" layoutInCell="1" allowOverlap="1" wp14:anchorId="1A2A60DA" wp14:editId="18A8F608">
                <wp:simplePos x="0" y="0"/>
                <wp:positionH relativeFrom="column">
                  <wp:posOffset>2770447</wp:posOffset>
                </wp:positionH>
                <wp:positionV relativeFrom="paragraph">
                  <wp:posOffset>226406</wp:posOffset>
                </wp:positionV>
                <wp:extent cx="762000" cy="290830"/>
                <wp:effectExtent l="0" t="0" r="0" b="0"/>
                <wp:wrapSquare wrapText="bothSides"/>
                <wp:docPr id="1538660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0830"/>
                        </a:xfrm>
                        <a:prstGeom prst="rect">
                          <a:avLst/>
                        </a:prstGeom>
                        <a:noFill/>
                        <a:ln w="9525">
                          <a:noFill/>
                          <a:miter lim="800000"/>
                          <a:headEnd/>
                          <a:tailEnd/>
                        </a:ln>
                      </wps:spPr>
                      <wps:txbx>
                        <w:txbxContent>
                          <w:p w14:paraId="7C02A102" w14:textId="77777777" w:rsidR="006B558C" w:rsidRPr="006B558C" w:rsidRDefault="006B558C" w:rsidP="006B558C">
                            <w:pPr>
                              <w:rPr>
                                <w:lang w:val="en-GB"/>
                              </w:rPr>
                            </w:pPr>
                            <w:r>
                              <w:rPr>
                                <w:lang w:val="en-GB"/>
                              </w:rPr>
                              <w:t>Tents</w:t>
                            </w:r>
                            <w:r w:rsidRPr="006B558C">
                              <w:rPr>
                                <w:noProof/>
                                <w:lang w:val="en-GB"/>
                              </w:rPr>
                              <w:drawing>
                                <wp:inline distT="0" distB="0" distL="0" distR="0" wp14:anchorId="566E3EE1" wp14:editId="5E6F20A4">
                                  <wp:extent cx="499110" cy="190500"/>
                                  <wp:effectExtent l="0" t="0" r="0" b="0"/>
                                  <wp:docPr id="18075160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2A60DA" id="_x0000_s1096" type="#_x0000_t202" style="position:absolute;margin-left:218.15pt;margin-top:17.85pt;width:60pt;height:22.9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" filled="f" stroked="f">
                <v:textbox>
                  <w:txbxContent>
                    <w:p w14:paraId="7C02A102" w14:textId="77777777" w:rsidR="006B558C" w:rsidRPr="006B558C" w:rsidRDefault="006B558C" w:rsidP="006B558C">
                      <w:pPr>
                        <w:rPr>
                          <w:lang w:val="en-GB"/>
                        </w:rPr>
                      </w:pPr>
                      <w:r>
                        <w:rPr>
                          <w:lang w:val="en-GB"/>
                        </w:rPr>
                        <w:t>Tents</w:t>
                      </w:r>
                      <w:r w:rsidRPr="006B558C">
                        <w:rPr>
                          <w:noProof/>
                          <w:lang w:val="en-GB"/>
                        </w:rPr>
                        <w:drawing>
                          <wp:inline distT="0" distB="0" distL="0" distR="0" wp14:anchorId="566E3EE1" wp14:editId="5E6F20A4">
                            <wp:extent cx="499110" cy="190500"/>
                            <wp:effectExtent l="0" t="0" r="0" b="0"/>
                            <wp:docPr id="18075160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v:textbox>
                <w10:wrap type="square"/>
              </v:shape>
            </w:pict>
          </mc:Fallback>
        </mc:AlternateContent>
      </w:r>
    </w:p>
    <w:p w14:paraId="18DECE42" w14:textId="0FB4DEF8" w:rsidR="003C2682" w:rsidRPr="009658F0" w:rsidRDefault="003C2682" w:rsidP="006C1960">
      <w:pPr>
        <w:spacing w:line="360" w:lineRule="auto"/>
        <w:rPr>
          <w:rFonts w:ascii="Times New Roman" w:eastAsia="Times New Roman" w:hAnsi="Times New Roman" w:cs="Times New Roman"/>
          <w:sz w:val="24"/>
          <w:szCs w:val="24"/>
        </w:rPr>
      </w:pPr>
    </w:p>
    <w:p w14:paraId="03165493" w14:textId="26AE903A" w:rsidR="003C2682" w:rsidRPr="009658F0" w:rsidRDefault="006B558C"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14912" behindDoc="0" locked="0" layoutInCell="1" allowOverlap="1" wp14:anchorId="16A76D62" wp14:editId="690871BE">
                <wp:simplePos x="0" y="0"/>
                <wp:positionH relativeFrom="column">
                  <wp:posOffset>4079760</wp:posOffset>
                </wp:positionH>
                <wp:positionV relativeFrom="paragraph">
                  <wp:posOffset>147897</wp:posOffset>
                </wp:positionV>
                <wp:extent cx="762000" cy="290830"/>
                <wp:effectExtent l="0" t="0" r="0" b="0"/>
                <wp:wrapSquare wrapText="bothSides"/>
                <wp:docPr id="14987537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0830"/>
                        </a:xfrm>
                        <a:prstGeom prst="rect">
                          <a:avLst/>
                        </a:prstGeom>
                        <a:noFill/>
                        <a:ln w="9525">
                          <a:noFill/>
                          <a:miter lim="800000"/>
                          <a:headEnd/>
                          <a:tailEnd/>
                        </a:ln>
                      </wps:spPr>
                      <wps:txbx>
                        <w:txbxContent>
                          <w:p w14:paraId="1514218E" w14:textId="77777777" w:rsidR="006B558C" w:rsidRPr="006B558C" w:rsidRDefault="006B558C" w:rsidP="006B558C">
                            <w:pPr>
                              <w:rPr>
                                <w:lang w:val="en-GB"/>
                              </w:rPr>
                            </w:pPr>
                            <w:r>
                              <w:rPr>
                                <w:lang w:val="en-GB"/>
                              </w:rPr>
                              <w:t>Tents</w:t>
                            </w:r>
                            <w:r w:rsidRPr="006B558C">
                              <w:rPr>
                                <w:noProof/>
                                <w:lang w:val="en-GB"/>
                              </w:rPr>
                              <w:drawing>
                                <wp:inline distT="0" distB="0" distL="0" distR="0" wp14:anchorId="0CA5CF07" wp14:editId="5003F3FE">
                                  <wp:extent cx="499110" cy="190500"/>
                                  <wp:effectExtent l="0" t="0" r="0" b="0"/>
                                  <wp:docPr id="20124856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76D62" id="_x0000_s1097" type="#_x0000_t202" style="position:absolute;margin-left:321.25pt;margin-top:11.65pt;width:60pt;height:22.9pt;z-index:251814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" filled="f" stroked="f">
                <v:textbox>
                  <w:txbxContent>
                    <w:p w14:paraId="1514218E" w14:textId="77777777" w:rsidR="006B558C" w:rsidRPr="006B558C" w:rsidRDefault="006B558C" w:rsidP="006B558C">
                      <w:pPr>
                        <w:rPr>
                          <w:lang w:val="en-GB"/>
                        </w:rPr>
                      </w:pPr>
                      <w:r>
                        <w:rPr>
                          <w:lang w:val="en-GB"/>
                        </w:rPr>
                        <w:t>Tents</w:t>
                      </w:r>
                      <w:r w:rsidRPr="006B558C">
                        <w:rPr>
                          <w:noProof/>
                          <w:lang w:val="en-GB"/>
                        </w:rPr>
                        <w:drawing>
                          <wp:inline distT="0" distB="0" distL="0" distR="0" wp14:anchorId="0CA5CF07" wp14:editId="5003F3FE">
                            <wp:extent cx="499110" cy="190500"/>
                            <wp:effectExtent l="0" t="0" r="0" b="0"/>
                            <wp:docPr id="20124856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08768" behindDoc="0" locked="0" layoutInCell="1" allowOverlap="1" wp14:anchorId="0A495A7D" wp14:editId="096550DF">
                <wp:simplePos x="0" y="0"/>
                <wp:positionH relativeFrom="column">
                  <wp:posOffset>588703</wp:posOffset>
                </wp:positionH>
                <wp:positionV relativeFrom="paragraph">
                  <wp:posOffset>268605</wp:posOffset>
                </wp:positionV>
                <wp:extent cx="762000" cy="290830"/>
                <wp:effectExtent l="0" t="0" r="0" b="0"/>
                <wp:wrapSquare wrapText="bothSides"/>
                <wp:docPr id="20499019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0830"/>
                        </a:xfrm>
                        <a:prstGeom prst="rect">
                          <a:avLst/>
                        </a:prstGeom>
                        <a:noFill/>
                        <a:ln w="9525">
                          <a:noFill/>
                          <a:miter lim="800000"/>
                          <a:headEnd/>
                          <a:tailEnd/>
                        </a:ln>
                      </wps:spPr>
                      <wps:txbx>
                        <w:txbxContent>
                          <w:p w14:paraId="3A2E47D4" w14:textId="77777777" w:rsidR="006B558C" w:rsidRPr="006B558C" w:rsidRDefault="006B558C" w:rsidP="006B558C">
                            <w:pPr>
                              <w:rPr>
                                <w:lang w:val="en-GB"/>
                              </w:rPr>
                            </w:pPr>
                            <w:r>
                              <w:rPr>
                                <w:lang w:val="en-GB"/>
                              </w:rPr>
                              <w:t>Tents</w:t>
                            </w:r>
                            <w:r w:rsidRPr="006B558C">
                              <w:rPr>
                                <w:noProof/>
                                <w:lang w:val="en-GB"/>
                              </w:rPr>
                              <w:drawing>
                                <wp:inline distT="0" distB="0" distL="0" distR="0" wp14:anchorId="6BF6A3F6" wp14:editId="6FFCFF36">
                                  <wp:extent cx="499110" cy="190500"/>
                                  <wp:effectExtent l="0" t="0" r="0" b="0"/>
                                  <wp:docPr id="68486607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495A7D" id="_x0000_s1098" type="#_x0000_t202" style="position:absolute;margin-left:46.35pt;margin-top:21.15pt;width:60pt;height:22.9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" filled="f" stroked="f">
                <v:textbox>
                  <w:txbxContent>
                    <w:p w14:paraId="3A2E47D4" w14:textId="77777777" w:rsidR="006B558C" w:rsidRPr="006B558C" w:rsidRDefault="006B558C" w:rsidP="006B558C">
                      <w:pPr>
                        <w:rPr>
                          <w:lang w:val="en-GB"/>
                        </w:rPr>
                      </w:pPr>
                      <w:r>
                        <w:rPr>
                          <w:lang w:val="en-GB"/>
                        </w:rPr>
                        <w:t>Tents</w:t>
                      </w:r>
                      <w:r w:rsidRPr="006B558C">
                        <w:rPr>
                          <w:noProof/>
                          <w:lang w:val="en-GB"/>
                        </w:rPr>
                        <w:drawing>
                          <wp:inline distT="0" distB="0" distL="0" distR="0" wp14:anchorId="6BF6A3F6" wp14:editId="6FFCFF36">
                            <wp:extent cx="499110" cy="190500"/>
                            <wp:effectExtent l="0" t="0" r="0" b="0"/>
                            <wp:docPr id="68486607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v:textbox>
                <w10:wrap type="square"/>
              </v:shape>
            </w:pict>
          </mc:Fallback>
        </mc:AlternateContent>
      </w:r>
    </w:p>
    <w:p w14:paraId="357232B4" w14:textId="11DFD080" w:rsidR="003C2682" w:rsidRPr="009658F0" w:rsidRDefault="00AA2557"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84544" behindDoc="0" locked="0" layoutInCell="1" allowOverlap="1" wp14:anchorId="1F04CB76" wp14:editId="48F53E08">
                <wp:simplePos x="0" y="0"/>
                <wp:positionH relativeFrom="column">
                  <wp:posOffset>2602962</wp:posOffset>
                </wp:positionH>
                <wp:positionV relativeFrom="paragraph">
                  <wp:posOffset>15875</wp:posOffset>
                </wp:positionV>
                <wp:extent cx="762000" cy="290830"/>
                <wp:effectExtent l="0" t="0" r="0" b="0"/>
                <wp:wrapSquare wrapText="bothSides"/>
                <wp:docPr id="1537647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0830"/>
                        </a:xfrm>
                        <a:prstGeom prst="rect">
                          <a:avLst/>
                        </a:prstGeom>
                        <a:noFill/>
                        <a:ln w="9525">
                          <a:noFill/>
                          <a:miter lim="800000"/>
                          <a:headEnd/>
                          <a:tailEnd/>
                        </a:ln>
                      </wps:spPr>
                      <wps:txbx>
                        <w:txbxContent>
                          <w:p w14:paraId="1DD35F8A" w14:textId="5C8E47DD" w:rsidR="00AA2557" w:rsidRPr="006B558C" w:rsidRDefault="00AA2557" w:rsidP="00AA2557">
                            <w:pPr>
                              <w:rPr>
                                <w:lang w:val="en-GB"/>
                              </w:rPr>
                            </w:pPr>
                            <w:r>
                              <w:rPr>
                                <w:noProof/>
                                <w:lang w:val="en-GB"/>
                              </w:rPr>
                              <w:t>Shrine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04CB76" id="_x0000_s1099" type="#_x0000_t202" style="position:absolute;margin-left:204.95pt;margin-top:1.25pt;width:60pt;height:22.9pt;z-index:25188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" filled="f" stroked="f">
                <v:textbox>
                  <w:txbxContent>
                    <w:p w14:paraId="1DD35F8A" w14:textId="5C8E47DD" w:rsidR="00AA2557" w:rsidRPr="006B558C" w:rsidRDefault="00AA2557" w:rsidP="00AA2557">
                      <w:pPr>
                        <w:rPr>
                          <w:lang w:val="en-GB"/>
                        </w:rPr>
                      </w:pPr>
                      <w:r>
                        <w:rPr>
                          <w:noProof/>
                          <w:lang w:val="en-GB"/>
                        </w:rPr>
                        <w:t>Shrine</w:t>
                      </w:r>
                    </w:p>
                  </w:txbxContent>
                </v:textbox>
                <w10:wrap type="square"/>
              </v:shape>
            </w:pict>
          </mc:Fallback>
        </mc:AlternateContent>
      </w:r>
    </w:p>
    <w:p w14:paraId="73F3E74A" w14:textId="78DFE2A3" w:rsidR="003C2682" w:rsidRPr="009658F0" w:rsidRDefault="006B558C"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25152" behindDoc="0" locked="0" layoutInCell="1" allowOverlap="1" wp14:anchorId="6562B1C5" wp14:editId="319A0170">
                <wp:simplePos x="0" y="0"/>
                <wp:positionH relativeFrom="column">
                  <wp:posOffset>3677920</wp:posOffset>
                </wp:positionH>
                <wp:positionV relativeFrom="paragraph">
                  <wp:posOffset>248920</wp:posOffset>
                </wp:positionV>
                <wp:extent cx="997585" cy="290830"/>
                <wp:effectExtent l="0" t="0" r="0" b="0"/>
                <wp:wrapSquare wrapText="bothSides"/>
                <wp:docPr id="1980420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585" cy="290830"/>
                        </a:xfrm>
                        <a:prstGeom prst="rect">
                          <a:avLst/>
                        </a:prstGeom>
                        <a:noFill/>
                        <a:ln w="9525">
                          <a:noFill/>
                          <a:miter lim="800000"/>
                          <a:headEnd/>
                          <a:tailEnd/>
                        </a:ln>
                      </wps:spPr>
                      <wps:txbx>
                        <w:txbxContent>
                          <w:p w14:paraId="2F5E9304" w14:textId="1B4F5F87" w:rsidR="006B558C" w:rsidRPr="006B558C" w:rsidRDefault="006B558C" w:rsidP="006B558C">
                            <w:pPr>
                              <w:rPr>
                                <w:lang w:val="en-GB"/>
                              </w:rPr>
                            </w:pPr>
                            <w:r>
                              <w:rPr>
                                <w:lang w:val="en-GB"/>
                              </w:rPr>
                              <w:t>Synagogue</w:t>
                            </w:r>
                            <w:r w:rsidRPr="006B558C">
                              <w:rPr>
                                <w:noProof/>
                                <w:lang w:val="en-GB"/>
                              </w:rPr>
                              <w:drawing>
                                <wp:inline distT="0" distB="0" distL="0" distR="0" wp14:anchorId="1F76452E" wp14:editId="1748B6C0">
                                  <wp:extent cx="499110" cy="190500"/>
                                  <wp:effectExtent l="0" t="0" r="0" b="0"/>
                                  <wp:docPr id="8866406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62B1C5" id="_x0000_s1100" type="#_x0000_t202" style="position:absolute;margin-left:289.6pt;margin-top:19.6pt;width:78.55pt;height:22.9pt;z-index:25182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" filled="f" stroked="f">
                <v:textbox>
                  <w:txbxContent>
                    <w:p w14:paraId="2F5E9304" w14:textId="1B4F5F87" w:rsidR="006B558C" w:rsidRPr="006B558C" w:rsidRDefault="006B558C" w:rsidP="006B558C">
                      <w:pPr>
                        <w:rPr>
                          <w:lang w:val="en-GB"/>
                        </w:rPr>
                      </w:pPr>
                      <w:r>
                        <w:rPr>
                          <w:lang w:val="en-GB"/>
                        </w:rPr>
                        <w:t>Synagogue</w:t>
                      </w:r>
                      <w:r w:rsidRPr="006B558C">
                        <w:rPr>
                          <w:noProof/>
                          <w:lang w:val="en-GB"/>
                        </w:rPr>
                        <w:drawing>
                          <wp:inline distT="0" distB="0" distL="0" distR="0" wp14:anchorId="1F76452E" wp14:editId="1748B6C0">
                            <wp:extent cx="499110" cy="190500"/>
                            <wp:effectExtent l="0" t="0" r="0" b="0"/>
                            <wp:docPr id="8866406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v:textbox>
                <w10:wrap type="square"/>
              </v:shape>
            </w:pict>
          </mc:Fallback>
        </mc:AlternateContent>
      </w:r>
    </w:p>
    <w:p w14:paraId="7C8D88FE" w14:textId="1405FEB5" w:rsidR="003C2682" w:rsidRPr="009658F0" w:rsidRDefault="003C2682" w:rsidP="006C1960">
      <w:pPr>
        <w:spacing w:line="360" w:lineRule="auto"/>
        <w:rPr>
          <w:rFonts w:ascii="Times New Roman" w:eastAsia="Times New Roman" w:hAnsi="Times New Roman" w:cs="Times New Roman"/>
          <w:sz w:val="24"/>
          <w:szCs w:val="24"/>
        </w:rPr>
      </w:pPr>
    </w:p>
    <w:p w14:paraId="512676FB" w14:textId="4F38DAC1" w:rsidR="003C2682" w:rsidRPr="009658F0" w:rsidRDefault="006B558C"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16960" behindDoc="0" locked="0" layoutInCell="1" allowOverlap="1" wp14:anchorId="3470C82D" wp14:editId="6CA697CD">
                <wp:simplePos x="0" y="0"/>
                <wp:positionH relativeFrom="column">
                  <wp:posOffset>2008620</wp:posOffset>
                </wp:positionH>
                <wp:positionV relativeFrom="paragraph">
                  <wp:posOffset>98021</wp:posOffset>
                </wp:positionV>
                <wp:extent cx="762000" cy="290830"/>
                <wp:effectExtent l="0" t="0" r="0" b="0"/>
                <wp:wrapSquare wrapText="bothSides"/>
                <wp:docPr id="413258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0830"/>
                        </a:xfrm>
                        <a:prstGeom prst="rect">
                          <a:avLst/>
                        </a:prstGeom>
                        <a:noFill/>
                        <a:ln w="9525">
                          <a:noFill/>
                          <a:miter lim="800000"/>
                          <a:headEnd/>
                          <a:tailEnd/>
                        </a:ln>
                      </wps:spPr>
                      <wps:txbx>
                        <w:txbxContent>
                          <w:p w14:paraId="28B06FCF" w14:textId="77777777" w:rsidR="006B558C" w:rsidRPr="006B558C" w:rsidRDefault="006B558C" w:rsidP="006B558C">
                            <w:pPr>
                              <w:rPr>
                                <w:lang w:val="en-GB"/>
                              </w:rPr>
                            </w:pPr>
                            <w:r>
                              <w:rPr>
                                <w:lang w:val="en-GB"/>
                              </w:rPr>
                              <w:t>Tents</w:t>
                            </w:r>
                            <w:r w:rsidRPr="006B558C">
                              <w:rPr>
                                <w:noProof/>
                                <w:lang w:val="en-GB"/>
                              </w:rPr>
                              <w:drawing>
                                <wp:inline distT="0" distB="0" distL="0" distR="0" wp14:anchorId="7F6ABFA4" wp14:editId="3D46FD73">
                                  <wp:extent cx="499110" cy="190500"/>
                                  <wp:effectExtent l="0" t="0" r="0" b="0"/>
                                  <wp:docPr id="73047751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0C82D" id="_x0000_s1101" type="#_x0000_t202" style="position:absolute;margin-left:158.15pt;margin-top:7.7pt;width:60pt;height:22.9pt;z-index:25181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" filled="f" stroked="f">
                <v:textbox>
                  <w:txbxContent>
                    <w:p w14:paraId="28B06FCF" w14:textId="77777777" w:rsidR="006B558C" w:rsidRPr="006B558C" w:rsidRDefault="006B558C" w:rsidP="006B558C">
                      <w:pPr>
                        <w:rPr>
                          <w:lang w:val="en-GB"/>
                        </w:rPr>
                      </w:pPr>
                      <w:r>
                        <w:rPr>
                          <w:lang w:val="en-GB"/>
                        </w:rPr>
                        <w:t>Tents</w:t>
                      </w:r>
                      <w:r w:rsidRPr="006B558C">
                        <w:rPr>
                          <w:noProof/>
                          <w:lang w:val="en-GB"/>
                        </w:rPr>
                        <w:drawing>
                          <wp:inline distT="0" distB="0" distL="0" distR="0" wp14:anchorId="7F6ABFA4" wp14:editId="3D46FD73">
                            <wp:extent cx="499110" cy="190500"/>
                            <wp:effectExtent l="0" t="0" r="0" b="0"/>
                            <wp:docPr id="73047751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v:textbox>
                <w10:wrap type="square"/>
              </v:shape>
            </w:pict>
          </mc:Fallback>
        </mc:AlternateContent>
      </w:r>
    </w:p>
    <w:p w14:paraId="21D0682C" w14:textId="7C6DEE64" w:rsidR="003C2682" w:rsidRPr="009658F0" w:rsidRDefault="003C2682" w:rsidP="006C1960">
      <w:pPr>
        <w:spacing w:line="360" w:lineRule="auto"/>
        <w:rPr>
          <w:rFonts w:ascii="Times New Roman" w:eastAsia="Times New Roman" w:hAnsi="Times New Roman" w:cs="Times New Roman"/>
          <w:sz w:val="24"/>
          <w:szCs w:val="24"/>
        </w:rPr>
      </w:pPr>
    </w:p>
    <w:p w14:paraId="506CFEE0" w14:textId="389C54AB" w:rsidR="003C2682" w:rsidRPr="009658F0" w:rsidRDefault="006B558C"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19008" behindDoc="0" locked="0" layoutInCell="1" allowOverlap="1" wp14:anchorId="43F91CDE" wp14:editId="5002388B">
                <wp:simplePos x="0" y="0"/>
                <wp:positionH relativeFrom="column">
                  <wp:posOffset>2756997</wp:posOffset>
                </wp:positionH>
                <wp:positionV relativeFrom="paragraph">
                  <wp:posOffset>25920</wp:posOffset>
                </wp:positionV>
                <wp:extent cx="762000" cy="290830"/>
                <wp:effectExtent l="0" t="0" r="0" b="0"/>
                <wp:wrapSquare wrapText="bothSides"/>
                <wp:docPr id="8168866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0830"/>
                        </a:xfrm>
                        <a:prstGeom prst="rect">
                          <a:avLst/>
                        </a:prstGeom>
                        <a:noFill/>
                        <a:ln w="9525">
                          <a:noFill/>
                          <a:miter lim="800000"/>
                          <a:headEnd/>
                          <a:tailEnd/>
                        </a:ln>
                      </wps:spPr>
                      <wps:txbx>
                        <w:txbxContent>
                          <w:p w14:paraId="68CCFEAE" w14:textId="77777777" w:rsidR="006B558C" w:rsidRPr="006B558C" w:rsidRDefault="006B558C" w:rsidP="006B558C">
                            <w:pPr>
                              <w:rPr>
                                <w:lang w:val="en-GB"/>
                              </w:rPr>
                            </w:pPr>
                            <w:r>
                              <w:rPr>
                                <w:lang w:val="en-GB"/>
                              </w:rPr>
                              <w:t>Tents</w:t>
                            </w:r>
                            <w:r w:rsidRPr="006B558C">
                              <w:rPr>
                                <w:noProof/>
                                <w:lang w:val="en-GB"/>
                              </w:rPr>
                              <w:drawing>
                                <wp:inline distT="0" distB="0" distL="0" distR="0" wp14:anchorId="6797294F" wp14:editId="2D189936">
                                  <wp:extent cx="499110" cy="190500"/>
                                  <wp:effectExtent l="0" t="0" r="0" b="0"/>
                                  <wp:docPr id="12592696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F91CDE" id="_x0000_s1102" type="#_x0000_t202" style="position:absolute;margin-left:217.1pt;margin-top:2.05pt;width:60pt;height:22.9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" filled="f" stroked="f">
                <v:textbox>
                  <w:txbxContent>
                    <w:p w14:paraId="68CCFEAE" w14:textId="77777777" w:rsidR="006B558C" w:rsidRPr="006B558C" w:rsidRDefault="006B558C" w:rsidP="006B558C">
                      <w:pPr>
                        <w:rPr>
                          <w:lang w:val="en-GB"/>
                        </w:rPr>
                      </w:pPr>
                      <w:r>
                        <w:rPr>
                          <w:lang w:val="en-GB"/>
                        </w:rPr>
                        <w:t>Tents</w:t>
                      </w:r>
                      <w:r w:rsidRPr="006B558C">
                        <w:rPr>
                          <w:noProof/>
                          <w:lang w:val="en-GB"/>
                        </w:rPr>
                        <w:drawing>
                          <wp:inline distT="0" distB="0" distL="0" distR="0" wp14:anchorId="6797294F" wp14:editId="2D189936">
                            <wp:extent cx="499110" cy="190500"/>
                            <wp:effectExtent l="0" t="0" r="0" b="0"/>
                            <wp:docPr id="12592696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v:textbox>
                <w10:wrap type="square"/>
              </v:shape>
            </w:pict>
          </mc:Fallback>
        </mc:AlternateContent>
      </w:r>
    </w:p>
    <w:p w14:paraId="7CB9CA7D" w14:textId="4AEC4F1E" w:rsidR="003C2682" w:rsidRPr="009658F0" w:rsidRDefault="00AE1F95"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31296" behindDoc="0" locked="0" layoutInCell="1" allowOverlap="1" wp14:anchorId="69727D80" wp14:editId="4AEEBD26">
                <wp:simplePos x="0" y="0"/>
                <wp:positionH relativeFrom="column">
                  <wp:posOffset>3283411</wp:posOffset>
                </wp:positionH>
                <wp:positionV relativeFrom="paragraph">
                  <wp:posOffset>331932</wp:posOffset>
                </wp:positionV>
                <wp:extent cx="893445" cy="290830"/>
                <wp:effectExtent l="0" t="0" r="0" b="0"/>
                <wp:wrapSquare wrapText="bothSides"/>
                <wp:docPr id="11653769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290830"/>
                        </a:xfrm>
                        <a:prstGeom prst="rect">
                          <a:avLst/>
                        </a:prstGeom>
                        <a:noFill/>
                        <a:ln w="9525">
                          <a:noFill/>
                          <a:miter lim="800000"/>
                          <a:headEnd/>
                          <a:tailEnd/>
                        </a:ln>
                      </wps:spPr>
                      <wps:txbx>
                        <w:txbxContent>
                          <w:p w14:paraId="1EEEAD9D" w14:textId="060E9941" w:rsidR="00AE1F95" w:rsidRPr="006B558C" w:rsidRDefault="00AE1F95" w:rsidP="00AE1F95">
                            <w:pPr>
                              <w:rPr>
                                <w:lang w:val="en-GB"/>
                              </w:rPr>
                            </w:pPr>
                            <w:r>
                              <w:rPr>
                                <w:noProof/>
                                <w:lang w:val="en-GB"/>
                              </w:rPr>
                              <w:t>Moshav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727D80" id="_x0000_s1103" type="#_x0000_t202" style="position:absolute;margin-left:258.55pt;margin-top:26.15pt;width:70.35pt;height:22.9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" filled="f" stroked="f">
                <v:textbox>
                  <w:txbxContent>
                    <w:p w14:paraId="1EEEAD9D" w14:textId="060E9941" w:rsidR="00AE1F95" w:rsidRPr="006B558C" w:rsidRDefault="00AE1F95" w:rsidP="00AE1F95">
                      <w:pPr>
                        <w:rPr>
                          <w:lang w:val="en-GB"/>
                        </w:rPr>
                      </w:pPr>
                      <w:r>
                        <w:rPr>
                          <w:noProof/>
                          <w:lang w:val="en-GB"/>
                        </w:rPr>
                        <w:t>Moshav</w:t>
                      </w:r>
                    </w:p>
                  </w:txbxContent>
                </v:textbox>
                <w10:wrap type="square"/>
              </v:shape>
            </w:pict>
          </mc:Fallback>
        </mc:AlternateContent>
      </w:r>
      <w:r w:rsidR="006B558C"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27200" behindDoc="0" locked="0" layoutInCell="1" allowOverlap="1" wp14:anchorId="417388ED" wp14:editId="41FDEBF7">
                <wp:simplePos x="0" y="0"/>
                <wp:positionH relativeFrom="column">
                  <wp:posOffset>1184275</wp:posOffset>
                </wp:positionH>
                <wp:positionV relativeFrom="paragraph">
                  <wp:posOffset>234950</wp:posOffset>
                </wp:positionV>
                <wp:extent cx="983615" cy="983615"/>
                <wp:effectExtent l="0" t="0" r="0" b="0"/>
                <wp:wrapSquare wrapText="bothSides"/>
                <wp:docPr id="6337707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615" cy="983615"/>
                        </a:xfrm>
                        <a:prstGeom prst="rect">
                          <a:avLst/>
                        </a:prstGeom>
                        <a:noFill/>
                        <a:ln w="9525">
                          <a:noFill/>
                          <a:miter lim="800000"/>
                          <a:headEnd/>
                          <a:tailEnd/>
                        </a:ln>
                      </wps:spPr>
                      <wps:txbx>
                        <w:txbxContent>
                          <w:p w14:paraId="38158269" w14:textId="77777777" w:rsidR="006B558C" w:rsidRDefault="006B558C" w:rsidP="006B558C">
                            <w:pPr>
                              <w:rPr>
                                <w:lang w:val="en-GB"/>
                              </w:rPr>
                            </w:pPr>
                            <w:r>
                              <w:rPr>
                                <w:lang w:val="en-GB"/>
                              </w:rPr>
                              <w:t>Hasid</w:t>
                            </w:r>
                          </w:p>
                          <w:p w14:paraId="0E6A8B75" w14:textId="4CB124C9" w:rsidR="006B558C" w:rsidRDefault="006B558C" w:rsidP="006B558C">
                            <w:pPr>
                              <w:rPr>
                                <w:lang w:val="en-GB"/>
                              </w:rPr>
                            </w:pPr>
                            <w:r>
                              <w:rPr>
                                <w:lang w:val="en-GB"/>
                              </w:rPr>
                              <w:t>Small {?seders?] etc</w:t>
                            </w:r>
                          </w:p>
                          <w:p w14:paraId="3593A1F9" w14:textId="77777777" w:rsidR="006B558C" w:rsidRPr="006B558C" w:rsidRDefault="006B558C" w:rsidP="006B558C">
                            <w:pPr>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388ED" id="_x0000_s1104" type="#_x0000_t202" style="position:absolute;margin-left:93.25pt;margin-top:18.5pt;width:77.45pt;height:77.45pt;z-index:25182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" filled="f" stroked="f">
                <v:textbox>
                  <w:txbxContent>
                    <w:p w14:paraId="38158269" w14:textId="77777777" w:rsidR="006B558C" w:rsidRDefault="006B558C" w:rsidP="006B558C">
                      <w:pPr>
                        <w:rPr>
                          <w:lang w:val="en-GB"/>
                        </w:rPr>
                      </w:pPr>
                      <w:r>
                        <w:rPr>
                          <w:lang w:val="en-GB"/>
                        </w:rPr>
                        <w:t>Hasid</w:t>
                      </w:r>
                    </w:p>
                    <w:p w14:paraId="0E6A8B75" w14:textId="4CB124C9" w:rsidR="006B558C" w:rsidRDefault="006B558C" w:rsidP="006B558C">
                      <w:pPr>
                        <w:rPr>
                          <w:lang w:val="en-GB"/>
                        </w:rPr>
                      </w:pPr>
                      <w:r>
                        <w:rPr>
                          <w:lang w:val="en-GB"/>
                        </w:rPr>
                        <w:t xml:space="preserve">Small </w:t>
                      </w:r>
                      <w:proofErr w:type="gramStart"/>
                      <w:r>
                        <w:rPr>
                          <w:lang w:val="en-GB"/>
                        </w:rPr>
                        <w:t>{?seders</w:t>
                      </w:r>
                      <w:proofErr w:type="gramEnd"/>
                      <w:r>
                        <w:rPr>
                          <w:lang w:val="en-GB"/>
                        </w:rPr>
                        <w:t>?] etc</w:t>
                      </w:r>
                    </w:p>
                    <w:p w14:paraId="3593A1F9" w14:textId="77777777" w:rsidR="006B558C" w:rsidRPr="006B558C" w:rsidRDefault="006B558C" w:rsidP="006B558C">
                      <w:pPr>
                        <w:rPr>
                          <w:lang w:val="en-GB"/>
                        </w:rPr>
                      </w:pPr>
                    </w:p>
                  </w:txbxContent>
                </v:textbox>
                <w10:wrap type="square"/>
              </v:shape>
            </w:pict>
          </mc:Fallback>
        </mc:AlternateContent>
      </w:r>
      <w:r w:rsidR="006B558C"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21056" behindDoc="0" locked="0" layoutInCell="1" allowOverlap="1" wp14:anchorId="0647D801" wp14:editId="445B8365">
                <wp:simplePos x="0" y="0"/>
                <wp:positionH relativeFrom="column">
                  <wp:posOffset>214225</wp:posOffset>
                </wp:positionH>
                <wp:positionV relativeFrom="paragraph">
                  <wp:posOffset>137795</wp:posOffset>
                </wp:positionV>
                <wp:extent cx="762000" cy="290830"/>
                <wp:effectExtent l="0" t="0" r="0" b="0"/>
                <wp:wrapSquare wrapText="bothSides"/>
                <wp:docPr id="673818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90830"/>
                        </a:xfrm>
                        <a:prstGeom prst="rect">
                          <a:avLst/>
                        </a:prstGeom>
                        <a:noFill/>
                        <a:ln w="9525">
                          <a:noFill/>
                          <a:miter lim="800000"/>
                          <a:headEnd/>
                          <a:tailEnd/>
                        </a:ln>
                      </wps:spPr>
                      <wps:txbx>
                        <w:txbxContent>
                          <w:p w14:paraId="7FD21611" w14:textId="77777777" w:rsidR="006B558C" w:rsidRPr="006B558C" w:rsidRDefault="006B558C" w:rsidP="006B558C">
                            <w:pPr>
                              <w:rPr>
                                <w:lang w:val="en-GB"/>
                              </w:rPr>
                            </w:pPr>
                            <w:r>
                              <w:rPr>
                                <w:lang w:val="en-GB"/>
                              </w:rPr>
                              <w:t>Tents</w:t>
                            </w:r>
                            <w:r w:rsidRPr="006B558C">
                              <w:rPr>
                                <w:noProof/>
                                <w:lang w:val="en-GB"/>
                              </w:rPr>
                              <w:drawing>
                                <wp:inline distT="0" distB="0" distL="0" distR="0" wp14:anchorId="1E923ECC" wp14:editId="6B7FE56F">
                                  <wp:extent cx="499110" cy="190500"/>
                                  <wp:effectExtent l="0" t="0" r="0" b="0"/>
                                  <wp:docPr id="128922829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47D801" id="_x0000_s1105" type="#_x0000_t202" style="position:absolute;margin-left:16.85pt;margin-top:10.85pt;width:60pt;height:22.9pt;z-index:25182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" filled="f" stroked="f">
                <v:textbox>
                  <w:txbxContent>
                    <w:p w14:paraId="7FD21611" w14:textId="77777777" w:rsidR="006B558C" w:rsidRPr="006B558C" w:rsidRDefault="006B558C" w:rsidP="006B558C">
                      <w:pPr>
                        <w:rPr>
                          <w:lang w:val="en-GB"/>
                        </w:rPr>
                      </w:pPr>
                      <w:r>
                        <w:rPr>
                          <w:lang w:val="en-GB"/>
                        </w:rPr>
                        <w:t>Tents</w:t>
                      </w:r>
                      <w:r w:rsidRPr="006B558C">
                        <w:rPr>
                          <w:noProof/>
                          <w:lang w:val="en-GB"/>
                        </w:rPr>
                        <w:drawing>
                          <wp:inline distT="0" distB="0" distL="0" distR="0" wp14:anchorId="1E923ECC" wp14:editId="6B7FE56F">
                            <wp:extent cx="499110" cy="190500"/>
                            <wp:effectExtent l="0" t="0" r="0" b="0"/>
                            <wp:docPr id="128922829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v:textbox>
                <w10:wrap type="square"/>
              </v:shape>
            </w:pict>
          </mc:Fallback>
        </mc:AlternateContent>
      </w:r>
    </w:p>
    <w:p w14:paraId="76752F84" w14:textId="0309C832" w:rsidR="003C2682" w:rsidRPr="009658F0" w:rsidRDefault="003C2682" w:rsidP="006C1960">
      <w:pPr>
        <w:spacing w:line="360" w:lineRule="auto"/>
        <w:rPr>
          <w:rFonts w:ascii="Times New Roman" w:eastAsia="Times New Roman" w:hAnsi="Times New Roman" w:cs="Times New Roman"/>
          <w:sz w:val="24"/>
          <w:szCs w:val="24"/>
        </w:rPr>
      </w:pPr>
    </w:p>
    <w:p w14:paraId="6719050A" w14:textId="1CBAEDFB" w:rsidR="003C2682" w:rsidRPr="009658F0" w:rsidRDefault="003C2682" w:rsidP="006C1960">
      <w:pPr>
        <w:spacing w:line="360" w:lineRule="auto"/>
        <w:rPr>
          <w:rFonts w:ascii="Times New Roman" w:eastAsia="Times New Roman" w:hAnsi="Times New Roman" w:cs="Times New Roman"/>
          <w:sz w:val="24"/>
          <w:szCs w:val="24"/>
        </w:rPr>
      </w:pPr>
    </w:p>
    <w:p w14:paraId="39F7B211" w14:textId="7EFB2DA1" w:rsidR="003C2682" w:rsidRPr="009658F0" w:rsidRDefault="00AE1F95"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29248" behindDoc="0" locked="0" layoutInCell="1" allowOverlap="1" wp14:anchorId="325BB4E1" wp14:editId="7C9744DF">
                <wp:simplePos x="0" y="0"/>
                <wp:positionH relativeFrom="column">
                  <wp:posOffset>2174875</wp:posOffset>
                </wp:positionH>
                <wp:positionV relativeFrom="paragraph">
                  <wp:posOffset>86995</wp:posOffset>
                </wp:positionV>
                <wp:extent cx="893445" cy="290830"/>
                <wp:effectExtent l="0" t="0" r="0" b="0"/>
                <wp:wrapSquare wrapText="bothSides"/>
                <wp:docPr id="1234294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290830"/>
                        </a:xfrm>
                        <a:prstGeom prst="rect">
                          <a:avLst/>
                        </a:prstGeom>
                        <a:noFill/>
                        <a:ln w="9525">
                          <a:noFill/>
                          <a:miter lim="800000"/>
                          <a:headEnd/>
                          <a:tailEnd/>
                        </a:ln>
                      </wps:spPr>
                      <wps:txbx>
                        <w:txbxContent>
                          <w:p w14:paraId="260C4F69" w14:textId="0D032BD4" w:rsidR="00AE1F95" w:rsidRPr="006B558C" w:rsidRDefault="00AE1F95" w:rsidP="00AE1F95">
                            <w:pPr>
                              <w:rPr>
                                <w:lang w:val="en-GB"/>
                              </w:rPr>
                            </w:pPr>
                            <w:r>
                              <w:rPr>
                                <w:lang w:val="en-GB"/>
                              </w:rPr>
                              <w:t>Pol. Barrier</w:t>
                            </w:r>
                            <w:r w:rsidRPr="006B558C">
                              <w:rPr>
                                <w:noProof/>
                                <w:lang w:val="en-GB"/>
                              </w:rPr>
                              <w:drawing>
                                <wp:inline distT="0" distB="0" distL="0" distR="0" wp14:anchorId="160C6720" wp14:editId="74DCE228">
                                  <wp:extent cx="499110" cy="190500"/>
                                  <wp:effectExtent l="0" t="0" r="0" b="0"/>
                                  <wp:docPr id="63173693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BB4E1" id="_x0000_s1106" type="#_x0000_t202" style="position:absolute;margin-left:171.25pt;margin-top:6.85pt;width:70.35pt;height:22.9pt;z-index:25182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" filled="f" stroked="f">
                <v:textbox>
                  <w:txbxContent>
                    <w:p w14:paraId="260C4F69" w14:textId="0D032BD4" w:rsidR="00AE1F95" w:rsidRPr="006B558C" w:rsidRDefault="00AE1F95" w:rsidP="00AE1F95">
                      <w:pPr>
                        <w:rPr>
                          <w:lang w:val="en-GB"/>
                        </w:rPr>
                      </w:pPr>
                      <w:r>
                        <w:rPr>
                          <w:lang w:val="en-GB"/>
                        </w:rPr>
                        <w:t>Pol. Barrier</w:t>
                      </w:r>
                      <w:r w:rsidRPr="006B558C">
                        <w:rPr>
                          <w:noProof/>
                          <w:lang w:val="en-GB"/>
                        </w:rPr>
                        <w:drawing>
                          <wp:inline distT="0" distB="0" distL="0" distR="0" wp14:anchorId="160C6720" wp14:editId="74DCE228">
                            <wp:extent cx="499110" cy="190500"/>
                            <wp:effectExtent l="0" t="0" r="0" b="0"/>
                            <wp:docPr id="63173693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v:textbox>
                <w10:wrap type="square"/>
              </v:shape>
            </w:pict>
          </mc:Fallback>
        </mc:AlternateContent>
      </w:r>
    </w:p>
    <w:p w14:paraId="6580BFB9" w14:textId="523357E5" w:rsidR="003C2682" w:rsidRPr="009658F0" w:rsidRDefault="00AE1F95"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37440" behindDoc="0" locked="0" layoutInCell="1" allowOverlap="1" wp14:anchorId="279E07E0" wp14:editId="0EAE2FE9">
                <wp:simplePos x="0" y="0"/>
                <wp:positionH relativeFrom="column">
                  <wp:posOffset>2167948</wp:posOffset>
                </wp:positionH>
                <wp:positionV relativeFrom="paragraph">
                  <wp:posOffset>42314</wp:posOffset>
                </wp:positionV>
                <wp:extent cx="893445" cy="290830"/>
                <wp:effectExtent l="0" t="0" r="0" b="0"/>
                <wp:wrapSquare wrapText="bothSides"/>
                <wp:docPr id="2155059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290830"/>
                        </a:xfrm>
                        <a:prstGeom prst="rect">
                          <a:avLst/>
                        </a:prstGeom>
                        <a:noFill/>
                        <a:ln w="9525">
                          <a:noFill/>
                          <a:miter lim="800000"/>
                          <a:headEnd/>
                          <a:tailEnd/>
                        </a:ln>
                      </wps:spPr>
                      <wps:txbx>
                        <w:txbxContent>
                          <w:p w14:paraId="0786665B" w14:textId="77777777" w:rsidR="00AE1F95" w:rsidRPr="006B558C" w:rsidRDefault="00AE1F95" w:rsidP="00AE1F95">
                            <w:pPr>
                              <w:rPr>
                                <w:lang w:val="en-GB"/>
                              </w:rPr>
                            </w:pPr>
                            <w:r>
                              <w:rPr>
                                <w:noProof/>
                                <w:lang w:val="en-GB"/>
                              </w:rPr>
                              <w:t>Booths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9E07E0" id="_x0000_s1107" type="#_x0000_t202" style="position:absolute;margin-left:170.7pt;margin-top:3.35pt;width:70.35pt;height:22.9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" filled="f" stroked="f">
                <v:textbox>
                  <w:txbxContent>
                    <w:p w14:paraId="0786665B" w14:textId="77777777" w:rsidR="00AE1F95" w:rsidRPr="006B558C" w:rsidRDefault="00AE1F95" w:rsidP="00AE1F95">
                      <w:pPr>
                        <w:rPr>
                          <w:lang w:val="en-GB"/>
                        </w:rPr>
                      </w:pPr>
                      <w:r>
                        <w:rPr>
                          <w:noProof/>
                          <w:lang w:val="en-GB"/>
                        </w:rPr>
                        <w:t>Booths</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35392" behindDoc="0" locked="0" layoutInCell="1" allowOverlap="1" wp14:anchorId="23997FD4" wp14:editId="0A7026A3">
                <wp:simplePos x="0" y="0"/>
                <wp:positionH relativeFrom="column">
                  <wp:posOffset>3886084</wp:posOffset>
                </wp:positionH>
                <wp:positionV relativeFrom="paragraph">
                  <wp:posOffset>46298</wp:posOffset>
                </wp:positionV>
                <wp:extent cx="893445" cy="290830"/>
                <wp:effectExtent l="0" t="0" r="0" b="0"/>
                <wp:wrapSquare wrapText="bothSides"/>
                <wp:docPr id="8029057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290830"/>
                        </a:xfrm>
                        <a:prstGeom prst="rect">
                          <a:avLst/>
                        </a:prstGeom>
                        <a:noFill/>
                        <a:ln w="9525">
                          <a:noFill/>
                          <a:miter lim="800000"/>
                          <a:headEnd/>
                          <a:tailEnd/>
                        </a:ln>
                      </wps:spPr>
                      <wps:txbx>
                        <w:txbxContent>
                          <w:p w14:paraId="732FA966" w14:textId="77777777" w:rsidR="00AE1F95" w:rsidRPr="006B558C" w:rsidRDefault="00AE1F95" w:rsidP="00AE1F95">
                            <w:pPr>
                              <w:rPr>
                                <w:lang w:val="en-GB"/>
                              </w:rPr>
                            </w:pPr>
                            <w:r>
                              <w:rPr>
                                <w:lang w:val="en-GB"/>
                              </w:rPr>
                              <w:t>Pol. Barrier</w:t>
                            </w:r>
                            <w:r w:rsidRPr="006B558C">
                              <w:rPr>
                                <w:noProof/>
                                <w:lang w:val="en-GB"/>
                              </w:rPr>
                              <w:drawing>
                                <wp:inline distT="0" distB="0" distL="0" distR="0" wp14:anchorId="5AB51624" wp14:editId="701F4C6D">
                                  <wp:extent cx="499110" cy="190500"/>
                                  <wp:effectExtent l="0" t="0" r="0" b="0"/>
                                  <wp:docPr id="189806391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997FD4" id="_x0000_s1108" type="#_x0000_t202" style="position:absolute;margin-left:306pt;margin-top:3.65pt;width:70.35pt;height:22.9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" filled="f" stroked="f">
                <v:textbox>
                  <w:txbxContent>
                    <w:p w14:paraId="732FA966" w14:textId="77777777" w:rsidR="00AE1F95" w:rsidRPr="006B558C" w:rsidRDefault="00AE1F95" w:rsidP="00AE1F95">
                      <w:pPr>
                        <w:rPr>
                          <w:lang w:val="en-GB"/>
                        </w:rPr>
                      </w:pPr>
                      <w:r>
                        <w:rPr>
                          <w:lang w:val="en-GB"/>
                        </w:rPr>
                        <w:t>Pol. Barrier</w:t>
                      </w:r>
                      <w:r w:rsidRPr="006B558C">
                        <w:rPr>
                          <w:noProof/>
                          <w:lang w:val="en-GB"/>
                        </w:rPr>
                        <w:drawing>
                          <wp:inline distT="0" distB="0" distL="0" distR="0" wp14:anchorId="5AB51624" wp14:editId="701F4C6D">
                            <wp:extent cx="499110" cy="190500"/>
                            <wp:effectExtent l="0" t="0" r="0" b="0"/>
                            <wp:docPr id="189806391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9110" cy="190500"/>
                                    </a:xfrm>
                                    <a:prstGeom prst="rect">
                                      <a:avLst/>
                                    </a:prstGeom>
                                    <a:noFill/>
                                    <a:ln>
                                      <a:noFill/>
                                    </a:ln>
                                  </pic:spPr>
                                </pic:pic>
                              </a:graphicData>
                            </a:graphic>
                          </wp:inline>
                        </w:drawing>
                      </w:r>
                    </w:p>
                  </w:txbxContent>
                </v:textbox>
                <w10:wrap type="square"/>
              </v:shape>
            </w:pict>
          </mc:Fallback>
        </mc:AlternateContent>
      </w:r>
    </w:p>
    <w:p w14:paraId="40F5E22B" w14:textId="1AF14A00" w:rsidR="003C2682" w:rsidRPr="009658F0" w:rsidRDefault="00AE1F95"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33344" behindDoc="0" locked="0" layoutInCell="1" allowOverlap="1" wp14:anchorId="3A6E1816" wp14:editId="143142B6">
                <wp:simplePos x="0" y="0"/>
                <wp:positionH relativeFrom="column">
                  <wp:posOffset>2333683</wp:posOffset>
                </wp:positionH>
                <wp:positionV relativeFrom="paragraph">
                  <wp:posOffset>219075</wp:posOffset>
                </wp:positionV>
                <wp:extent cx="893445" cy="290830"/>
                <wp:effectExtent l="0" t="0" r="0" b="0"/>
                <wp:wrapSquare wrapText="bothSides"/>
                <wp:docPr id="1903674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290830"/>
                        </a:xfrm>
                        <a:prstGeom prst="rect">
                          <a:avLst/>
                        </a:prstGeom>
                        <a:noFill/>
                        <a:ln w="9525">
                          <a:noFill/>
                          <a:miter lim="800000"/>
                          <a:headEnd/>
                          <a:tailEnd/>
                        </a:ln>
                      </wps:spPr>
                      <wps:txbx>
                        <w:txbxContent>
                          <w:p w14:paraId="5B71969D" w14:textId="1E4D796B" w:rsidR="00AE1F95" w:rsidRPr="006B558C" w:rsidRDefault="00AE1F95" w:rsidP="00AE1F95">
                            <w:pPr>
                              <w:rPr>
                                <w:lang w:val="en-GB"/>
                              </w:rPr>
                            </w:pPr>
                            <w:r>
                              <w:rPr>
                                <w:noProof/>
                                <w:lang w:val="en-GB"/>
                              </w:rPr>
                              <w:t>Booths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6E1816" id="_x0000_s1109" type="#_x0000_t202" style="position:absolute;margin-left:183.75pt;margin-top:17.25pt;width:70.35pt;height:22.9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" filled="f" stroked="f">
                <v:textbox>
                  <w:txbxContent>
                    <w:p w14:paraId="5B71969D" w14:textId="1E4D796B" w:rsidR="00AE1F95" w:rsidRPr="006B558C" w:rsidRDefault="00AE1F95" w:rsidP="00AE1F95">
                      <w:pPr>
                        <w:rPr>
                          <w:lang w:val="en-GB"/>
                        </w:rPr>
                      </w:pPr>
                      <w:r>
                        <w:rPr>
                          <w:noProof/>
                          <w:lang w:val="en-GB"/>
                        </w:rPr>
                        <w:t>Booths</w:t>
                      </w:r>
                    </w:p>
                  </w:txbxContent>
                </v:textbox>
                <w10:wrap type="square"/>
              </v:shape>
            </w:pict>
          </mc:Fallback>
        </mc:AlternateContent>
      </w:r>
    </w:p>
    <w:p w14:paraId="72511263" w14:textId="3D35E000" w:rsidR="003C2682" w:rsidRPr="009658F0" w:rsidRDefault="00AE1F95"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39488" behindDoc="0" locked="0" layoutInCell="1" allowOverlap="1" wp14:anchorId="05B18B8D" wp14:editId="5FDDFBFC">
                <wp:simplePos x="0" y="0"/>
                <wp:positionH relativeFrom="column">
                  <wp:posOffset>4274243</wp:posOffset>
                </wp:positionH>
                <wp:positionV relativeFrom="paragraph">
                  <wp:posOffset>43180</wp:posOffset>
                </wp:positionV>
                <wp:extent cx="893445" cy="290830"/>
                <wp:effectExtent l="0" t="0" r="0" b="0"/>
                <wp:wrapSquare wrapText="bothSides"/>
                <wp:docPr id="20245918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290830"/>
                        </a:xfrm>
                        <a:prstGeom prst="rect">
                          <a:avLst/>
                        </a:prstGeom>
                        <a:noFill/>
                        <a:ln w="9525">
                          <a:noFill/>
                          <a:miter lim="800000"/>
                          <a:headEnd/>
                          <a:tailEnd/>
                        </a:ln>
                      </wps:spPr>
                      <wps:txbx>
                        <w:txbxContent>
                          <w:p w14:paraId="59A577A2" w14:textId="77777777" w:rsidR="00AE1F95" w:rsidRPr="006B558C" w:rsidRDefault="00AE1F95" w:rsidP="00AE1F95">
                            <w:pPr>
                              <w:rPr>
                                <w:lang w:val="en-GB"/>
                              </w:rPr>
                            </w:pPr>
                            <w:r>
                              <w:rPr>
                                <w:noProof/>
                                <w:lang w:val="en-GB"/>
                              </w:rPr>
                              <w:t>Booths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B18B8D" id="_x0000_s1110" type="#_x0000_t202" style="position:absolute;margin-left:336.55pt;margin-top:3.4pt;width:70.35pt;height:22.9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" filled="f" stroked="f">
                <v:textbox>
                  <w:txbxContent>
                    <w:p w14:paraId="59A577A2" w14:textId="77777777" w:rsidR="00AE1F95" w:rsidRPr="006B558C" w:rsidRDefault="00AE1F95" w:rsidP="00AE1F95">
                      <w:pPr>
                        <w:rPr>
                          <w:lang w:val="en-GB"/>
                        </w:rPr>
                      </w:pPr>
                      <w:r>
                        <w:rPr>
                          <w:noProof/>
                          <w:lang w:val="en-GB"/>
                        </w:rPr>
                        <w:t>Booths</w:t>
                      </w:r>
                    </w:p>
                  </w:txbxContent>
                </v:textbox>
                <w10:wrap type="square"/>
              </v:shape>
            </w:pict>
          </mc:Fallback>
        </mc:AlternateContent>
      </w:r>
    </w:p>
    <w:p w14:paraId="1BB7D37B" w14:textId="2FE2A3CE" w:rsidR="003C2682" w:rsidRPr="009658F0" w:rsidRDefault="00AE1F95"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41536" behindDoc="0" locked="0" layoutInCell="1" allowOverlap="1" wp14:anchorId="24094C84" wp14:editId="7F98F1E7">
                <wp:simplePos x="0" y="0"/>
                <wp:positionH relativeFrom="column">
                  <wp:posOffset>3248660</wp:posOffset>
                </wp:positionH>
                <wp:positionV relativeFrom="paragraph">
                  <wp:posOffset>68580</wp:posOffset>
                </wp:positionV>
                <wp:extent cx="1233170" cy="290830"/>
                <wp:effectExtent l="0" t="0" r="0" b="0"/>
                <wp:wrapSquare wrapText="bothSides"/>
                <wp:docPr id="307982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3170" cy="290830"/>
                        </a:xfrm>
                        <a:prstGeom prst="rect">
                          <a:avLst/>
                        </a:prstGeom>
                        <a:noFill/>
                        <a:ln w="9525">
                          <a:noFill/>
                          <a:miter lim="800000"/>
                          <a:headEnd/>
                          <a:tailEnd/>
                        </a:ln>
                      </wps:spPr>
                      <wps:txbx>
                        <w:txbxContent>
                          <w:p w14:paraId="03720136" w14:textId="4E85B65A" w:rsidR="00AE1F95" w:rsidRPr="006B558C" w:rsidRDefault="00AE1F95" w:rsidP="00AE1F95">
                            <w:pPr>
                              <w:rPr>
                                <w:lang w:val="en-GB"/>
                              </w:rPr>
                            </w:pPr>
                            <w:r>
                              <w:rPr>
                                <w:noProof/>
                                <w:lang w:val="en-GB"/>
                              </w:rPr>
                              <w:t>Parking &amp; Buses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094C84" id="_x0000_s1111" type="#_x0000_t202" style="position:absolute;margin-left:255.8pt;margin-top:5.4pt;width:97.1pt;height:22.9pt;z-index:25184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" filled="f" stroked="f">
                <v:textbox>
                  <w:txbxContent>
                    <w:p w14:paraId="03720136" w14:textId="4E85B65A" w:rsidR="00AE1F95" w:rsidRPr="006B558C" w:rsidRDefault="00AE1F95" w:rsidP="00AE1F95">
                      <w:pPr>
                        <w:rPr>
                          <w:lang w:val="en-GB"/>
                        </w:rPr>
                      </w:pPr>
                      <w:r>
                        <w:rPr>
                          <w:noProof/>
                          <w:lang w:val="en-GB"/>
                        </w:rPr>
                        <w:t>Parking &amp; Buses</w:t>
                      </w:r>
                    </w:p>
                  </w:txbxContent>
                </v:textbox>
                <w10:wrap type="square"/>
              </v:shape>
            </w:pict>
          </mc:Fallback>
        </mc:AlternateContent>
      </w:r>
    </w:p>
    <w:p w14:paraId="7C4A92E6" w14:textId="60353B02" w:rsidR="003C2682" w:rsidRPr="009658F0" w:rsidRDefault="00AE1F95"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w:lastRenderedPageBreak/>
        <mc:AlternateContent>
          <mc:Choice Requires="wps">
            <w:drawing>
              <wp:anchor distT="45720" distB="45720" distL="114300" distR="114300" simplePos="0" relativeHeight="251847680" behindDoc="0" locked="0" layoutInCell="1" allowOverlap="1" wp14:anchorId="7857228F" wp14:editId="67B24CE7">
                <wp:simplePos x="0" y="0"/>
                <wp:positionH relativeFrom="column">
                  <wp:posOffset>3089679</wp:posOffset>
                </wp:positionH>
                <wp:positionV relativeFrom="paragraph">
                  <wp:posOffset>245514</wp:posOffset>
                </wp:positionV>
                <wp:extent cx="893445" cy="290830"/>
                <wp:effectExtent l="0" t="0" r="0" b="0"/>
                <wp:wrapSquare wrapText="bothSides"/>
                <wp:docPr id="19336660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290830"/>
                        </a:xfrm>
                        <a:prstGeom prst="rect">
                          <a:avLst/>
                        </a:prstGeom>
                        <a:noFill/>
                        <a:ln w="9525">
                          <a:noFill/>
                          <a:miter lim="800000"/>
                          <a:headEnd/>
                          <a:tailEnd/>
                        </a:ln>
                      </wps:spPr>
                      <wps:txbx>
                        <w:txbxContent>
                          <w:p w14:paraId="0B015BA3" w14:textId="379A16C0" w:rsidR="00AE1F95" w:rsidRPr="006B558C" w:rsidRDefault="00AE1F95" w:rsidP="00AE1F95">
                            <w:pPr>
                              <w:rPr>
                                <w:lang w:val="en-GB"/>
                              </w:rPr>
                            </w:pPr>
                            <w:r>
                              <w:rPr>
                                <w:noProof/>
                                <w:lang w:val="en-GB"/>
                              </w:rPr>
                              <w:t>Police HQ</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57228F" id="_x0000_s1112" type="#_x0000_t202" style="position:absolute;margin-left:243.3pt;margin-top:19.35pt;width:70.35pt;height:22.9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" filled="f" stroked="f">
                <v:textbox>
                  <w:txbxContent>
                    <w:p w14:paraId="0B015BA3" w14:textId="379A16C0" w:rsidR="00AE1F95" w:rsidRPr="006B558C" w:rsidRDefault="00AE1F95" w:rsidP="00AE1F95">
                      <w:pPr>
                        <w:rPr>
                          <w:lang w:val="en-GB"/>
                        </w:rPr>
                      </w:pPr>
                      <w:r>
                        <w:rPr>
                          <w:noProof/>
                          <w:lang w:val="en-GB"/>
                        </w:rPr>
                        <w:t>Police HQ</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43584" behindDoc="0" locked="0" layoutInCell="1" allowOverlap="1" wp14:anchorId="68A4B362" wp14:editId="01E7C71D">
                <wp:simplePos x="0" y="0"/>
                <wp:positionH relativeFrom="column">
                  <wp:posOffset>353290</wp:posOffset>
                </wp:positionH>
                <wp:positionV relativeFrom="paragraph">
                  <wp:posOffset>31115</wp:posOffset>
                </wp:positionV>
                <wp:extent cx="1233170" cy="290830"/>
                <wp:effectExtent l="0" t="0" r="0" b="0"/>
                <wp:wrapSquare wrapText="bothSides"/>
                <wp:docPr id="7567029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3170" cy="290830"/>
                        </a:xfrm>
                        <a:prstGeom prst="rect">
                          <a:avLst/>
                        </a:prstGeom>
                        <a:noFill/>
                        <a:ln w="9525">
                          <a:noFill/>
                          <a:miter lim="800000"/>
                          <a:headEnd/>
                          <a:tailEnd/>
                        </a:ln>
                      </wps:spPr>
                      <wps:txbx>
                        <w:txbxContent>
                          <w:p w14:paraId="4C2D7249" w14:textId="77777777" w:rsidR="00AE1F95" w:rsidRPr="006B558C" w:rsidRDefault="00AE1F95" w:rsidP="00AE1F95">
                            <w:pPr>
                              <w:rPr>
                                <w:lang w:val="en-GB"/>
                              </w:rPr>
                            </w:pPr>
                            <w:r>
                              <w:rPr>
                                <w:noProof/>
                                <w:lang w:val="en-GB"/>
                              </w:rPr>
                              <w:t>Parking &amp; Buses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4B362" id="_x0000_s1113" type="#_x0000_t202" style="position:absolute;margin-left:27.8pt;margin-top:2.45pt;width:97.1pt;height:22.9pt;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" filled="f" stroked="f">
                <v:textbox>
                  <w:txbxContent>
                    <w:p w14:paraId="4C2D7249" w14:textId="77777777" w:rsidR="00AE1F95" w:rsidRPr="006B558C" w:rsidRDefault="00AE1F95" w:rsidP="00AE1F95">
                      <w:pPr>
                        <w:rPr>
                          <w:lang w:val="en-GB"/>
                        </w:rPr>
                      </w:pPr>
                      <w:r>
                        <w:rPr>
                          <w:noProof/>
                          <w:lang w:val="en-GB"/>
                        </w:rPr>
                        <w:t>Parking &amp; Buses</w:t>
                      </w:r>
                    </w:p>
                  </w:txbxContent>
                </v:textbox>
                <w10:wrap type="square"/>
              </v:shape>
            </w:pict>
          </mc:Fallback>
        </mc:AlternateContent>
      </w:r>
    </w:p>
    <w:p w14:paraId="18380EEF" w14:textId="3F635BB6" w:rsidR="003C2682" w:rsidRPr="009658F0" w:rsidRDefault="003C2682" w:rsidP="006C1960">
      <w:pPr>
        <w:tabs>
          <w:tab w:val="left" w:pos="1904"/>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r>
    </w:p>
    <w:p w14:paraId="3B8806BA" w14:textId="4878DFF9" w:rsidR="003C2682" w:rsidRPr="009658F0" w:rsidRDefault="00AE1F95"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45632" behindDoc="0" locked="0" layoutInCell="1" allowOverlap="1" wp14:anchorId="41E922D5" wp14:editId="20D5D49D">
                <wp:simplePos x="0" y="0"/>
                <wp:positionH relativeFrom="column">
                  <wp:posOffset>1974215</wp:posOffset>
                </wp:positionH>
                <wp:positionV relativeFrom="paragraph">
                  <wp:posOffset>17838</wp:posOffset>
                </wp:positionV>
                <wp:extent cx="893445" cy="290830"/>
                <wp:effectExtent l="0" t="0" r="0" b="0"/>
                <wp:wrapSquare wrapText="bothSides"/>
                <wp:docPr id="16086239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290830"/>
                        </a:xfrm>
                        <a:prstGeom prst="rect">
                          <a:avLst/>
                        </a:prstGeom>
                        <a:noFill/>
                        <a:ln w="9525">
                          <a:noFill/>
                          <a:miter lim="800000"/>
                          <a:headEnd/>
                          <a:tailEnd/>
                        </a:ln>
                      </wps:spPr>
                      <wps:txbx>
                        <w:txbxContent>
                          <w:p w14:paraId="7631314F" w14:textId="6C53FF15" w:rsidR="00AE1F95" w:rsidRPr="006B558C" w:rsidRDefault="00AE1F95" w:rsidP="00AE1F95">
                            <w:pPr>
                              <w:rPr>
                                <w:lang w:val="en-GB"/>
                              </w:rPr>
                            </w:pPr>
                            <w:r>
                              <w:rPr>
                                <w:noProof/>
                                <w:lang w:val="en-GB"/>
                              </w:rPr>
                              <w:t>Tents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922D5" id="_x0000_s1114" type="#_x0000_t202" style="position:absolute;margin-left:155.45pt;margin-top:1.4pt;width:70.35pt;height:22.9pt;z-index:25184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" filled="f" stroked="f">
                <v:textbox>
                  <w:txbxContent>
                    <w:p w14:paraId="7631314F" w14:textId="6C53FF15" w:rsidR="00AE1F95" w:rsidRPr="006B558C" w:rsidRDefault="00AE1F95" w:rsidP="00AE1F95">
                      <w:pPr>
                        <w:rPr>
                          <w:lang w:val="en-GB"/>
                        </w:rPr>
                      </w:pPr>
                      <w:r>
                        <w:rPr>
                          <w:noProof/>
                          <w:lang w:val="en-GB"/>
                        </w:rPr>
                        <w:t>Tents</w:t>
                      </w:r>
                    </w:p>
                  </w:txbxContent>
                </v:textbox>
                <w10:wrap type="square"/>
              </v:shape>
            </w:pict>
          </mc:Fallback>
        </mc:AlternateContent>
      </w:r>
      <w:r w:rsidR="003C2682" w:rsidRPr="009658F0">
        <w:rPr>
          <w:rFonts w:ascii="Times New Roman" w:eastAsia="Times New Roman" w:hAnsi="Times New Roman" w:cs="Times New Roman"/>
          <w:sz w:val="24"/>
          <w:szCs w:val="24"/>
        </w:rPr>
        <w:br w:type="page"/>
      </w:r>
    </w:p>
    <w:p w14:paraId="49786F2B" w14:textId="0BA09C6E" w:rsidR="003C2682" w:rsidRPr="009658F0" w:rsidRDefault="00DF67C9" w:rsidP="006C1960">
      <w:pPr>
        <w:tabs>
          <w:tab w:val="left" w:pos="1904"/>
        </w:tabs>
        <w:spacing w:line="360" w:lineRule="auto"/>
        <w:rPr>
          <w:rFonts w:ascii="Times New Roman" w:eastAsia="Times New Roman" w:hAnsi="Times New Roman" w:cs="Times New Roman"/>
          <w:sz w:val="24"/>
          <w:szCs w:val="24"/>
        </w:rPr>
      </w:pPr>
      <w:r w:rsidRPr="00661914">
        <w:rPr>
          <w:rFonts w:ascii="Times New Roman" w:eastAsia="Times New Roman" w:hAnsi="Times New Roman" w:cs="Times New Roman"/>
          <w:noProof/>
          <w:sz w:val="24"/>
          <w:szCs w:val="24"/>
          <w:highlight w:val="yellow"/>
        </w:rPr>
        <w:lastRenderedPageBreak/>
        <w:drawing>
          <wp:anchor distT="0" distB="0" distL="114300" distR="114300" simplePos="0" relativeHeight="251745280" behindDoc="1" locked="0" layoutInCell="1" allowOverlap="1" wp14:anchorId="1EEEEE40" wp14:editId="7EA14A46">
            <wp:simplePos x="0" y="0"/>
            <wp:positionH relativeFrom="column">
              <wp:posOffset>-264160</wp:posOffset>
            </wp:positionH>
            <wp:positionV relativeFrom="page">
              <wp:posOffset>1127760</wp:posOffset>
            </wp:positionV>
            <wp:extent cx="4206240" cy="5501640"/>
            <wp:effectExtent l="0" t="0" r="3810" b="3810"/>
            <wp:wrapNone/>
            <wp:docPr id="145840200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02006" name="Picture 1458402006"/>
                    <pic:cNvPicPr/>
                  </pic:nvPicPr>
                  <pic:blipFill>
                    <a:blip r:embed="rId24"/>
                    <a:stretch>
                      <a:fillRect/>
                    </a:stretch>
                  </pic:blipFill>
                  <pic:spPr>
                    <a:xfrm>
                      <a:off x="0" y="0"/>
                      <a:ext cx="4206240" cy="5501640"/>
                    </a:xfrm>
                    <a:prstGeom prst="rect">
                      <a:avLst/>
                    </a:prstGeom>
                  </pic:spPr>
                </pic:pic>
              </a:graphicData>
            </a:graphic>
          </wp:anchor>
        </w:drawing>
      </w:r>
      <w:r w:rsidR="003C2682" w:rsidRPr="00661914">
        <w:rPr>
          <w:rFonts w:ascii="Times New Roman" w:eastAsia="Times New Roman" w:hAnsi="Times New Roman" w:cs="Times New Roman"/>
          <w:sz w:val="24"/>
          <w:szCs w:val="24"/>
          <w:highlight w:val="yellow"/>
        </w:rPr>
        <w:t>EDITH PAGE 5</w:t>
      </w:r>
      <w:r w:rsidR="004A7544" w:rsidRPr="00661914">
        <w:rPr>
          <w:rFonts w:ascii="Times New Roman" w:eastAsia="Times New Roman" w:hAnsi="Times New Roman" w:cs="Times New Roman"/>
          <w:sz w:val="24"/>
          <w:szCs w:val="24"/>
          <w:highlight w:val="yellow"/>
        </w:rPr>
        <w:t>4</w:t>
      </w:r>
    </w:p>
    <w:p w14:paraId="517E70B6" w14:textId="13A6C345" w:rsidR="004A7544" w:rsidRPr="009658F0" w:rsidRDefault="004A7544" w:rsidP="006C1960">
      <w:pPr>
        <w:tabs>
          <w:tab w:val="left" w:pos="1904"/>
        </w:tabs>
        <w:spacing w:line="360" w:lineRule="auto"/>
        <w:rPr>
          <w:rFonts w:ascii="Times New Roman" w:eastAsia="Times New Roman" w:hAnsi="Times New Roman" w:cs="Times New Roman"/>
          <w:sz w:val="24"/>
          <w:szCs w:val="24"/>
        </w:rPr>
      </w:pPr>
    </w:p>
    <w:p w14:paraId="4F44396E" w14:textId="3C014853" w:rsidR="003C2682" w:rsidRPr="009658F0" w:rsidRDefault="003C2682" w:rsidP="006C1960">
      <w:pPr>
        <w:tabs>
          <w:tab w:val="left" w:pos="1904"/>
        </w:tabs>
        <w:spacing w:line="360" w:lineRule="auto"/>
        <w:rPr>
          <w:rFonts w:ascii="Times New Roman" w:eastAsia="Times New Roman" w:hAnsi="Times New Roman" w:cs="Times New Roman"/>
          <w:sz w:val="24"/>
          <w:szCs w:val="24"/>
        </w:rPr>
      </w:pPr>
    </w:p>
    <w:p w14:paraId="3AC41758" w14:textId="4C12D921" w:rsidR="004A7544" w:rsidRPr="009658F0" w:rsidRDefault="004A7544" w:rsidP="006C1960">
      <w:pPr>
        <w:tabs>
          <w:tab w:val="left" w:pos="1904"/>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r>
    </w:p>
    <w:p w14:paraId="320F599D" w14:textId="18D25FAF" w:rsidR="004A7544" w:rsidRPr="009658F0" w:rsidRDefault="00DF67C9"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53472" behindDoc="0" locked="0" layoutInCell="1" allowOverlap="1" wp14:anchorId="59AD73A5" wp14:editId="2CC96DCE">
                <wp:simplePos x="0" y="0"/>
                <wp:positionH relativeFrom="column">
                  <wp:posOffset>2631440</wp:posOffset>
                </wp:positionH>
                <wp:positionV relativeFrom="paragraph">
                  <wp:posOffset>2613025</wp:posOffset>
                </wp:positionV>
                <wp:extent cx="731520" cy="274320"/>
                <wp:effectExtent l="0" t="0" r="0" b="0"/>
                <wp:wrapSquare wrapText="bothSides"/>
                <wp:docPr id="816063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74320"/>
                        </a:xfrm>
                        <a:prstGeom prst="rect">
                          <a:avLst/>
                        </a:prstGeom>
                        <a:noFill/>
                        <a:ln w="9525">
                          <a:noFill/>
                          <a:miter lim="800000"/>
                          <a:headEnd/>
                          <a:tailEnd/>
                        </a:ln>
                      </wps:spPr>
                      <wps:txbx>
                        <w:txbxContent>
                          <w:p w14:paraId="0A2BB821" w14:textId="77777777" w:rsidR="00DF67C9" w:rsidRPr="00DF67C9" w:rsidRDefault="00DF67C9" w:rsidP="00DF67C9">
                            <w:pPr>
                              <w:rPr>
                                <w:sz w:val="18"/>
                                <w:szCs w:val="18"/>
                              </w:rPr>
                            </w:pPr>
                            <w:r w:rsidRPr="00DF67C9">
                              <w:rPr>
                                <w:sz w:val="18"/>
                                <w:szCs w:val="18"/>
                              </w:rPr>
                              <w:t>To</w:t>
                            </w:r>
                            <w:r>
                              <w:rPr>
                                <w:sz w:val="18"/>
                                <w:szCs w:val="18"/>
                              </w:rPr>
                              <w:t xml:space="preserve"> Sfat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D73A5" id="_x0000_s1115" type="#_x0000_t202" style="position:absolute;margin-left:207.2pt;margin-top:205.75pt;width:57.6pt;height:21.6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" filled="f" stroked="f">
                <v:textbox>
                  <w:txbxContent>
                    <w:p w14:paraId="0A2BB821" w14:textId="77777777" w:rsidR="00DF67C9" w:rsidRPr="00DF67C9" w:rsidRDefault="00DF67C9" w:rsidP="00DF67C9">
                      <w:pPr>
                        <w:rPr>
                          <w:sz w:val="18"/>
                          <w:szCs w:val="18"/>
                        </w:rPr>
                      </w:pPr>
                      <w:r w:rsidRPr="00DF67C9">
                        <w:rPr>
                          <w:sz w:val="18"/>
                          <w:szCs w:val="18"/>
                        </w:rPr>
                        <w:t>To</w:t>
                      </w:r>
                      <w:r>
                        <w:rPr>
                          <w:sz w:val="18"/>
                          <w:szCs w:val="18"/>
                        </w:rPr>
                        <w:t xml:space="preserve"> </w:t>
                      </w:r>
                      <w:proofErr w:type="spellStart"/>
                      <w:r>
                        <w:rPr>
                          <w:sz w:val="18"/>
                          <w:szCs w:val="18"/>
                        </w:rPr>
                        <w:t>Sfat</w:t>
                      </w:r>
                      <w:proofErr w:type="spellEnd"/>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51424" behindDoc="0" locked="0" layoutInCell="1" allowOverlap="1" wp14:anchorId="78162FAB" wp14:editId="003F6BB1">
                <wp:simplePos x="0" y="0"/>
                <wp:positionH relativeFrom="column">
                  <wp:posOffset>1844040</wp:posOffset>
                </wp:positionH>
                <wp:positionV relativeFrom="paragraph">
                  <wp:posOffset>1972945</wp:posOffset>
                </wp:positionV>
                <wp:extent cx="731520" cy="274320"/>
                <wp:effectExtent l="0" t="0" r="0" b="0"/>
                <wp:wrapSquare wrapText="bothSides"/>
                <wp:docPr id="9134739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74320"/>
                        </a:xfrm>
                        <a:prstGeom prst="rect">
                          <a:avLst/>
                        </a:prstGeom>
                        <a:noFill/>
                        <a:ln w="9525">
                          <a:noFill/>
                          <a:miter lim="800000"/>
                          <a:headEnd/>
                          <a:tailEnd/>
                        </a:ln>
                      </wps:spPr>
                      <wps:txbx>
                        <w:txbxContent>
                          <w:p w14:paraId="015DF65F" w14:textId="6560C4D3" w:rsidR="00DF67C9" w:rsidRPr="00DF67C9" w:rsidRDefault="00DF67C9" w:rsidP="00DF67C9">
                            <w:pPr>
                              <w:rPr>
                                <w:sz w:val="18"/>
                                <w:szCs w:val="18"/>
                                <w:lang w:val="en-GB"/>
                              </w:rPr>
                            </w:pPr>
                            <w:r>
                              <w:rPr>
                                <w:sz w:val="18"/>
                                <w:szCs w:val="18"/>
                                <w:lang w:val="en-GB"/>
                              </w:rPr>
                              <w:t>Moshav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162FAB" id="_x0000_s1116" type="#_x0000_t202" style="position:absolute;margin-left:145.2pt;margin-top:155.35pt;width:57.6pt;height:21.6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" filled="f" stroked="f">
                <v:textbox>
                  <w:txbxContent>
                    <w:p w14:paraId="015DF65F" w14:textId="6560C4D3" w:rsidR="00DF67C9" w:rsidRPr="00DF67C9" w:rsidRDefault="00DF67C9" w:rsidP="00DF67C9">
                      <w:pPr>
                        <w:rPr>
                          <w:sz w:val="18"/>
                          <w:szCs w:val="18"/>
                          <w:lang w:val="en-GB"/>
                        </w:rPr>
                      </w:pPr>
                      <w:r>
                        <w:rPr>
                          <w:sz w:val="18"/>
                          <w:szCs w:val="18"/>
                          <w:lang w:val="en-GB"/>
                        </w:rPr>
                        <w:t>Moshav</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49376" behindDoc="0" locked="0" layoutInCell="1" allowOverlap="1" wp14:anchorId="2341BFC5" wp14:editId="5C26B51E">
                <wp:simplePos x="0" y="0"/>
                <wp:positionH relativeFrom="column">
                  <wp:posOffset>594360</wp:posOffset>
                </wp:positionH>
                <wp:positionV relativeFrom="paragraph">
                  <wp:posOffset>489585</wp:posOffset>
                </wp:positionV>
                <wp:extent cx="731520" cy="274320"/>
                <wp:effectExtent l="0" t="0" r="0" b="0"/>
                <wp:wrapSquare wrapText="bothSides"/>
                <wp:docPr id="5003448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74320"/>
                        </a:xfrm>
                        <a:prstGeom prst="rect">
                          <a:avLst/>
                        </a:prstGeom>
                        <a:noFill/>
                        <a:ln w="9525">
                          <a:noFill/>
                          <a:miter lim="800000"/>
                          <a:headEnd/>
                          <a:tailEnd/>
                        </a:ln>
                      </wps:spPr>
                      <wps:txbx>
                        <w:txbxContent>
                          <w:p w14:paraId="6F29BA2E" w14:textId="74F3645F" w:rsidR="00DF67C9" w:rsidRPr="00DF67C9" w:rsidRDefault="00DF67C9" w:rsidP="00DF67C9">
                            <w:pPr>
                              <w:rPr>
                                <w:sz w:val="18"/>
                                <w:szCs w:val="18"/>
                              </w:rPr>
                            </w:pPr>
                            <w:r w:rsidRPr="00DF67C9">
                              <w:rPr>
                                <w:sz w:val="18"/>
                                <w:szCs w:val="18"/>
                              </w:rPr>
                              <w:t>To</w:t>
                            </w:r>
                            <w:r>
                              <w:rPr>
                                <w:sz w:val="18"/>
                                <w:szCs w:val="18"/>
                              </w:rPr>
                              <w:t xml:space="preserve"> Sfat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41BFC5" id="_x0000_s1117" type="#_x0000_t202" style="position:absolute;margin-left:46.8pt;margin-top:38.55pt;width:57.6pt;height:21.6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" filled="f" stroked="f">
                <v:textbox>
                  <w:txbxContent>
                    <w:p w14:paraId="6F29BA2E" w14:textId="74F3645F" w:rsidR="00DF67C9" w:rsidRPr="00DF67C9" w:rsidRDefault="00DF67C9" w:rsidP="00DF67C9">
                      <w:pPr>
                        <w:rPr>
                          <w:sz w:val="18"/>
                          <w:szCs w:val="18"/>
                        </w:rPr>
                      </w:pPr>
                      <w:r w:rsidRPr="00DF67C9">
                        <w:rPr>
                          <w:sz w:val="18"/>
                          <w:szCs w:val="18"/>
                        </w:rPr>
                        <w:t>To</w:t>
                      </w:r>
                      <w:r>
                        <w:rPr>
                          <w:sz w:val="18"/>
                          <w:szCs w:val="18"/>
                        </w:rPr>
                        <w:t xml:space="preserve"> </w:t>
                      </w:r>
                      <w:proofErr w:type="spellStart"/>
                      <w:r>
                        <w:rPr>
                          <w:sz w:val="18"/>
                          <w:szCs w:val="18"/>
                        </w:rPr>
                        <w:t>Sfat</w:t>
                      </w:r>
                      <w:proofErr w:type="spellEnd"/>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47328" behindDoc="0" locked="0" layoutInCell="1" allowOverlap="1" wp14:anchorId="395EC421" wp14:editId="6FC16F6F">
                <wp:simplePos x="0" y="0"/>
                <wp:positionH relativeFrom="column">
                  <wp:posOffset>2189480</wp:posOffset>
                </wp:positionH>
                <wp:positionV relativeFrom="paragraph">
                  <wp:posOffset>575945</wp:posOffset>
                </wp:positionV>
                <wp:extent cx="985520" cy="350520"/>
                <wp:effectExtent l="0" t="0" r="0" b="0"/>
                <wp:wrapSquare wrapText="bothSides"/>
                <wp:docPr id="19244349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5520" cy="350520"/>
                        </a:xfrm>
                        <a:prstGeom prst="rect">
                          <a:avLst/>
                        </a:prstGeom>
                        <a:noFill/>
                        <a:ln w="9525">
                          <a:noFill/>
                          <a:miter lim="800000"/>
                          <a:headEnd/>
                          <a:tailEnd/>
                        </a:ln>
                      </wps:spPr>
                      <wps:txbx>
                        <w:txbxContent>
                          <w:p w14:paraId="6AED349C" w14:textId="64FA2C53" w:rsidR="00DF67C9" w:rsidRPr="00DF67C9" w:rsidRDefault="00DF67C9">
                            <w:pPr>
                              <w:rPr>
                                <w:sz w:val="18"/>
                                <w:szCs w:val="18"/>
                              </w:rPr>
                            </w:pPr>
                            <w:r w:rsidRPr="00DF67C9">
                              <w:rPr>
                                <w:sz w:val="18"/>
                                <w:szCs w:val="18"/>
                              </w:rPr>
                              <w:t>To Mt Meron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5EC421" id="_x0000_s1118" type="#_x0000_t202" style="position:absolute;margin-left:172.4pt;margin-top:45.35pt;width:77.6pt;height:27.6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" filled="f" stroked="f">
                <v:textbox>
                  <w:txbxContent>
                    <w:p w14:paraId="6AED349C" w14:textId="64FA2C53" w:rsidR="00DF67C9" w:rsidRPr="00DF67C9" w:rsidRDefault="00DF67C9">
                      <w:pPr>
                        <w:rPr>
                          <w:sz w:val="18"/>
                          <w:szCs w:val="18"/>
                        </w:rPr>
                      </w:pPr>
                      <w:r w:rsidRPr="00DF67C9">
                        <w:rPr>
                          <w:sz w:val="18"/>
                          <w:szCs w:val="18"/>
                        </w:rPr>
                        <w:t>To Mt Meron</w:t>
                      </w:r>
                    </w:p>
                  </w:txbxContent>
                </v:textbox>
                <w10:wrap type="square"/>
              </v:shape>
            </w:pict>
          </mc:Fallback>
        </mc:AlternateContent>
      </w:r>
      <w:r w:rsidR="004A7544" w:rsidRPr="009658F0">
        <w:rPr>
          <w:rFonts w:ascii="Times New Roman" w:eastAsia="Times New Roman" w:hAnsi="Times New Roman" w:cs="Times New Roman"/>
          <w:sz w:val="24"/>
          <w:szCs w:val="24"/>
        </w:rPr>
        <w:br w:type="page"/>
      </w:r>
    </w:p>
    <w:p w14:paraId="56D7E834" w14:textId="19887BD5" w:rsidR="004A7544" w:rsidRPr="009658F0" w:rsidRDefault="004A7544" w:rsidP="006C1960">
      <w:pPr>
        <w:tabs>
          <w:tab w:val="left" w:pos="1904"/>
        </w:tabs>
        <w:spacing w:line="360" w:lineRule="auto"/>
        <w:rPr>
          <w:rFonts w:ascii="Times New Roman" w:eastAsia="Times New Roman" w:hAnsi="Times New Roman" w:cs="Times New Roman"/>
          <w:sz w:val="24"/>
          <w:szCs w:val="24"/>
        </w:rPr>
      </w:pPr>
      <w:r w:rsidRPr="009F092C">
        <w:rPr>
          <w:rFonts w:ascii="Times New Roman" w:eastAsia="Times New Roman" w:hAnsi="Times New Roman" w:cs="Times New Roman"/>
          <w:sz w:val="24"/>
          <w:szCs w:val="24"/>
          <w:highlight w:val="yellow"/>
        </w:rPr>
        <w:lastRenderedPageBreak/>
        <w:t>EDITH PAGE 55</w:t>
      </w:r>
    </w:p>
    <w:p w14:paraId="32242A50" w14:textId="61C41679" w:rsidR="004A7544" w:rsidRPr="009658F0" w:rsidRDefault="00DE0E82" w:rsidP="006C1960">
      <w:pPr>
        <w:tabs>
          <w:tab w:val="left" w:pos="1904"/>
        </w:tabs>
        <w:spacing w:line="360" w:lineRule="auto"/>
        <w:rPr>
          <w:rFonts w:ascii="Times New Roman" w:eastAsia="Times New Roman" w:hAnsi="Times New Roman" w:cs="Times New Roman"/>
          <w:noProof/>
          <w:sz w:val="24"/>
          <w:szCs w:val="24"/>
        </w:rPr>
      </w:pPr>
      <w:r w:rsidRPr="009658F0">
        <w:rPr>
          <w:rFonts w:ascii="Times New Roman" w:eastAsia="Times New Roman" w:hAnsi="Times New Roman" w:cs="Times New Roman"/>
          <w:noProof/>
          <w:sz w:val="24"/>
          <w:szCs w:val="24"/>
        </w:rPr>
        <w:drawing>
          <wp:anchor distT="0" distB="0" distL="114300" distR="114300" simplePos="0" relativeHeight="251754496" behindDoc="1" locked="0" layoutInCell="1" allowOverlap="1" wp14:anchorId="36615260" wp14:editId="4C5FF144">
            <wp:simplePos x="0" y="0"/>
            <wp:positionH relativeFrom="column">
              <wp:posOffset>0</wp:posOffset>
            </wp:positionH>
            <wp:positionV relativeFrom="page">
              <wp:posOffset>1244600</wp:posOffset>
            </wp:positionV>
            <wp:extent cx="4015740" cy="5585460"/>
            <wp:effectExtent l="0" t="0" r="3810" b="0"/>
            <wp:wrapNone/>
            <wp:docPr id="127664060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640606" name="Picture 1276640606"/>
                    <pic:cNvPicPr/>
                  </pic:nvPicPr>
                  <pic:blipFill>
                    <a:blip r:embed="rId25"/>
                    <a:stretch>
                      <a:fillRect/>
                    </a:stretch>
                  </pic:blipFill>
                  <pic:spPr>
                    <a:xfrm>
                      <a:off x="0" y="0"/>
                      <a:ext cx="4015740" cy="5585460"/>
                    </a:xfrm>
                    <a:prstGeom prst="rect">
                      <a:avLst/>
                    </a:prstGeom>
                  </pic:spPr>
                </pic:pic>
              </a:graphicData>
            </a:graphic>
          </wp:anchor>
        </w:drawing>
      </w:r>
    </w:p>
    <w:p w14:paraId="0FC48B56" w14:textId="7830FD6B" w:rsidR="00DE0E82" w:rsidRPr="009658F0" w:rsidRDefault="00DE0E82" w:rsidP="006C1960">
      <w:pPr>
        <w:spacing w:line="360" w:lineRule="auto"/>
        <w:rPr>
          <w:rFonts w:ascii="Times New Roman" w:eastAsia="Times New Roman" w:hAnsi="Times New Roman" w:cs="Times New Roman"/>
          <w:sz w:val="24"/>
          <w:szCs w:val="24"/>
        </w:rPr>
      </w:pPr>
    </w:p>
    <w:p w14:paraId="743FDC21" w14:textId="462F7E4E" w:rsidR="00DE0E82" w:rsidRPr="009658F0" w:rsidRDefault="0046709D"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56544" behindDoc="0" locked="0" layoutInCell="1" allowOverlap="1" wp14:anchorId="1D8D8CB6" wp14:editId="07231A7A">
                <wp:simplePos x="0" y="0"/>
                <wp:positionH relativeFrom="column">
                  <wp:posOffset>838200</wp:posOffset>
                </wp:positionH>
                <wp:positionV relativeFrom="paragraph">
                  <wp:posOffset>233680</wp:posOffset>
                </wp:positionV>
                <wp:extent cx="680720" cy="325120"/>
                <wp:effectExtent l="0" t="0" r="0" b="0"/>
                <wp:wrapSquare wrapText="bothSides"/>
                <wp:docPr id="2002245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 cy="325120"/>
                        </a:xfrm>
                        <a:prstGeom prst="rect">
                          <a:avLst/>
                        </a:prstGeom>
                        <a:noFill/>
                        <a:ln w="9525">
                          <a:noFill/>
                          <a:miter lim="800000"/>
                          <a:headEnd/>
                          <a:tailEnd/>
                        </a:ln>
                      </wps:spPr>
                      <wps:txbx>
                        <w:txbxContent>
                          <w:p w14:paraId="35FDFBCA" w14:textId="1BB64C21" w:rsidR="00DF67C9" w:rsidRPr="0046709D" w:rsidRDefault="0046709D">
                            <w:pPr>
                              <w:rPr>
                                <w:sz w:val="18"/>
                                <w:szCs w:val="18"/>
                                <w:lang w:val="en-GB"/>
                              </w:rPr>
                            </w:pPr>
                            <w:r w:rsidRPr="0046709D">
                              <w:rPr>
                                <w:sz w:val="18"/>
                                <w:szCs w:val="18"/>
                                <w:lang w:val="en-GB"/>
                              </w:rPr>
                              <w:t>FSH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8D8CB6" id="_x0000_s1119" type="#_x0000_t202" style="position:absolute;margin-left:66pt;margin-top:18.4pt;width:53.6pt;height:25.6pt;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" filled="f" stroked="f">
                <v:textbox>
                  <w:txbxContent>
                    <w:p w14:paraId="35FDFBCA" w14:textId="1BB64C21" w:rsidR="00DF67C9" w:rsidRPr="0046709D" w:rsidRDefault="0046709D">
                      <w:pPr>
                        <w:rPr>
                          <w:sz w:val="18"/>
                          <w:szCs w:val="18"/>
                          <w:lang w:val="en-GB"/>
                        </w:rPr>
                      </w:pPr>
                      <w:r w:rsidRPr="0046709D">
                        <w:rPr>
                          <w:sz w:val="18"/>
                          <w:szCs w:val="18"/>
                          <w:lang w:val="en-GB"/>
                        </w:rPr>
                        <w:t>FSH</w:t>
                      </w:r>
                    </w:p>
                  </w:txbxContent>
                </v:textbox>
                <w10:wrap type="square"/>
              </v:shape>
            </w:pict>
          </mc:Fallback>
        </mc:AlternateContent>
      </w:r>
    </w:p>
    <w:p w14:paraId="27DBC015" w14:textId="17E855EC" w:rsidR="00DE0E82" w:rsidRPr="009658F0" w:rsidRDefault="00DE0E82" w:rsidP="006C1960">
      <w:pPr>
        <w:spacing w:line="360" w:lineRule="auto"/>
        <w:rPr>
          <w:rFonts w:ascii="Times New Roman" w:eastAsia="Times New Roman" w:hAnsi="Times New Roman" w:cs="Times New Roman"/>
          <w:sz w:val="24"/>
          <w:szCs w:val="24"/>
        </w:rPr>
      </w:pPr>
    </w:p>
    <w:p w14:paraId="1831CED9" w14:textId="1AC44B9A" w:rsidR="00DE0E82" w:rsidRPr="009658F0" w:rsidRDefault="00DE0E82" w:rsidP="006C1960">
      <w:pPr>
        <w:spacing w:line="360" w:lineRule="auto"/>
        <w:rPr>
          <w:rFonts w:ascii="Times New Roman" w:eastAsia="Times New Roman" w:hAnsi="Times New Roman" w:cs="Times New Roman"/>
          <w:noProof/>
          <w:sz w:val="24"/>
          <w:szCs w:val="24"/>
        </w:rPr>
      </w:pPr>
    </w:p>
    <w:p w14:paraId="25EA2B2D" w14:textId="281D6319" w:rsidR="00DE0E82" w:rsidRPr="009658F0" w:rsidRDefault="0046709D" w:rsidP="006C1960">
      <w:pPr>
        <w:tabs>
          <w:tab w:val="left" w:pos="2744"/>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58592" behindDoc="0" locked="0" layoutInCell="1" allowOverlap="1" wp14:anchorId="54D527DE" wp14:editId="127CF4F2">
                <wp:simplePos x="0" y="0"/>
                <wp:positionH relativeFrom="column">
                  <wp:posOffset>1965960</wp:posOffset>
                </wp:positionH>
                <wp:positionV relativeFrom="paragraph">
                  <wp:posOffset>76200</wp:posOffset>
                </wp:positionV>
                <wp:extent cx="680720" cy="325120"/>
                <wp:effectExtent l="0" t="0" r="0" b="0"/>
                <wp:wrapSquare wrapText="bothSides"/>
                <wp:docPr id="1845177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 cy="325120"/>
                        </a:xfrm>
                        <a:prstGeom prst="rect">
                          <a:avLst/>
                        </a:prstGeom>
                        <a:noFill/>
                        <a:ln w="9525">
                          <a:noFill/>
                          <a:miter lim="800000"/>
                          <a:headEnd/>
                          <a:tailEnd/>
                        </a:ln>
                      </wps:spPr>
                      <wps:txbx>
                        <w:txbxContent>
                          <w:p w14:paraId="636E8999" w14:textId="0F01DB33" w:rsidR="0046709D" w:rsidRPr="0046709D" w:rsidRDefault="0046709D" w:rsidP="0046709D">
                            <w:pPr>
                              <w:rPr>
                                <w:sz w:val="18"/>
                                <w:szCs w:val="18"/>
                                <w:lang w:val="en-GB"/>
                              </w:rPr>
                            </w:pPr>
                            <w:r>
                              <w:rPr>
                                <w:sz w:val="18"/>
                                <w:szCs w:val="18"/>
                                <w:lang w:val="en-GB"/>
                              </w:rPr>
                              <w:t>Sfat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D527DE" id="_x0000_s1120" type="#_x0000_t202" style="position:absolute;margin-left:154.8pt;margin-top:6pt;width:53.6pt;height:25.6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" filled="f" stroked="f">
                <v:textbox>
                  <w:txbxContent>
                    <w:p w14:paraId="636E8999" w14:textId="0F01DB33" w:rsidR="0046709D" w:rsidRPr="0046709D" w:rsidRDefault="0046709D" w:rsidP="0046709D">
                      <w:pPr>
                        <w:rPr>
                          <w:sz w:val="18"/>
                          <w:szCs w:val="18"/>
                          <w:lang w:val="en-GB"/>
                        </w:rPr>
                      </w:pPr>
                      <w:proofErr w:type="spellStart"/>
                      <w:r>
                        <w:rPr>
                          <w:sz w:val="18"/>
                          <w:szCs w:val="18"/>
                          <w:lang w:val="en-GB"/>
                        </w:rPr>
                        <w:t>Sfat</w:t>
                      </w:r>
                      <w:proofErr w:type="spellEnd"/>
                    </w:p>
                  </w:txbxContent>
                </v:textbox>
                <w10:wrap type="square"/>
              </v:shape>
            </w:pict>
          </mc:Fallback>
        </mc:AlternateContent>
      </w:r>
      <w:r w:rsidR="00DE0E82" w:rsidRPr="009658F0">
        <w:rPr>
          <w:rFonts w:ascii="Times New Roman" w:eastAsia="Times New Roman" w:hAnsi="Times New Roman" w:cs="Times New Roman"/>
          <w:sz w:val="24"/>
          <w:szCs w:val="24"/>
        </w:rPr>
        <w:tab/>
      </w:r>
    </w:p>
    <w:p w14:paraId="07AA4EAC" w14:textId="10B4FE8B" w:rsidR="00DE0E82" w:rsidRPr="009658F0" w:rsidRDefault="0046709D"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64736" behindDoc="0" locked="0" layoutInCell="1" allowOverlap="1" wp14:anchorId="0A95C1B0" wp14:editId="2D508168">
                <wp:simplePos x="0" y="0"/>
                <wp:positionH relativeFrom="column">
                  <wp:posOffset>1935480</wp:posOffset>
                </wp:positionH>
                <wp:positionV relativeFrom="paragraph">
                  <wp:posOffset>2805430</wp:posOffset>
                </wp:positionV>
                <wp:extent cx="711200" cy="528320"/>
                <wp:effectExtent l="0" t="0" r="0" b="5080"/>
                <wp:wrapThrough wrapText="bothSides">
                  <wp:wrapPolygon edited="0">
                    <wp:start x="1736" y="0"/>
                    <wp:lineTo x="1736" y="21029"/>
                    <wp:lineTo x="19671" y="21029"/>
                    <wp:lineTo x="19671" y="0"/>
                    <wp:lineTo x="1736" y="0"/>
                  </wp:wrapPolygon>
                </wp:wrapThrough>
                <wp:docPr id="1334236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0" cy="528320"/>
                        </a:xfrm>
                        <a:prstGeom prst="rect">
                          <a:avLst/>
                        </a:prstGeom>
                        <a:noFill/>
                        <a:ln w="9525">
                          <a:noFill/>
                          <a:miter lim="800000"/>
                          <a:headEnd/>
                          <a:tailEnd/>
                        </a:ln>
                      </wps:spPr>
                      <wps:txbx>
                        <w:txbxContent>
                          <w:p w14:paraId="12A27832" w14:textId="15FA9E77" w:rsidR="0046709D" w:rsidRDefault="0046709D" w:rsidP="0046709D">
                            <w:pPr>
                              <w:rPr>
                                <w:sz w:val="18"/>
                                <w:szCs w:val="18"/>
                                <w:lang w:val="en-GB"/>
                              </w:rPr>
                            </w:pPr>
                            <w:r>
                              <w:rPr>
                                <w:sz w:val="18"/>
                                <w:szCs w:val="18"/>
                                <w:lang w:val="en-GB"/>
                              </w:rPr>
                              <w:t>Moshav</w:t>
                            </w:r>
                          </w:p>
                          <w:p w14:paraId="2BF1B85A" w14:textId="1ED65545" w:rsidR="0046709D" w:rsidRPr="0046709D" w:rsidRDefault="0046709D" w:rsidP="0046709D">
                            <w:pPr>
                              <w:rPr>
                                <w:sz w:val="18"/>
                                <w:szCs w:val="18"/>
                                <w:lang w:val="en-GB"/>
                              </w:rPr>
                            </w:pPr>
                            <w:r>
                              <w:rPr>
                                <w:sz w:val="18"/>
                                <w:szCs w:val="18"/>
                                <w:lang w:val="en-GB"/>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95C1B0" id="_x0000_s1121" type="#_x0000_t202" style="position:absolute;margin-left:152.4pt;margin-top:220.9pt;width:56pt;height:41.6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" filled="f" stroked="f">
                <v:textbox>
                  <w:txbxContent>
                    <w:p w14:paraId="12A27832" w14:textId="15FA9E77" w:rsidR="0046709D" w:rsidRDefault="0046709D" w:rsidP="0046709D">
                      <w:pPr>
                        <w:rPr>
                          <w:sz w:val="18"/>
                          <w:szCs w:val="18"/>
                          <w:lang w:val="en-GB"/>
                        </w:rPr>
                      </w:pPr>
                      <w:r>
                        <w:rPr>
                          <w:sz w:val="18"/>
                          <w:szCs w:val="18"/>
                          <w:lang w:val="en-GB"/>
                        </w:rPr>
                        <w:t>M</w:t>
                      </w:r>
                      <w:r>
                        <w:rPr>
                          <w:sz w:val="18"/>
                          <w:szCs w:val="18"/>
                          <w:lang w:val="en-GB"/>
                        </w:rPr>
                        <w:t>oshav</w:t>
                      </w:r>
                    </w:p>
                    <w:p w14:paraId="2BF1B85A" w14:textId="1ED65545" w:rsidR="0046709D" w:rsidRPr="0046709D" w:rsidRDefault="0046709D" w:rsidP="0046709D">
                      <w:pPr>
                        <w:rPr>
                          <w:sz w:val="18"/>
                          <w:szCs w:val="18"/>
                          <w:lang w:val="en-GB"/>
                        </w:rPr>
                      </w:pPr>
                      <w:r>
                        <w:rPr>
                          <w:sz w:val="18"/>
                          <w:szCs w:val="18"/>
                          <w:lang w:val="en-GB"/>
                        </w:rPr>
                        <w:t>(G)</w:t>
                      </w:r>
                    </w:p>
                  </w:txbxContent>
                </v:textbox>
                <w10:wrap type="through"/>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62688" behindDoc="0" locked="0" layoutInCell="1" allowOverlap="1" wp14:anchorId="44DBFBAD" wp14:editId="4A45BF20">
                <wp:simplePos x="0" y="0"/>
                <wp:positionH relativeFrom="column">
                  <wp:posOffset>2245360</wp:posOffset>
                </wp:positionH>
                <wp:positionV relativeFrom="paragraph">
                  <wp:posOffset>2317750</wp:posOffset>
                </wp:positionV>
                <wp:extent cx="711200" cy="279400"/>
                <wp:effectExtent l="0" t="0" r="0" b="6350"/>
                <wp:wrapThrough wrapText="bothSides">
                  <wp:wrapPolygon edited="0">
                    <wp:start x="1736" y="0"/>
                    <wp:lineTo x="1736" y="20618"/>
                    <wp:lineTo x="19671" y="20618"/>
                    <wp:lineTo x="19671" y="0"/>
                    <wp:lineTo x="1736" y="0"/>
                  </wp:wrapPolygon>
                </wp:wrapThrough>
                <wp:docPr id="196407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0" cy="279400"/>
                        </a:xfrm>
                        <a:prstGeom prst="rect">
                          <a:avLst/>
                        </a:prstGeom>
                        <a:noFill/>
                        <a:ln w="9525">
                          <a:noFill/>
                          <a:miter lim="800000"/>
                          <a:headEnd/>
                          <a:tailEnd/>
                        </a:ln>
                      </wps:spPr>
                      <wps:txbx>
                        <w:txbxContent>
                          <w:p w14:paraId="3EAFFED8" w14:textId="4D07C4DE" w:rsidR="0046709D" w:rsidRPr="0046709D" w:rsidRDefault="0046709D" w:rsidP="0046709D">
                            <w:pPr>
                              <w:rPr>
                                <w:sz w:val="18"/>
                                <w:szCs w:val="18"/>
                                <w:lang w:val="en-GB"/>
                              </w:rPr>
                            </w:pPr>
                            <w:r>
                              <w:rPr>
                                <w:sz w:val="18"/>
                                <w:szCs w:val="18"/>
                                <w:lang w:val="en-GB"/>
                              </w:rPr>
                              <w:t>Mt Meron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BFBAD" id="_x0000_s1122" type="#_x0000_t202" style="position:absolute;margin-left:176.8pt;margin-top:182.5pt;width:56pt;height:22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" filled="f" stroked="f">
                <v:textbox>
                  <w:txbxContent>
                    <w:p w14:paraId="3EAFFED8" w14:textId="4D07C4DE" w:rsidR="0046709D" w:rsidRPr="0046709D" w:rsidRDefault="0046709D" w:rsidP="0046709D">
                      <w:pPr>
                        <w:rPr>
                          <w:sz w:val="18"/>
                          <w:szCs w:val="18"/>
                          <w:lang w:val="en-GB"/>
                        </w:rPr>
                      </w:pPr>
                      <w:r>
                        <w:rPr>
                          <w:sz w:val="18"/>
                          <w:szCs w:val="18"/>
                          <w:lang w:val="en-GB"/>
                        </w:rPr>
                        <w:t>Mt Meron</w:t>
                      </w:r>
                    </w:p>
                  </w:txbxContent>
                </v:textbox>
                <w10:wrap type="through"/>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60640" behindDoc="0" locked="0" layoutInCell="1" allowOverlap="1" wp14:anchorId="68BED2EA" wp14:editId="3852D1C3">
                <wp:simplePos x="0" y="0"/>
                <wp:positionH relativeFrom="column">
                  <wp:posOffset>2052320</wp:posOffset>
                </wp:positionH>
                <wp:positionV relativeFrom="paragraph">
                  <wp:posOffset>1885950</wp:posOffset>
                </wp:positionV>
                <wp:extent cx="401320" cy="279400"/>
                <wp:effectExtent l="0" t="0" r="0" b="6350"/>
                <wp:wrapThrough wrapText="bothSides">
                  <wp:wrapPolygon edited="0">
                    <wp:start x="3076" y="0"/>
                    <wp:lineTo x="3076" y="20618"/>
                    <wp:lineTo x="18456" y="20618"/>
                    <wp:lineTo x="18456" y="0"/>
                    <wp:lineTo x="3076" y="0"/>
                  </wp:wrapPolygon>
                </wp:wrapThrough>
                <wp:docPr id="16841514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279400"/>
                        </a:xfrm>
                        <a:prstGeom prst="rect">
                          <a:avLst/>
                        </a:prstGeom>
                        <a:noFill/>
                        <a:ln w="9525">
                          <a:noFill/>
                          <a:miter lim="800000"/>
                          <a:headEnd/>
                          <a:tailEnd/>
                        </a:ln>
                      </wps:spPr>
                      <wps:txbx>
                        <w:txbxContent>
                          <w:p w14:paraId="48AB9D06" w14:textId="3D8B81F3" w:rsidR="0046709D" w:rsidRPr="0046709D" w:rsidRDefault="0046709D" w:rsidP="0046709D">
                            <w:pPr>
                              <w:rPr>
                                <w:sz w:val="18"/>
                                <w:szCs w:val="18"/>
                                <w:lang w:val="en-GB"/>
                              </w:rPr>
                            </w:pPr>
                            <w:r w:rsidRPr="0046709D">
                              <w:rPr>
                                <w:sz w:val="18"/>
                                <w:szCs w:val="18"/>
                                <w:lang w:val="en-GB"/>
                              </w:rPr>
                              <w:t>F</w:t>
                            </w:r>
                            <w:r>
                              <w:rPr>
                                <w:sz w:val="18"/>
                                <w:szCs w:val="18"/>
                                <w:lang w:val="en-GB"/>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BED2EA" id="_x0000_s1123" type="#_x0000_t202" style="position:absolute;margin-left:161.6pt;margin-top:148.5pt;width:31.6pt;height:22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" filled="f" stroked="f">
                <v:textbox>
                  <w:txbxContent>
                    <w:p w14:paraId="48AB9D06" w14:textId="3D8B81F3" w:rsidR="0046709D" w:rsidRPr="0046709D" w:rsidRDefault="0046709D" w:rsidP="0046709D">
                      <w:pPr>
                        <w:rPr>
                          <w:sz w:val="18"/>
                          <w:szCs w:val="18"/>
                          <w:lang w:val="en-GB"/>
                        </w:rPr>
                      </w:pPr>
                      <w:r w:rsidRPr="0046709D">
                        <w:rPr>
                          <w:sz w:val="18"/>
                          <w:szCs w:val="18"/>
                          <w:lang w:val="en-GB"/>
                        </w:rPr>
                        <w:t>F</w:t>
                      </w:r>
                      <w:r>
                        <w:rPr>
                          <w:sz w:val="18"/>
                          <w:szCs w:val="18"/>
                          <w:lang w:val="en-GB"/>
                        </w:rPr>
                        <w:t>S</w:t>
                      </w:r>
                    </w:p>
                  </w:txbxContent>
                </v:textbox>
                <w10:wrap type="through"/>
              </v:shape>
            </w:pict>
          </mc:Fallback>
        </mc:AlternateContent>
      </w:r>
      <w:r w:rsidR="00DE0E82" w:rsidRPr="009658F0">
        <w:rPr>
          <w:rFonts w:ascii="Times New Roman" w:eastAsia="Times New Roman" w:hAnsi="Times New Roman" w:cs="Times New Roman"/>
          <w:sz w:val="24"/>
          <w:szCs w:val="24"/>
        </w:rPr>
        <w:br w:type="page"/>
      </w:r>
    </w:p>
    <w:p w14:paraId="08777CAB" w14:textId="341D022C" w:rsidR="00DE0E82" w:rsidRPr="009658F0" w:rsidRDefault="00DE0E82" w:rsidP="006C1960">
      <w:pPr>
        <w:tabs>
          <w:tab w:val="left" w:pos="2744"/>
        </w:tabs>
        <w:spacing w:line="360" w:lineRule="auto"/>
        <w:rPr>
          <w:rFonts w:ascii="Times New Roman" w:eastAsia="Times New Roman" w:hAnsi="Times New Roman" w:cs="Times New Roman"/>
          <w:sz w:val="24"/>
          <w:szCs w:val="24"/>
        </w:rPr>
      </w:pPr>
      <w:r w:rsidRPr="009F092C">
        <w:rPr>
          <w:rFonts w:ascii="Times New Roman" w:eastAsia="Times New Roman" w:hAnsi="Times New Roman" w:cs="Times New Roman"/>
          <w:sz w:val="24"/>
          <w:szCs w:val="24"/>
          <w:highlight w:val="yellow"/>
        </w:rPr>
        <w:lastRenderedPageBreak/>
        <w:t>EDITH PAGE 58</w:t>
      </w:r>
    </w:p>
    <w:p w14:paraId="25014952" w14:textId="410752A8" w:rsidR="00DE0E82" w:rsidRPr="009658F0" w:rsidRDefault="00737919" w:rsidP="006C1960">
      <w:pPr>
        <w:tabs>
          <w:tab w:val="left" w:pos="2744"/>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(58) Went on to tent camp beyond; young Moroccan family, </w:t>
      </w:r>
      <w:proofErr w:type="spellStart"/>
      <w:r w:rsidRPr="009658F0">
        <w:rPr>
          <w:rFonts w:ascii="Times New Roman" w:eastAsia="Times New Roman" w:hAnsi="Times New Roman" w:cs="Times New Roman"/>
          <w:sz w:val="24"/>
          <w:szCs w:val="24"/>
        </w:rPr>
        <w:t>y</w:t>
      </w:r>
      <w:proofErr w:type="spellEnd"/>
      <w:r w:rsidRPr="009658F0">
        <w:rPr>
          <w:rFonts w:ascii="Times New Roman" w:eastAsia="Times New Roman" w:hAnsi="Times New Roman" w:cs="Times New Roman"/>
          <w:sz w:val="24"/>
          <w:szCs w:val="24"/>
        </w:rPr>
        <w:t xml:space="preserve"> father w tiny boy; m (fair). They complained </w:t>
      </w:r>
      <w:proofErr w:type="spellStart"/>
      <w:r w:rsidRPr="009658F0">
        <w:rPr>
          <w:rFonts w:ascii="Times New Roman" w:eastAsia="Times New Roman" w:hAnsi="Times New Roman" w:cs="Times New Roman"/>
          <w:sz w:val="24"/>
          <w:szCs w:val="24"/>
        </w:rPr>
        <w:t>abt</w:t>
      </w:r>
      <w:proofErr w:type="spellEnd"/>
      <w:r w:rsidRPr="009658F0">
        <w:rPr>
          <w:rFonts w:ascii="Times New Roman" w:eastAsia="Times New Roman" w:hAnsi="Times New Roman" w:cs="Times New Roman"/>
          <w:sz w:val="24"/>
          <w:szCs w:val="24"/>
        </w:rPr>
        <w:t xml:space="preserve"> Haredim. Offered us sheep lung. Showed us </w:t>
      </w:r>
      <w:proofErr w:type="gramStart"/>
      <w:r w:rsidRPr="009658F0">
        <w:rPr>
          <w:rFonts w:ascii="Times New Roman" w:eastAsia="Times New Roman" w:hAnsi="Times New Roman" w:cs="Times New Roman"/>
          <w:sz w:val="24"/>
          <w:szCs w:val="24"/>
        </w:rPr>
        <w:t>pair</w:t>
      </w:r>
      <w:proofErr w:type="gramEnd"/>
      <w:r w:rsidRPr="009658F0">
        <w:rPr>
          <w:rFonts w:ascii="Times New Roman" w:eastAsia="Times New Roman" w:hAnsi="Times New Roman" w:cs="Times New Roman"/>
          <w:sz w:val="24"/>
          <w:szCs w:val="24"/>
        </w:rPr>
        <w:t xml:space="preserve"> of legs of mutton in cooler. Offered salad. “Hasidim mean, charge a lot for blessings. We are [whited out] “gentiles” not observant. Yet we are observant. Not fair etc. A grp of Hasidim came by behind (nr his car). He stopped them + asked them to stay + talk. They said (young Hasidim 20-25) “they were too young to read or understand Zohar”. Then they told the company stories of Bar </w:t>
      </w:r>
      <w:proofErr w:type="spellStart"/>
      <w:r w:rsidRPr="009658F0">
        <w:rPr>
          <w:rFonts w:ascii="Times New Roman" w:eastAsia="Times New Roman" w:hAnsi="Times New Roman" w:cs="Times New Roman"/>
          <w:sz w:val="24"/>
          <w:szCs w:val="24"/>
        </w:rPr>
        <w:t>Yohai</w:t>
      </w:r>
      <w:proofErr w:type="spellEnd"/>
      <w:r w:rsidRPr="009658F0">
        <w:rPr>
          <w:rFonts w:ascii="Times New Roman" w:eastAsia="Times New Roman" w:hAnsi="Times New Roman" w:cs="Times New Roman"/>
          <w:sz w:val="24"/>
          <w:szCs w:val="24"/>
        </w:rPr>
        <w:t xml:space="preserve"> + of his death (the serpent tale: *ask </w:t>
      </w:r>
      <w:commentRangeStart w:id="38"/>
      <w:r w:rsidRPr="009658F0">
        <w:rPr>
          <w:rFonts w:ascii="Times New Roman" w:eastAsia="Times New Roman" w:hAnsi="Times New Roman" w:cs="Times New Roman"/>
          <w:sz w:val="24"/>
          <w:szCs w:val="24"/>
        </w:rPr>
        <w:t>Yoram</w:t>
      </w:r>
      <w:commentRangeEnd w:id="38"/>
      <w:r w:rsidR="000A05D7" w:rsidRPr="009658F0">
        <w:rPr>
          <w:rStyle w:val="CommentReference"/>
          <w:rFonts w:ascii="Times New Roman" w:hAnsi="Times New Roman" w:cs="Times New Roman"/>
        </w:rPr>
        <w:commentReference w:id="38"/>
      </w:r>
      <w:r w:rsidRPr="009658F0">
        <w:rPr>
          <w:rFonts w:ascii="Times New Roman" w:eastAsia="Times New Roman" w:hAnsi="Times New Roman" w:cs="Times New Roman"/>
          <w:sz w:val="24"/>
          <w:szCs w:val="24"/>
        </w:rPr>
        <w:t xml:space="preserve">). </w:t>
      </w:r>
    </w:p>
    <w:p w14:paraId="5FE6C70F" w14:textId="65C9D7DE" w:rsidR="00737919" w:rsidRPr="009658F0" w:rsidRDefault="00737919" w:rsidP="006C1960">
      <w:pPr>
        <w:tabs>
          <w:tab w:val="left" w:pos="2744"/>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Went back v late. 3.30 am. Went to Field Sch.</w:t>
      </w:r>
    </w:p>
    <w:p w14:paraId="0CF021AE" w14:textId="7348CE40" w:rsidR="00132423" w:rsidRPr="009658F0" w:rsidRDefault="00132423"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4B1D5660" w14:textId="294628EE" w:rsidR="00132423" w:rsidRPr="009658F0" w:rsidRDefault="00132423" w:rsidP="006C1960">
      <w:pPr>
        <w:tabs>
          <w:tab w:val="left" w:pos="2744"/>
        </w:tabs>
        <w:spacing w:line="360" w:lineRule="auto"/>
        <w:rPr>
          <w:rFonts w:ascii="Times New Roman" w:eastAsia="Times New Roman" w:hAnsi="Times New Roman" w:cs="Times New Roman"/>
          <w:sz w:val="24"/>
          <w:szCs w:val="24"/>
        </w:rPr>
      </w:pPr>
      <w:r w:rsidRPr="009F092C">
        <w:rPr>
          <w:rFonts w:ascii="Times New Roman" w:eastAsia="Times New Roman" w:hAnsi="Times New Roman" w:cs="Times New Roman"/>
          <w:sz w:val="24"/>
          <w:szCs w:val="24"/>
          <w:highlight w:val="yellow"/>
        </w:rPr>
        <w:lastRenderedPageBreak/>
        <w:t>EDITH PAGE 59</w:t>
      </w:r>
    </w:p>
    <w:p w14:paraId="3936026F" w14:textId="637CFC7C" w:rsidR="00132423" w:rsidRPr="009658F0" w:rsidRDefault="00533F4D" w:rsidP="006C1960">
      <w:pPr>
        <w:tabs>
          <w:tab w:val="left" w:pos="2744"/>
        </w:tabs>
        <w:spacing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(59)</w:t>
      </w:r>
    </w:p>
    <w:p w14:paraId="0A51C327" w14:textId="1D4A6FA9" w:rsidR="00533F4D" w:rsidRPr="009658F0" w:rsidRDefault="00533F4D" w:rsidP="006C1960">
      <w:pPr>
        <w:tabs>
          <w:tab w:val="left" w:pos="2744"/>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May 1</w:t>
      </w:r>
      <w:r w:rsidRPr="009658F0">
        <w:rPr>
          <w:rFonts w:ascii="Times New Roman" w:eastAsia="Times New Roman" w:hAnsi="Times New Roman" w:cs="Times New Roman"/>
          <w:sz w:val="24"/>
          <w:szCs w:val="24"/>
          <w:vertAlign w:val="superscript"/>
        </w:rPr>
        <w:t>st</w:t>
      </w:r>
      <w:r w:rsidRPr="009658F0">
        <w:rPr>
          <w:rFonts w:ascii="Times New Roman" w:eastAsia="Times New Roman" w:hAnsi="Times New Roman" w:cs="Times New Roman"/>
          <w:sz w:val="24"/>
          <w:szCs w:val="24"/>
        </w:rPr>
        <w:t xml:space="preserve">. At shrine at </w:t>
      </w:r>
      <w:r w:rsidRPr="009658F0">
        <w:rPr>
          <w:rFonts w:ascii="Times New Roman" w:eastAsia="Times New Roman" w:hAnsi="Times New Roman" w:cs="Times New Roman"/>
          <w:strike/>
          <w:sz w:val="24"/>
          <w:szCs w:val="24"/>
        </w:rPr>
        <w:t>10 am</w:t>
      </w:r>
      <w:r w:rsidRPr="009658F0">
        <w:rPr>
          <w:rFonts w:ascii="Times New Roman" w:eastAsia="Times New Roman" w:hAnsi="Times New Roman" w:cs="Times New Roman"/>
          <w:sz w:val="24"/>
          <w:szCs w:val="24"/>
        </w:rPr>
        <w:t xml:space="preserve"> 10:30. </w:t>
      </w:r>
      <w:r w:rsidR="00005514" w:rsidRPr="009658F0">
        <w:rPr>
          <w:rFonts w:ascii="Times New Roman" w:eastAsia="Times New Roman" w:hAnsi="Times New Roman" w:cs="Times New Roman"/>
          <w:sz w:val="24"/>
          <w:szCs w:val="24"/>
        </w:rPr>
        <w:t xml:space="preserve">Extremely crowded. Went up with </w:t>
      </w:r>
      <w:commentRangeStart w:id="39"/>
      <w:r w:rsidR="00005514" w:rsidRPr="009658F0">
        <w:rPr>
          <w:rFonts w:ascii="Times New Roman" w:eastAsia="Times New Roman" w:hAnsi="Times New Roman" w:cs="Times New Roman"/>
          <w:sz w:val="24"/>
          <w:szCs w:val="24"/>
        </w:rPr>
        <w:t xml:space="preserve">Henry </w:t>
      </w:r>
      <w:commentRangeEnd w:id="39"/>
      <w:r w:rsidR="0064527C" w:rsidRPr="009658F0">
        <w:rPr>
          <w:rStyle w:val="CommentReference"/>
          <w:rFonts w:ascii="Times New Roman" w:hAnsi="Times New Roman" w:cs="Times New Roman"/>
          <w:sz w:val="24"/>
          <w:szCs w:val="24"/>
        </w:rPr>
        <w:commentReference w:id="39"/>
      </w:r>
      <w:r w:rsidR="00005514" w:rsidRPr="009658F0">
        <w:rPr>
          <w:rFonts w:ascii="Times New Roman" w:eastAsia="Times New Roman" w:hAnsi="Times New Roman" w:cs="Times New Roman"/>
          <w:sz w:val="24"/>
          <w:szCs w:val="24"/>
        </w:rPr>
        <w:t>Abramovitch. Hair cutting going on in [? Illegible] court on left, Hasid men. Kids of 3 on shoulders. Girls?! V. long hair, done up in pretty bands. Pink pretty faces. But trousers. Boys. Hasidim many old w white beards; dances in slow circles sometimes. From roof:</w:t>
      </w:r>
    </w:p>
    <w:p w14:paraId="6476ECF4" w14:textId="371B390D" w:rsidR="00005514" w:rsidRPr="009658F0" w:rsidRDefault="00005514" w:rsidP="006C1960">
      <w:pPr>
        <w:tabs>
          <w:tab w:val="left" w:pos="2744"/>
        </w:tabs>
        <w:spacing w:line="360" w:lineRule="auto"/>
        <w:rPr>
          <w:rFonts w:ascii="Times New Roman" w:eastAsia="Times New Roman" w:hAnsi="Times New Roman" w:cs="Times New Roman"/>
          <w:sz w:val="24"/>
          <w:szCs w:val="24"/>
        </w:rPr>
      </w:pPr>
    </w:p>
    <w:p w14:paraId="162D2E8B" w14:textId="6224B5A3" w:rsidR="00005514" w:rsidRPr="009658F0" w:rsidRDefault="00005514" w:rsidP="006C1960">
      <w:pPr>
        <w:tabs>
          <w:tab w:val="left" w:pos="2744"/>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69856" behindDoc="0" locked="0" layoutInCell="1" allowOverlap="1" wp14:anchorId="1804AEBB" wp14:editId="6B05E01C">
                <wp:simplePos x="0" y="0"/>
                <wp:positionH relativeFrom="column">
                  <wp:posOffset>3464560</wp:posOffset>
                </wp:positionH>
                <wp:positionV relativeFrom="paragraph">
                  <wp:posOffset>1880870</wp:posOffset>
                </wp:positionV>
                <wp:extent cx="2360930" cy="1404620"/>
                <wp:effectExtent l="0" t="0" r="0" b="0"/>
                <wp:wrapSquare wrapText="bothSides"/>
                <wp:docPr id="5487239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2FB964F" w14:textId="540E9D42" w:rsidR="00005514" w:rsidRPr="00005514" w:rsidRDefault="00005514" w:rsidP="00005514">
                            <w:pPr>
                              <w:rPr>
                                <w:sz w:val="18"/>
                                <w:szCs w:val="18"/>
                                <w:lang w:val="en-GB"/>
                              </w:rPr>
                            </w:pPr>
                            <w:r>
                              <w:rPr>
                                <w:sz w:val="18"/>
                                <w:szCs w:val="18"/>
                                <w:lang w:val="en-GB"/>
                              </w:rPr>
                              <w:t>Moroccans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804AEBB" id="_x0000_s1124" type="#_x0000_t202" style="position:absolute;margin-left:272.8pt;margin-top:148.1pt;width:185.9pt;height:110.6pt;z-index:2517698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" filled="f" stroked="f">
                <v:textbox style="mso-fit-shape-to-text:t">
                  <w:txbxContent>
                    <w:p w14:paraId="42FB964F" w14:textId="540E9D42" w:rsidR="00005514" w:rsidRPr="00005514" w:rsidRDefault="00005514" w:rsidP="00005514">
                      <w:pPr>
                        <w:rPr>
                          <w:sz w:val="18"/>
                          <w:szCs w:val="18"/>
                          <w:lang w:val="en-GB"/>
                        </w:rPr>
                      </w:pPr>
                      <w:r>
                        <w:rPr>
                          <w:sz w:val="18"/>
                          <w:szCs w:val="18"/>
                          <w:lang w:val="en-GB"/>
                        </w:rPr>
                        <w:t>Moroccans</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71904" behindDoc="0" locked="0" layoutInCell="1" allowOverlap="1" wp14:anchorId="7C4D01CD" wp14:editId="5FDEB12D">
                <wp:simplePos x="0" y="0"/>
                <wp:positionH relativeFrom="column">
                  <wp:posOffset>3495040</wp:posOffset>
                </wp:positionH>
                <wp:positionV relativeFrom="paragraph">
                  <wp:posOffset>829310</wp:posOffset>
                </wp:positionV>
                <wp:extent cx="2360930" cy="1404620"/>
                <wp:effectExtent l="0" t="0" r="0" b="0"/>
                <wp:wrapSquare wrapText="bothSides"/>
                <wp:docPr id="11320087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0B8368B" w14:textId="0C37C340" w:rsidR="00005514" w:rsidRPr="00005514" w:rsidRDefault="00005514" w:rsidP="00005514">
                            <w:pPr>
                              <w:rPr>
                                <w:sz w:val="18"/>
                                <w:szCs w:val="18"/>
                                <w:lang w:val="en-GB"/>
                              </w:rPr>
                            </w:pPr>
                            <w:r>
                              <w:rPr>
                                <w:sz w:val="18"/>
                                <w:szCs w:val="18"/>
                                <w:lang w:val="en-GB"/>
                              </w:rPr>
                              <w:t>Hasid women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C4D01CD" id="_x0000_s1125" type="#_x0000_t202" style="position:absolute;margin-left:275.2pt;margin-top:65.3pt;width:185.9pt;height:110.6pt;z-index:2517719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B23/wEAANY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" filled="f" stroked="f">
                <v:textbox style="mso-fit-shape-to-text:t">
                  <w:txbxContent>
                    <w:p w14:paraId="70B8368B" w14:textId="0C37C340" w:rsidR="00005514" w:rsidRPr="00005514" w:rsidRDefault="00005514" w:rsidP="00005514">
                      <w:pPr>
                        <w:rPr>
                          <w:sz w:val="18"/>
                          <w:szCs w:val="18"/>
                          <w:lang w:val="en-GB"/>
                        </w:rPr>
                      </w:pPr>
                      <w:r>
                        <w:rPr>
                          <w:sz w:val="18"/>
                          <w:szCs w:val="18"/>
                          <w:lang w:val="en-GB"/>
                        </w:rPr>
                        <w:t>Hasid women</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67808" behindDoc="0" locked="0" layoutInCell="1" allowOverlap="1" wp14:anchorId="4C7DA0B7" wp14:editId="44B26E27">
                <wp:simplePos x="0" y="0"/>
                <wp:positionH relativeFrom="column">
                  <wp:posOffset>3434080</wp:posOffset>
                </wp:positionH>
                <wp:positionV relativeFrom="paragraph">
                  <wp:posOffset>91440</wp:posOffset>
                </wp:positionV>
                <wp:extent cx="2360930" cy="1404620"/>
                <wp:effectExtent l="0" t="0" r="0" b="0"/>
                <wp:wrapSquare wrapText="bothSides"/>
                <wp:docPr id="1378430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9CF5F55" w14:textId="0400560D" w:rsidR="00005514" w:rsidRPr="00005514" w:rsidRDefault="00005514">
                            <w:pPr>
                              <w:rPr>
                                <w:sz w:val="18"/>
                                <w:szCs w:val="18"/>
                                <w:lang w:val="en-GB"/>
                              </w:rPr>
                            </w:pPr>
                            <w:r>
                              <w:rPr>
                                <w:sz w:val="18"/>
                                <w:szCs w:val="18"/>
                                <w:lang w:val="en-GB"/>
                              </w:rPr>
                              <w:t>Father or Hasid plus child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C7DA0B7" id="_x0000_s1126" type="#_x0000_t202" style="position:absolute;margin-left:270.4pt;margin-top:7.2pt;width:185.9pt;height:110.6pt;z-index:2517678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JNz/wEAANc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" filled="f" stroked="f">
                <v:textbox style="mso-fit-shape-to-text:t">
                  <w:txbxContent>
                    <w:p w14:paraId="69CF5F55" w14:textId="0400560D" w:rsidR="00005514" w:rsidRPr="00005514" w:rsidRDefault="00005514">
                      <w:pPr>
                        <w:rPr>
                          <w:sz w:val="18"/>
                          <w:szCs w:val="18"/>
                          <w:lang w:val="en-GB"/>
                        </w:rPr>
                      </w:pPr>
                      <w:r>
                        <w:rPr>
                          <w:sz w:val="18"/>
                          <w:szCs w:val="18"/>
                          <w:lang w:val="en-GB"/>
                        </w:rPr>
                        <w:t>Father or Hasid plus child</w:t>
                      </w:r>
                    </w:p>
                  </w:txbxContent>
                </v:textbox>
                <w10:wrap type="square"/>
              </v:shape>
            </w:pict>
          </mc:Fallback>
        </mc:AlternateContent>
      </w:r>
      <w:r w:rsidRPr="009658F0">
        <w:rPr>
          <w:rFonts w:ascii="Times New Roman" w:eastAsia="Times New Roman" w:hAnsi="Times New Roman" w:cs="Times New Roman"/>
          <w:noProof/>
          <w:sz w:val="24"/>
          <w:szCs w:val="24"/>
        </w:rPr>
        <w:drawing>
          <wp:anchor distT="0" distB="0" distL="114300" distR="114300" simplePos="0" relativeHeight="251765760" behindDoc="1" locked="0" layoutInCell="1" allowOverlap="1" wp14:anchorId="5B2F920B" wp14:editId="6DDE3D5A">
            <wp:simplePos x="0" y="0"/>
            <wp:positionH relativeFrom="column">
              <wp:posOffset>0</wp:posOffset>
            </wp:positionH>
            <wp:positionV relativeFrom="page">
              <wp:posOffset>2834640</wp:posOffset>
            </wp:positionV>
            <wp:extent cx="3390900" cy="2484120"/>
            <wp:effectExtent l="0" t="0" r="0" b="0"/>
            <wp:wrapNone/>
            <wp:docPr id="1421872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872589" name=""/>
                    <pic:cNvPicPr/>
                  </pic:nvPicPr>
                  <pic:blipFill>
                    <a:blip r:embed="rId26"/>
                    <a:stretch>
                      <a:fillRect/>
                    </a:stretch>
                  </pic:blipFill>
                  <pic:spPr>
                    <a:xfrm>
                      <a:off x="0" y="0"/>
                      <a:ext cx="3390900" cy="2484120"/>
                    </a:xfrm>
                    <a:prstGeom prst="rect">
                      <a:avLst/>
                    </a:prstGeom>
                  </pic:spPr>
                </pic:pic>
              </a:graphicData>
            </a:graphic>
          </wp:anchor>
        </w:drawing>
      </w:r>
    </w:p>
    <w:p w14:paraId="41EA0E8D" w14:textId="77777777" w:rsidR="00005514" w:rsidRPr="009658F0" w:rsidRDefault="00005514" w:rsidP="006C1960">
      <w:pPr>
        <w:spacing w:line="360" w:lineRule="auto"/>
        <w:rPr>
          <w:rFonts w:ascii="Times New Roman" w:eastAsia="Times New Roman" w:hAnsi="Times New Roman" w:cs="Times New Roman"/>
          <w:sz w:val="24"/>
          <w:szCs w:val="24"/>
        </w:rPr>
      </w:pPr>
    </w:p>
    <w:p w14:paraId="000F4CA3" w14:textId="77777777" w:rsidR="00005514" w:rsidRPr="009658F0" w:rsidRDefault="00005514" w:rsidP="006C1960">
      <w:pPr>
        <w:spacing w:line="360" w:lineRule="auto"/>
        <w:rPr>
          <w:rFonts w:ascii="Times New Roman" w:eastAsia="Times New Roman" w:hAnsi="Times New Roman" w:cs="Times New Roman"/>
          <w:sz w:val="24"/>
          <w:szCs w:val="24"/>
        </w:rPr>
      </w:pPr>
    </w:p>
    <w:p w14:paraId="041B5425" w14:textId="77777777" w:rsidR="00005514" w:rsidRPr="009658F0" w:rsidRDefault="00005514" w:rsidP="006C1960">
      <w:pPr>
        <w:spacing w:line="360" w:lineRule="auto"/>
        <w:rPr>
          <w:rFonts w:ascii="Times New Roman" w:eastAsia="Times New Roman" w:hAnsi="Times New Roman" w:cs="Times New Roman"/>
          <w:sz w:val="24"/>
          <w:szCs w:val="24"/>
        </w:rPr>
      </w:pPr>
    </w:p>
    <w:p w14:paraId="372D322D" w14:textId="77777777" w:rsidR="00005514" w:rsidRPr="009658F0" w:rsidRDefault="00005514" w:rsidP="006C1960">
      <w:pPr>
        <w:spacing w:line="360" w:lineRule="auto"/>
        <w:rPr>
          <w:rFonts w:ascii="Times New Roman" w:eastAsia="Times New Roman" w:hAnsi="Times New Roman" w:cs="Times New Roman"/>
          <w:sz w:val="24"/>
          <w:szCs w:val="24"/>
        </w:rPr>
      </w:pPr>
    </w:p>
    <w:p w14:paraId="559BFA77" w14:textId="77777777" w:rsidR="00005514" w:rsidRPr="009658F0" w:rsidRDefault="00005514" w:rsidP="006C1960">
      <w:pPr>
        <w:spacing w:line="360" w:lineRule="auto"/>
        <w:rPr>
          <w:rFonts w:ascii="Times New Roman" w:eastAsia="Times New Roman" w:hAnsi="Times New Roman" w:cs="Times New Roman"/>
          <w:sz w:val="24"/>
          <w:szCs w:val="24"/>
        </w:rPr>
      </w:pPr>
    </w:p>
    <w:p w14:paraId="6A5D6882" w14:textId="77777777" w:rsidR="00005514" w:rsidRPr="009658F0" w:rsidRDefault="00005514" w:rsidP="006C1960">
      <w:pPr>
        <w:spacing w:line="360" w:lineRule="auto"/>
        <w:rPr>
          <w:rFonts w:ascii="Times New Roman" w:eastAsia="Times New Roman" w:hAnsi="Times New Roman" w:cs="Times New Roman"/>
          <w:sz w:val="24"/>
          <w:szCs w:val="24"/>
        </w:rPr>
      </w:pPr>
    </w:p>
    <w:p w14:paraId="563FA7AE" w14:textId="77777777" w:rsidR="00005514" w:rsidRPr="009658F0" w:rsidRDefault="00005514" w:rsidP="006C1960">
      <w:pPr>
        <w:spacing w:line="360" w:lineRule="auto"/>
        <w:rPr>
          <w:rFonts w:ascii="Times New Roman" w:eastAsia="Times New Roman" w:hAnsi="Times New Roman" w:cs="Times New Roman"/>
          <w:sz w:val="24"/>
          <w:szCs w:val="24"/>
        </w:rPr>
      </w:pPr>
    </w:p>
    <w:p w14:paraId="0F3895CD" w14:textId="77777777" w:rsidR="00005514" w:rsidRPr="009658F0" w:rsidRDefault="00005514" w:rsidP="006C1960">
      <w:pPr>
        <w:spacing w:line="360" w:lineRule="auto"/>
        <w:rPr>
          <w:rFonts w:ascii="Times New Roman" w:eastAsia="Times New Roman" w:hAnsi="Times New Roman" w:cs="Times New Roman"/>
          <w:sz w:val="24"/>
          <w:szCs w:val="24"/>
        </w:rPr>
      </w:pPr>
    </w:p>
    <w:p w14:paraId="53355632" w14:textId="77777777" w:rsidR="00005514" w:rsidRPr="009658F0" w:rsidRDefault="00005514" w:rsidP="006C1960">
      <w:pPr>
        <w:spacing w:line="360" w:lineRule="auto"/>
        <w:rPr>
          <w:rFonts w:ascii="Times New Roman" w:eastAsia="Times New Roman" w:hAnsi="Times New Roman" w:cs="Times New Roman"/>
          <w:sz w:val="24"/>
          <w:szCs w:val="24"/>
        </w:rPr>
      </w:pPr>
    </w:p>
    <w:p w14:paraId="55979944" w14:textId="77777777" w:rsidR="00005514" w:rsidRPr="009658F0" w:rsidRDefault="00005514" w:rsidP="006C1960">
      <w:pPr>
        <w:spacing w:line="360" w:lineRule="auto"/>
        <w:rPr>
          <w:rFonts w:ascii="Times New Roman" w:eastAsia="Times New Roman" w:hAnsi="Times New Roman" w:cs="Times New Roman"/>
          <w:sz w:val="24"/>
          <w:szCs w:val="24"/>
        </w:rPr>
      </w:pPr>
    </w:p>
    <w:p w14:paraId="28D81C8D" w14:textId="69D6E768" w:rsidR="00005514" w:rsidRPr="009658F0" w:rsidRDefault="00005514"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r>
    </w:p>
    <w:p w14:paraId="7478821B" w14:textId="77777777" w:rsidR="00005514" w:rsidRPr="009658F0" w:rsidRDefault="00005514"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20B8BA7C" w14:textId="23258451" w:rsidR="00005514" w:rsidRPr="009658F0" w:rsidRDefault="00005514" w:rsidP="006C1960">
      <w:pPr>
        <w:tabs>
          <w:tab w:val="left" w:pos="3776"/>
        </w:tabs>
        <w:spacing w:line="360" w:lineRule="auto"/>
        <w:rPr>
          <w:rFonts w:ascii="Times New Roman" w:eastAsia="Times New Roman" w:hAnsi="Times New Roman" w:cs="Times New Roman"/>
          <w:sz w:val="24"/>
          <w:szCs w:val="24"/>
        </w:rPr>
      </w:pPr>
      <w:r w:rsidRPr="009F092C">
        <w:rPr>
          <w:rFonts w:ascii="Times New Roman" w:eastAsia="Times New Roman" w:hAnsi="Times New Roman" w:cs="Times New Roman"/>
          <w:sz w:val="24"/>
          <w:szCs w:val="24"/>
          <w:highlight w:val="yellow"/>
        </w:rPr>
        <w:lastRenderedPageBreak/>
        <w:t>EDITH PAGE 60</w:t>
      </w:r>
    </w:p>
    <w:p w14:paraId="6D45EA88" w14:textId="72D4C246" w:rsidR="00005514" w:rsidRPr="009658F0" w:rsidRDefault="00005514"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(60) Went to tent. Photos. Left</w:t>
      </w:r>
    </w:p>
    <w:p w14:paraId="65E71D2F" w14:textId="7CFAEAE3" w:rsidR="00005514" w:rsidRPr="009658F0" w:rsidRDefault="00005514"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w:t>
      </w:r>
    </w:p>
    <w:p w14:paraId="4598D8B6" w14:textId="1C552CDE" w:rsidR="00005514" w:rsidRPr="009658F0" w:rsidRDefault="00005514" w:rsidP="006C1960">
      <w:pPr>
        <w:tabs>
          <w:tab w:val="left" w:pos="3776"/>
        </w:tabs>
        <w:spacing w:line="360" w:lineRule="auto"/>
        <w:rPr>
          <w:rFonts w:ascii="Times New Roman" w:eastAsia="Times New Roman" w:hAnsi="Times New Roman" w:cs="Times New Roman"/>
          <w:sz w:val="24"/>
          <w:szCs w:val="24"/>
          <w:u w:val="single"/>
        </w:rPr>
      </w:pPr>
      <w:r w:rsidRPr="009658F0">
        <w:rPr>
          <w:rFonts w:ascii="Times New Roman" w:eastAsia="Times New Roman" w:hAnsi="Times New Roman" w:cs="Times New Roman"/>
          <w:sz w:val="24"/>
          <w:szCs w:val="24"/>
          <w:u w:val="single"/>
        </w:rPr>
        <w:t>Further details</w:t>
      </w:r>
    </w:p>
    <w:p w14:paraId="465FAE37" w14:textId="2EA66898" w:rsidR="00005514" w:rsidRPr="009658F0" w:rsidRDefault="00005514"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Lamb (sheep actually) standing tied to </w:t>
      </w:r>
      <w:r w:rsidR="008007A9" w:rsidRPr="009658F0">
        <w:rPr>
          <w:rFonts w:ascii="Times New Roman" w:eastAsia="Times New Roman" w:hAnsi="Times New Roman" w:cs="Times New Roman"/>
          <w:sz w:val="24"/>
          <w:szCs w:val="24"/>
        </w:rPr>
        <w:t xml:space="preserve">nail on rt of main </w:t>
      </w:r>
      <w:proofErr w:type="spellStart"/>
      <w:r w:rsidR="008007A9" w:rsidRPr="009658F0">
        <w:rPr>
          <w:rFonts w:ascii="Times New Roman" w:eastAsia="Times New Roman" w:hAnsi="Times New Roman" w:cs="Times New Roman"/>
          <w:sz w:val="24"/>
          <w:szCs w:val="24"/>
        </w:rPr>
        <w:t>ste</w:t>
      </w:r>
      <w:proofErr w:type="spellEnd"/>
      <w:r w:rsidR="008007A9" w:rsidRPr="009658F0">
        <w:rPr>
          <w:rFonts w:ascii="Times New Roman" w:eastAsia="Times New Roman" w:hAnsi="Times New Roman" w:cs="Times New Roman"/>
          <w:sz w:val="24"/>
          <w:szCs w:val="24"/>
        </w:rPr>
        <w:t xml:space="preserve"> up to shrine, a </w:t>
      </w:r>
      <w:proofErr w:type="gramStart"/>
      <w:r w:rsidR="008007A9" w:rsidRPr="009658F0">
        <w:rPr>
          <w:rFonts w:ascii="Times New Roman" w:eastAsia="Times New Roman" w:hAnsi="Times New Roman" w:cs="Times New Roman"/>
          <w:sz w:val="24"/>
          <w:szCs w:val="24"/>
        </w:rPr>
        <w:t>fair haired</w:t>
      </w:r>
      <w:proofErr w:type="gramEnd"/>
      <w:r w:rsidR="008007A9" w:rsidRPr="009658F0">
        <w:rPr>
          <w:rFonts w:ascii="Times New Roman" w:eastAsia="Times New Roman" w:hAnsi="Times New Roman" w:cs="Times New Roman"/>
          <w:sz w:val="24"/>
          <w:szCs w:val="24"/>
        </w:rPr>
        <w:t xml:space="preserve"> lady, plus boy + man. Boy petted the lamb, </w:t>
      </w:r>
      <w:r w:rsidR="00E61BCE" w:rsidRPr="009658F0">
        <w:rPr>
          <w:rFonts w:ascii="Times New Roman" w:eastAsia="Times New Roman" w:hAnsi="Times New Roman" w:cs="Times New Roman"/>
          <w:sz w:val="24"/>
          <w:szCs w:val="24"/>
        </w:rPr>
        <w:t>10 months</w:t>
      </w:r>
      <w:r w:rsidR="008007A9" w:rsidRPr="009658F0">
        <w:rPr>
          <w:rFonts w:ascii="Times New Roman" w:eastAsia="Times New Roman" w:hAnsi="Times New Roman" w:cs="Times New Roman"/>
          <w:sz w:val="24"/>
          <w:szCs w:val="24"/>
        </w:rPr>
        <w:t xml:space="preserve"> </w:t>
      </w:r>
      <w:r w:rsidR="00D209E2" w:rsidRPr="009658F0">
        <w:rPr>
          <w:rFonts w:ascii="Times New Roman" w:eastAsia="Times New Roman" w:hAnsi="Times New Roman" w:cs="Times New Roman"/>
          <w:sz w:val="24"/>
          <w:szCs w:val="24"/>
        </w:rPr>
        <w:t>t</w:t>
      </w:r>
      <w:r w:rsidR="008007A9" w:rsidRPr="009658F0">
        <w:rPr>
          <w:rFonts w:ascii="Times New Roman" w:eastAsia="Times New Roman" w:hAnsi="Times New Roman" w:cs="Times New Roman"/>
          <w:sz w:val="24"/>
          <w:szCs w:val="24"/>
        </w:rPr>
        <w:t>witted</w:t>
      </w:r>
      <w:r w:rsidR="00E61BCE" w:rsidRPr="009658F0">
        <w:rPr>
          <w:rFonts w:ascii="Times New Roman" w:eastAsia="Times New Roman" w:hAnsi="Times New Roman" w:cs="Times New Roman"/>
          <w:sz w:val="24"/>
          <w:szCs w:val="24"/>
        </w:rPr>
        <w:t>?</w:t>
      </w:r>
      <w:r w:rsidR="008007A9" w:rsidRPr="009658F0">
        <w:rPr>
          <w:rFonts w:ascii="Times New Roman" w:eastAsia="Times New Roman" w:hAnsi="Times New Roman" w:cs="Times New Roman"/>
          <w:sz w:val="24"/>
          <w:szCs w:val="24"/>
        </w:rPr>
        <w:t xml:space="preserve"> them </w:t>
      </w:r>
      <w:proofErr w:type="spellStart"/>
      <w:r w:rsidR="008007A9" w:rsidRPr="009658F0">
        <w:rPr>
          <w:rFonts w:ascii="Times New Roman" w:eastAsia="Times New Roman" w:hAnsi="Times New Roman" w:cs="Times New Roman"/>
          <w:sz w:val="24"/>
          <w:szCs w:val="24"/>
        </w:rPr>
        <w:t>abt</w:t>
      </w:r>
      <w:proofErr w:type="spellEnd"/>
      <w:r w:rsidR="008007A9" w:rsidRPr="009658F0">
        <w:rPr>
          <w:rFonts w:ascii="Times New Roman" w:eastAsia="Times New Roman" w:hAnsi="Times New Roman" w:cs="Times New Roman"/>
          <w:sz w:val="24"/>
          <w:szCs w:val="24"/>
        </w:rPr>
        <w:t xml:space="preserve"> killing it. Next day they had it dead + skinned, hanging on the nail + the sheepskin spread to dry.</w:t>
      </w:r>
    </w:p>
    <w:p w14:paraId="21344462" w14:textId="0823CC3B" w:rsidR="008007A9" w:rsidRPr="009658F0" w:rsidRDefault="008007A9"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Scene with teapot. In tenting house on semi low level. [Text accompanying sketch: </w:t>
      </w:r>
      <w:r w:rsidRPr="009658F0">
        <w:rPr>
          <w:rFonts w:ascii="Times New Roman" w:eastAsia="Times New Roman" w:hAnsi="Times New Roman" w:cs="Times New Roman"/>
          <w:i/>
          <w:iCs/>
          <w:sz w:val="24"/>
          <w:szCs w:val="24"/>
        </w:rPr>
        <w:t>Reception tent</w:t>
      </w:r>
      <w:r w:rsidRPr="009658F0">
        <w:rPr>
          <w:rFonts w:ascii="Times New Roman" w:eastAsia="Times New Roman" w:hAnsi="Times New Roman" w:cs="Times New Roman"/>
          <w:sz w:val="24"/>
          <w:szCs w:val="24"/>
        </w:rPr>
        <w:t>].</w:t>
      </w:r>
    </w:p>
    <w:p w14:paraId="4D7EEE5B" w14:textId="712E978B" w:rsidR="007D36E3" w:rsidRPr="009658F0" w:rsidRDefault="007D36E3"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w:drawing>
          <wp:inline distT="0" distB="0" distL="0" distR="0" wp14:anchorId="2378A150" wp14:editId="65D1509A">
            <wp:extent cx="4320914" cy="2156647"/>
            <wp:effectExtent l="0" t="0" r="3810" b="0"/>
            <wp:docPr id="1047095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95187" name=""/>
                    <pic:cNvPicPr/>
                  </pic:nvPicPr>
                  <pic:blipFill>
                    <a:blip r:embed="rId27"/>
                    <a:stretch>
                      <a:fillRect/>
                    </a:stretch>
                  </pic:blipFill>
                  <pic:spPr>
                    <a:xfrm>
                      <a:off x="0" y="0"/>
                      <a:ext cx="4320914" cy="2156647"/>
                    </a:xfrm>
                    <a:prstGeom prst="rect">
                      <a:avLst/>
                    </a:prstGeom>
                  </pic:spPr>
                </pic:pic>
              </a:graphicData>
            </a:graphic>
          </wp:inline>
        </w:drawing>
      </w:r>
    </w:p>
    <w:p w14:paraId="7D93EE5F" w14:textId="1121F62B" w:rsidR="008007A9" w:rsidRPr="009658F0" w:rsidRDefault="008007A9"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Inside reception tent, table laid exquisitely with lace + silver tea service. Lady leaned over table holding teapot to pour, for photo. Man is sanitary engineer in Tel Aviv (see above) originally from Morocco. Mostly Moroccan men wore long robes + fezzes + women wore long brocaded gowns.</w:t>
      </w:r>
    </w:p>
    <w:p w14:paraId="57107BAB" w14:textId="698C1019" w:rsidR="00E61BCE" w:rsidRPr="009658F0" w:rsidRDefault="007D36E3"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S</w:t>
      </w:r>
      <w:r w:rsidR="008007A9" w:rsidRPr="009658F0">
        <w:rPr>
          <w:rFonts w:ascii="Times New Roman" w:eastAsia="Times New Roman" w:hAnsi="Times New Roman" w:cs="Times New Roman"/>
          <w:sz w:val="24"/>
          <w:szCs w:val="24"/>
        </w:rPr>
        <w:t>anitary engineer</w:t>
      </w:r>
    </w:p>
    <w:p w14:paraId="010BC3C4" w14:textId="77777777" w:rsidR="00E61BCE" w:rsidRPr="009658F0" w:rsidRDefault="00E61BCE"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2CA3255C" w14:textId="709522F5" w:rsidR="008007A9" w:rsidRPr="009658F0" w:rsidRDefault="00E61BCE" w:rsidP="006C1960">
      <w:pPr>
        <w:tabs>
          <w:tab w:val="left" w:pos="3776"/>
        </w:tabs>
        <w:spacing w:line="360" w:lineRule="auto"/>
        <w:rPr>
          <w:rFonts w:ascii="Times New Roman" w:eastAsia="Times New Roman" w:hAnsi="Times New Roman" w:cs="Times New Roman"/>
          <w:sz w:val="24"/>
          <w:szCs w:val="24"/>
        </w:rPr>
      </w:pPr>
      <w:r w:rsidRPr="009F092C">
        <w:rPr>
          <w:rFonts w:ascii="Times New Roman" w:eastAsia="Times New Roman" w:hAnsi="Times New Roman" w:cs="Times New Roman"/>
          <w:sz w:val="24"/>
          <w:szCs w:val="24"/>
          <w:highlight w:val="yellow"/>
        </w:rPr>
        <w:lastRenderedPageBreak/>
        <w:t>EDITH PAGE 61</w:t>
      </w:r>
    </w:p>
    <w:p w14:paraId="36A8DC3B" w14:textId="264C7BC1" w:rsidR="00E61BCE" w:rsidRPr="009658F0" w:rsidRDefault="00C800DD" w:rsidP="006C1960">
      <w:pPr>
        <w:tabs>
          <w:tab w:val="left" w:pos="3776"/>
        </w:tabs>
        <w:spacing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(61)</w:t>
      </w:r>
    </w:p>
    <w:p w14:paraId="2BB96B61" w14:textId="75124D3D" w:rsidR="00C800DD" w:rsidRPr="009658F0" w:rsidRDefault="00C800DD"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Children normal clothes. Big contrast to Hasidim. Remarks. We’re gentiles, to them. Yet we keep the Sabbath etc.</w:t>
      </w:r>
      <w:r w:rsidR="005D1E27" w:rsidRPr="009658F0">
        <w:rPr>
          <w:rFonts w:ascii="Times New Roman" w:eastAsia="Times New Roman" w:hAnsi="Times New Roman" w:cs="Times New Roman"/>
          <w:sz w:val="24"/>
          <w:szCs w:val="24"/>
        </w:rPr>
        <w:t xml:space="preserve"> They’re </w:t>
      </w:r>
      <w:proofErr w:type="gramStart"/>
      <w:r w:rsidR="005D1E27" w:rsidRPr="009658F0">
        <w:rPr>
          <w:rFonts w:ascii="Times New Roman" w:eastAsia="Times New Roman" w:hAnsi="Times New Roman" w:cs="Times New Roman"/>
          <w:sz w:val="24"/>
          <w:szCs w:val="24"/>
        </w:rPr>
        <w:t>whites</w:t>
      </w:r>
      <w:proofErr w:type="gramEnd"/>
      <w:r w:rsidR="005D1E27" w:rsidRPr="009658F0">
        <w:rPr>
          <w:rFonts w:ascii="Times New Roman" w:eastAsia="Times New Roman" w:hAnsi="Times New Roman" w:cs="Times New Roman"/>
          <w:sz w:val="24"/>
          <w:szCs w:val="24"/>
        </w:rPr>
        <w:t xml:space="preserve"> because they call us blacks. (Usually, Hasidim are called blacks). Little old woman said, annoyed, “They poured garbage on top of us from up there.” (in yeshiva). “They don’t think we’re human!”</w:t>
      </w:r>
    </w:p>
    <w:p w14:paraId="1D8A00F7" w14:textId="37CBD223" w:rsidR="005D1E27" w:rsidRPr="009658F0" w:rsidRDefault="005D1E27"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At the haircutting I was so jammed that I had to let Henry A. take my camera + photo some drums that were being carried behind me. </w:t>
      </w:r>
    </w:p>
    <w:p w14:paraId="18004BA1" w14:textId="3E2FC018" w:rsidR="005D1E27" w:rsidRPr="009658F0" w:rsidRDefault="005D1E27"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This </w:t>
      </w:r>
      <w:r w:rsidRPr="009658F0">
        <w:rPr>
          <w:rFonts w:ascii="Times New Roman" w:eastAsia="Times New Roman" w:hAnsi="Times New Roman" w:cs="Times New Roman"/>
          <w:i/>
          <w:iCs/>
          <w:sz w:val="24"/>
          <w:szCs w:val="24"/>
        </w:rPr>
        <w:t>whole</w:t>
      </w:r>
      <w:r w:rsidRPr="009658F0">
        <w:rPr>
          <w:rFonts w:ascii="Times New Roman" w:eastAsia="Times New Roman" w:hAnsi="Times New Roman" w:cs="Times New Roman"/>
          <w:sz w:val="24"/>
          <w:szCs w:val="24"/>
        </w:rPr>
        <w:t xml:space="preserve"> shrine with its many levels is </w:t>
      </w:r>
      <w:proofErr w:type="gramStart"/>
      <w:r w:rsidRPr="009658F0">
        <w:rPr>
          <w:rFonts w:ascii="Times New Roman" w:eastAsia="Times New Roman" w:hAnsi="Times New Roman" w:cs="Times New Roman"/>
          <w:sz w:val="24"/>
          <w:szCs w:val="24"/>
        </w:rPr>
        <w:t>attractive;</w:t>
      </w:r>
      <w:proofErr w:type="gramEnd"/>
      <w:r w:rsidRPr="009658F0">
        <w:rPr>
          <w:rFonts w:ascii="Times New Roman" w:eastAsia="Times New Roman" w:hAnsi="Times New Roman" w:cs="Times New Roman"/>
          <w:sz w:val="24"/>
          <w:szCs w:val="24"/>
        </w:rPr>
        <w:t xml:space="preserve"> </w:t>
      </w:r>
      <w:proofErr w:type="gramStart"/>
      <w:r w:rsidRPr="009658F0">
        <w:rPr>
          <w:rFonts w:ascii="Times New Roman" w:eastAsia="Times New Roman" w:hAnsi="Times New Roman" w:cs="Times New Roman"/>
          <w:sz w:val="24"/>
          <w:szCs w:val="24"/>
        </w:rPr>
        <w:t>no</w:t>
      </w:r>
      <w:proofErr w:type="gramEnd"/>
      <w:r w:rsidRPr="009658F0">
        <w:rPr>
          <w:rFonts w:ascii="Times New Roman" w:eastAsia="Times New Roman" w:hAnsi="Times New Roman" w:cs="Times New Roman"/>
          <w:sz w:val="24"/>
          <w:szCs w:val="24"/>
        </w:rPr>
        <w:t xml:space="preserve"> spoilt by over organization.</w:t>
      </w:r>
    </w:p>
    <w:p w14:paraId="014ADC64" w14:textId="2DB785F7" w:rsidR="005D1E27" w:rsidRPr="009658F0" w:rsidRDefault="005D1E27"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[Text whited out]</w:t>
      </w:r>
    </w:p>
    <w:p w14:paraId="70678CDF" w14:textId="77777777" w:rsidR="000840A7" w:rsidRPr="009658F0" w:rsidRDefault="005D1E27"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When we left on Sat night so late, we passed a tent far down towards the big parking lot. One single tent + outside on the verge of the </w:t>
      </w:r>
      <w:proofErr w:type="spellStart"/>
      <w:r w:rsidRPr="009658F0">
        <w:rPr>
          <w:rFonts w:ascii="Times New Roman" w:eastAsia="Times New Roman" w:hAnsi="Times New Roman" w:cs="Times New Roman"/>
          <w:sz w:val="24"/>
          <w:szCs w:val="24"/>
        </w:rPr>
        <w:t>rd</w:t>
      </w:r>
      <w:proofErr w:type="spellEnd"/>
      <w:r w:rsidRPr="009658F0">
        <w:rPr>
          <w:rFonts w:ascii="Times New Roman" w:eastAsia="Times New Roman" w:hAnsi="Times New Roman" w:cs="Times New Roman"/>
          <w:sz w:val="24"/>
          <w:szCs w:val="24"/>
        </w:rPr>
        <w:t xml:space="preserve">, around a bright tall fire, sat a grp of singers, almost hippies, one with a cowboy </w:t>
      </w:r>
      <w:proofErr w:type="spellStart"/>
      <w:r w:rsidRPr="009658F0">
        <w:rPr>
          <w:rFonts w:ascii="Times New Roman" w:eastAsia="Times New Roman" w:hAnsi="Times New Roman" w:cs="Times New Roman"/>
          <w:sz w:val="24"/>
          <w:szCs w:val="24"/>
        </w:rPr>
        <w:t>hate</w:t>
      </w:r>
      <w:proofErr w:type="spellEnd"/>
      <w:r w:rsidRPr="009658F0">
        <w:rPr>
          <w:rFonts w:ascii="Times New Roman" w:eastAsia="Times New Roman" w:hAnsi="Times New Roman" w:cs="Times New Roman"/>
          <w:sz w:val="24"/>
          <w:szCs w:val="24"/>
        </w:rPr>
        <w:t>, all drumming + singing + drawing us in for a drink. Barbara snappe</w:t>
      </w:r>
      <w:r w:rsidR="000840A7" w:rsidRPr="009658F0">
        <w:rPr>
          <w:rFonts w:ascii="Times New Roman" w:eastAsia="Times New Roman" w:hAnsi="Times New Roman" w:cs="Times New Roman"/>
          <w:sz w:val="24"/>
          <w:szCs w:val="24"/>
        </w:rPr>
        <w:t>d</w:t>
      </w:r>
    </w:p>
    <w:p w14:paraId="66914F5D" w14:textId="6FA8D16A" w:rsidR="00074037" w:rsidRPr="009658F0" w:rsidRDefault="005D1E27"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i/>
          <w:iCs/>
          <w:sz w:val="24"/>
          <w:szCs w:val="24"/>
        </w:rPr>
        <w:t>Yair’s kind of lads in Tel Aviv</w:t>
      </w:r>
    </w:p>
    <w:p w14:paraId="679032E2" w14:textId="77777777" w:rsidR="00074037" w:rsidRPr="009658F0" w:rsidRDefault="00074037"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667BE2E7" w14:textId="1660C0EA" w:rsidR="00074037" w:rsidRPr="009658F0" w:rsidRDefault="00074037" w:rsidP="006C1960">
      <w:pPr>
        <w:tabs>
          <w:tab w:val="left" w:pos="3776"/>
        </w:tabs>
        <w:spacing w:line="360" w:lineRule="auto"/>
        <w:rPr>
          <w:rFonts w:ascii="Times New Roman" w:eastAsia="Times New Roman" w:hAnsi="Times New Roman" w:cs="Times New Roman"/>
          <w:sz w:val="24"/>
          <w:szCs w:val="24"/>
        </w:rPr>
      </w:pPr>
      <w:r w:rsidRPr="009F092C">
        <w:rPr>
          <w:rFonts w:ascii="Times New Roman" w:eastAsia="Times New Roman" w:hAnsi="Times New Roman" w:cs="Times New Roman"/>
          <w:sz w:val="24"/>
          <w:szCs w:val="24"/>
          <w:highlight w:val="yellow"/>
        </w:rPr>
        <w:lastRenderedPageBreak/>
        <w:t>EDITH PAGE 62</w:t>
      </w:r>
    </w:p>
    <w:p w14:paraId="51D28005" w14:textId="09102CE2" w:rsidR="00074037" w:rsidRPr="009658F0" w:rsidRDefault="00752AE5"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(62) them; conversation grew friendly. She decided not to come home to bed but to stay.</w:t>
      </w:r>
    </w:p>
    <w:p w14:paraId="44D3CEAE" w14:textId="29B24DD7" w:rsidR="00752AE5" w:rsidRPr="009658F0" w:rsidRDefault="00752AE5"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I couldn’t orient </w:t>
      </w:r>
      <w:proofErr w:type="spellStart"/>
      <w:r w:rsidRPr="009658F0">
        <w:rPr>
          <w:rFonts w:ascii="Times New Roman" w:eastAsia="Times New Roman" w:hAnsi="Times New Roman" w:cs="Times New Roman"/>
          <w:sz w:val="24"/>
          <w:szCs w:val="24"/>
        </w:rPr>
        <w:t>Sfat</w:t>
      </w:r>
      <w:proofErr w:type="spellEnd"/>
      <w:r w:rsidRPr="009658F0">
        <w:rPr>
          <w:rFonts w:ascii="Times New Roman" w:eastAsia="Times New Roman" w:hAnsi="Times New Roman" w:cs="Times New Roman"/>
          <w:sz w:val="24"/>
          <w:szCs w:val="24"/>
        </w:rPr>
        <w:t>. I think I was told wrong where it was.</w:t>
      </w:r>
    </w:p>
    <w:p w14:paraId="78AC741B" w14:textId="490CE8B8" w:rsidR="00752AE5" w:rsidRPr="009658F0" w:rsidRDefault="00752AE5" w:rsidP="006C1960">
      <w:pPr>
        <w:tabs>
          <w:tab w:val="left" w:pos="3776"/>
        </w:tabs>
        <w:spacing w:line="360" w:lineRule="auto"/>
        <w:rPr>
          <w:rFonts w:ascii="Times New Roman" w:eastAsia="Times New Roman" w:hAnsi="Times New Roman" w:cs="Times New Roman"/>
          <w:sz w:val="24"/>
          <w:szCs w:val="24"/>
        </w:rPr>
      </w:pPr>
      <w:proofErr w:type="gramStart"/>
      <w:r w:rsidRPr="009658F0">
        <w:rPr>
          <w:rFonts w:ascii="Times New Roman" w:eastAsia="Times New Roman" w:hAnsi="Times New Roman" w:cs="Times New Roman"/>
          <w:strike/>
          <w:sz w:val="24"/>
          <w:szCs w:val="24"/>
        </w:rPr>
        <w:t>One</w:t>
      </w:r>
      <w:r w:rsidRPr="009658F0">
        <w:rPr>
          <w:rFonts w:ascii="Times New Roman" w:eastAsia="Times New Roman" w:hAnsi="Times New Roman" w:cs="Times New Roman"/>
          <w:sz w:val="24"/>
          <w:szCs w:val="24"/>
        </w:rPr>
        <w:t>;</w:t>
      </w:r>
      <w:proofErr w:type="gramEnd"/>
    </w:p>
    <w:p w14:paraId="51294E80" w14:textId="66DBC90C" w:rsidR="00752AE5" w:rsidRPr="009658F0" w:rsidRDefault="00752AE5"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Earlier (1</w:t>
      </w:r>
      <w:r w:rsidRPr="009658F0">
        <w:rPr>
          <w:rFonts w:ascii="Times New Roman" w:eastAsia="Times New Roman" w:hAnsi="Times New Roman" w:cs="Times New Roman"/>
          <w:sz w:val="24"/>
          <w:szCs w:val="24"/>
          <w:vertAlign w:val="superscript"/>
        </w:rPr>
        <w:t>st</w:t>
      </w:r>
      <w:r w:rsidRPr="009658F0">
        <w:rPr>
          <w:rFonts w:ascii="Times New Roman" w:eastAsia="Times New Roman" w:hAnsi="Times New Roman" w:cs="Times New Roman"/>
          <w:sz w:val="24"/>
          <w:szCs w:val="24"/>
        </w:rPr>
        <w:t xml:space="preserve"> hot day) one big-tent </w:t>
      </w:r>
      <w:r w:rsidR="00337242" w:rsidRPr="009658F0">
        <w:rPr>
          <w:rFonts w:ascii="Times New Roman" w:eastAsia="Times New Roman" w:hAnsi="Times New Roman" w:cs="Times New Roman"/>
          <w:sz w:val="24"/>
          <w:szCs w:val="24"/>
        </w:rPr>
        <w:t>owner</w:t>
      </w:r>
      <w:r w:rsidRPr="009658F0">
        <w:rPr>
          <w:rFonts w:ascii="Times New Roman" w:eastAsia="Times New Roman" w:hAnsi="Times New Roman" w:cs="Times New Roman"/>
          <w:sz w:val="24"/>
          <w:szCs w:val="24"/>
        </w:rPr>
        <w:t xml:space="preserve"> visited us in. This was set up on the actual pavement, at the foot of the shrine stairs, through the paving stones on which grew a </w:t>
      </w:r>
      <w:proofErr w:type="gramStart"/>
      <w:r w:rsidRPr="009658F0">
        <w:rPr>
          <w:rFonts w:ascii="Times New Roman" w:eastAsia="Times New Roman" w:hAnsi="Times New Roman" w:cs="Times New Roman"/>
          <w:sz w:val="24"/>
          <w:szCs w:val="24"/>
        </w:rPr>
        <w:t>huge big</w:t>
      </w:r>
      <w:proofErr w:type="gramEnd"/>
      <w:r w:rsidRPr="009658F0">
        <w:rPr>
          <w:rFonts w:ascii="Times New Roman" w:eastAsia="Times New Roman" w:hAnsi="Times New Roman" w:cs="Times New Roman"/>
          <w:sz w:val="24"/>
          <w:szCs w:val="24"/>
        </w:rPr>
        <w:t xml:space="preserve"> tree, shading all the tenting area.</w:t>
      </w:r>
    </w:p>
    <w:p w14:paraId="753F789C" w14:textId="31DB9D9B" w:rsidR="00752AE5" w:rsidRPr="009658F0" w:rsidRDefault="00337242" w:rsidP="006C1960">
      <w:pPr>
        <w:tabs>
          <w:tab w:val="left" w:pos="3776"/>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87264" behindDoc="0" locked="0" layoutInCell="1" allowOverlap="1" wp14:anchorId="0A355D05" wp14:editId="34B481FD">
                <wp:simplePos x="0" y="0"/>
                <wp:positionH relativeFrom="column">
                  <wp:posOffset>3158663</wp:posOffset>
                </wp:positionH>
                <wp:positionV relativeFrom="paragraph">
                  <wp:posOffset>2028651</wp:posOffset>
                </wp:positionV>
                <wp:extent cx="1149350" cy="346075"/>
                <wp:effectExtent l="0" t="0" r="0" b="0"/>
                <wp:wrapSquare wrapText="bothSides"/>
                <wp:docPr id="292177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346075"/>
                        </a:xfrm>
                        <a:prstGeom prst="rect">
                          <a:avLst/>
                        </a:prstGeom>
                        <a:noFill/>
                        <a:ln w="9525">
                          <a:noFill/>
                          <a:miter lim="800000"/>
                          <a:headEnd/>
                          <a:tailEnd/>
                        </a:ln>
                      </wps:spPr>
                      <wps:txbx>
                        <w:txbxContent>
                          <w:p w14:paraId="003C55F0" w14:textId="4F8461AD" w:rsidR="00337242" w:rsidRPr="00B8201F" w:rsidRDefault="00337242" w:rsidP="00337242">
                            <w:pPr>
                              <w:rPr>
                                <w:lang w:val="en-GB"/>
                              </w:rPr>
                            </w:pPr>
                            <w:r>
                              <w:rPr>
                                <w:lang w:val="en-GB"/>
                              </w:rPr>
                              <w:t>Reception tent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55D05" id="_x0000_s1127" type="#_x0000_t202" style="position:absolute;margin-left:248.7pt;margin-top:159.75pt;width:90.5pt;height:27.25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" filled="f" stroked="f">
                <v:textbox>
                  <w:txbxContent>
                    <w:p w14:paraId="003C55F0" w14:textId="4F8461AD" w:rsidR="00337242" w:rsidRPr="00B8201F" w:rsidRDefault="00337242" w:rsidP="00337242">
                      <w:pPr>
                        <w:rPr>
                          <w:lang w:val="en-GB"/>
                        </w:rPr>
                      </w:pPr>
                      <w:r>
                        <w:rPr>
                          <w:lang w:val="en-GB"/>
                        </w:rPr>
                        <w:t>Reception tent</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85216" behindDoc="0" locked="0" layoutInCell="1" allowOverlap="1" wp14:anchorId="24376295" wp14:editId="7462DA4B">
                <wp:simplePos x="0" y="0"/>
                <wp:positionH relativeFrom="column">
                  <wp:posOffset>2479964</wp:posOffset>
                </wp:positionH>
                <wp:positionV relativeFrom="paragraph">
                  <wp:posOffset>1508240</wp:posOffset>
                </wp:positionV>
                <wp:extent cx="851535" cy="346075"/>
                <wp:effectExtent l="0" t="0" r="0" b="0"/>
                <wp:wrapSquare wrapText="bothSides"/>
                <wp:docPr id="826672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1535" cy="346075"/>
                        </a:xfrm>
                        <a:prstGeom prst="rect">
                          <a:avLst/>
                        </a:prstGeom>
                        <a:noFill/>
                        <a:ln w="9525">
                          <a:noFill/>
                          <a:miter lim="800000"/>
                          <a:headEnd/>
                          <a:tailEnd/>
                        </a:ln>
                      </wps:spPr>
                      <wps:txbx>
                        <w:txbxContent>
                          <w:p w14:paraId="3B80AD89" w14:textId="12A6A5C2" w:rsidR="00337242" w:rsidRPr="00B8201F" w:rsidRDefault="00337242" w:rsidP="00337242">
                            <w:pPr>
                              <w:rPr>
                                <w:lang w:val="en-GB"/>
                              </w:rPr>
                            </w:pPr>
                            <w:r>
                              <w:rPr>
                                <w:lang w:val="en-GB"/>
                              </w:rPr>
                              <w:t>Beds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76295" id="_x0000_s1128" type="#_x0000_t202" style="position:absolute;margin-left:195.25pt;margin-top:118.75pt;width:67.05pt;height:27.25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" filled="f" stroked="f">
                <v:textbox>
                  <w:txbxContent>
                    <w:p w14:paraId="3B80AD89" w14:textId="12A6A5C2" w:rsidR="00337242" w:rsidRPr="00B8201F" w:rsidRDefault="00337242" w:rsidP="00337242">
                      <w:pPr>
                        <w:rPr>
                          <w:lang w:val="en-GB"/>
                        </w:rPr>
                      </w:pPr>
                      <w:r>
                        <w:rPr>
                          <w:lang w:val="en-GB"/>
                        </w:rPr>
                        <w:t>Bed</w:t>
                      </w:r>
                      <w:r>
                        <w:rPr>
                          <w:lang w:val="en-GB"/>
                        </w:rPr>
                        <w:t>s</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83168" behindDoc="0" locked="0" layoutInCell="1" allowOverlap="1" wp14:anchorId="34F6C189" wp14:editId="51A38F42">
                <wp:simplePos x="0" y="0"/>
                <wp:positionH relativeFrom="column">
                  <wp:posOffset>3560445</wp:posOffset>
                </wp:positionH>
                <wp:positionV relativeFrom="paragraph">
                  <wp:posOffset>509905</wp:posOffset>
                </wp:positionV>
                <wp:extent cx="1149350" cy="346075"/>
                <wp:effectExtent l="0" t="0" r="0" b="0"/>
                <wp:wrapSquare wrapText="bothSides"/>
                <wp:docPr id="1377816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350" cy="346075"/>
                        </a:xfrm>
                        <a:prstGeom prst="rect">
                          <a:avLst/>
                        </a:prstGeom>
                        <a:noFill/>
                        <a:ln w="9525">
                          <a:noFill/>
                          <a:miter lim="800000"/>
                          <a:headEnd/>
                          <a:tailEnd/>
                        </a:ln>
                      </wps:spPr>
                      <wps:txbx>
                        <w:txbxContent>
                          <w:p w14:paraId="42156E4F" w14:textId="0ABBC19A" w:rsidR="00337242" w:rsidRPr="00B8201F" w:rsidRDefault="00337242" w:rsidP="00337242">
                            <w:pPr>
                              <w:rPr>
                                <w:lang w:val="en-GB"/>
                              </w:rPr>
                            </w:pPr>
                            <w:r>
                              <w:rPr>
                                <w:lang w:val="en-GB"/>
                              </w:rPr>
                              <w:t>Kitchen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F6C189" id="_x0000_s1129" type="#_x0000_t202" style="position:absolute;margin-left:280.35pt;margin-top:40.15pt;width:90.5pt;height:27.25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" filled="f" stroked="f">
                <v:textbox>
                  <w:txbxContent>
                    <w:p w14:paraId="42156E4F" w14:textId="0ABBC19A" w:rsidR="00337242" w:rsidRPr="00B8201F" w:rsidRDefault="00337242" w:rsidP="00337242">
                      <w:pPr>
                        <w:rPr>
                          <w:lang w:val="en-GB"/>
                        </w:rPr>
                      </w:pPr>
                      <w:r>
                        <w:rPr>
                          <w:lang w:val="en-GB"/>
                        </w:rPr>
                        <w:t>Kitchen area</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81120" behindDoc="0" locked="0" layoutInCell="1" allowOverlap="1" wp14:anchorId="1788BC7A" wp14:editId="4A5292DF">
                <wp:simplePos x="0" y="0"/>
                <wp:positionH relativeFrom="column">
                  <wp:posOffset>1530350</wp:posOffset>
                </wp:positionH>
                <wp:positionV relativeFrom="paragraph">
                  <wp:posOffset>593090</wp:posOffset>
                </wp:positionV>
                <wp:extent cx="851535" cy="622935"/>
                <wp:effectExtent l="0" t="0" r="0" b="5715"/>
                <wp:wrapSquare wrapText="bothSides"/>
                <wp:docPr id="15446170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1535" cy="622935"/>
                        </a:xfrm>
                        <a:prstGeom prst="rect">
                          <a:avLst/>
                        </a:prstGeom>
                        <a:noFill/>
                        <a:ln w="9525">
                          <a:noFill/>
                          <a:miter lim="800000"/>
                          <a:headEnd/>
                          <a:tailEnd/>
                        </a:ln>
                      </wps:spPr>
                      <wps:txbx>
                        <w:txbxContent>
                          <w:p w14:paraId="43DF8B34" w14:textId="7D6E2DB1" w:rsidR="00337242" w:rsidRDefault="00337242" w:rsidP="00337242">
                            <w:pPr>
                              <w:rPr>
                                <w:lang w:val="en-GB"/>
                              </w:rPr>
                            </w:pPr>
                            <w:r>
                              <w:rPr>
                                <w:lang w:val="en-GB"/>
                              </w:rPr>
                              <w:t>Tree</w:t>
                            </w:r>
                          </w:p>
                          <w:p w14:paraId="39262B8C" w14:textId="2D0F497A" w:rsidR="00337242" w:rsidRPr="00B8201F" w:rsidRDefault="00337242" w:rsidP="00337242">
                            <w:pPr>
                              <w:rPr>
                                <w:lang w:val="en-GB"/>
                              </w:rPr>
                            </w:pPr>
                            <w:r>
                              <w:rPr>
                                <w:lang w:val="en-GB"/>
                              </w:rPr>
                              <w:t>Pop + beer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88BC7A" id="_x0000_s1130" type="#_x0000_t202" style="position:absolute;margin-left:120.5pt;margin-top:46.7pt;width:67.05pt;height:49.05pt;z-index:25178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" filled="f" stroked="f">
                <v:textbox>
                  <w:txbxContent>
                    <w:p w14:paraId="43DF8B34" w14:textId="7D6E2DB1" w:rsidR="00337242" w:rsidRDefault="00337242" w:rsidP="00337242">
                      <w:pPr>
                        <w:rPr>
                          <w:lang w:val="en-GB"/>
                        </w:rPr>
                      </w:pPr>
                      <w:r>
                        <w:rPr>
                          <w:lang w:val="en-GB"/>
                        </w:rPr>
                        <w:t>Tree</w:t>
                      </w:r>
                    </w:p>
                    <w:p w14:paraId="39262B8C" w14:textId="2D0F497A" w:rsidR="00337242" w:rsidRPr="00B8201F" w:rsidRDefault="00337242" w:rsidP="00337242">
                      <w:pPr>
                        <w:rPr>
                          <w:lang w:val="en-GB"/>
                        </w:rPr>
                      </w:pPr>
                      <w:r>
                        <w:rPr>
                          <w:lang w:val="en-GB"/>
                        </w:rPr>
                        <w:t>Pop + beer</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79072" behindDoc="0" locked="0" layoutInCell="1" allowOverlap="1" wp14:anchorId="3D760281" wp14:editId="78A0E28B">
                <wp:simplePos x="0" y="0"/>
                <wp:positionH relativeFrom="column">
                  <wp:posOffset>-249555</wp:posOffset>
                </wp:positionH>
                <wp:positionV relativeFrom="paragraph">
                  <wp:posOffset>842645</wp:posOffset>
                </wp:positionV>
                <wp:extent cx="851535" cy="720090"/>
                <wp:effectExtent l="0" t="0" r="0" b="3810"/>
                <wp:wrapSquare wrapText="bothSides"/>
                <wp:docPr id="18077487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1535" cy="720090"/>
                        </a:xfrm>
                        <a:prstGeom prst="rect">
                          <a:avLst/>
                        </a:prstGeom>
                        <a:noFill/>
                        <a:ln w="9525">
                          <a:noFill/>
                          <a:miter lim="800000"/>
                          <a:headEnd/>
                          <a:tailEnd/>
                        </a:ln>
                      </wps:spPr>
                      <wps:txbx>
                        <w:txbxContent>
                          <w:p w14:paraId="183A8D81" w14:textId="68200F55" w:rsidR="00337242" w:rsidRPr="00B8201F" w:rsidRDefault="00337242" w:rsidP="00337242">
                            <w:pPr>
                              <w:rPr>
                                <w:lang w:val="en-GB"/>
                              </w:rPr>
                            </w:pPr>
                            <w:r>
                              <w:rPr>
                                <w:lang w:val="en-GB"/>
                              </w:rPr>
                              <w:t>Children’s tent 10 beds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60281" id="_x0000_s1131" type="#_x0000_t202" style="position:absolute;margin-left:-19.65pt;margin-top:66.35pt;width:67.05pt;height:56.7pt;z-index:251779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" filled="f" stroked="f">
                <v:textbox>
                  <w:txbxContent>
                    <w:p w14:paraId="183A8D81" w14:textId="68200F55" w:rsidR="00337242" w:rsidRPr="00B8201F" w:rsidRDefault="00337242" w:rsidP="00337242">
                      <w:pPr>
                        <w:rPr>
                          <w:lang w:val="en-GB"/>
                        </w:rPr>
                      </w:pPr>
                      <w:r>
                        <w:rPr>
                          <w:lang w:val="en-GB"/>
                        </w:rPr>
                        <w:t>Children’s tent 10 beds</w:t>
                      </w:r>
                    </w:p>
                  </w:txbxContent>
                </v:textbox>
                <w10:wrap type="square"/>
              </v:shape>
            </w:pict>
          </mc:Fallback>
        </mc:AlternateContent>
      </w:r>
      <w:r w:rsidR="00B8201F"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77024" behindDoc="0" locked="0" layoutInCell="1" allowOverlap="1" wp14:anchorId="7D7B7AA2" wp14:editId="7D44B3AD">
                <wp:simplePos x="0" y="0"/>
                <wp:positionH relativeFrom="column">
                  <wp:posOffset>2528916</wp:posOffset>
                </wp:positionH>
                <wp:positionV relativeFrom="paragraph">
                  <wp:posOffset>129367</wp:posOffset>
                </wp:positionV>
                <wp:extent cx="851535" cy="346075"/>
                <wp:effectExtent l="0" t="0" r="0" b="0"/>
                <wp:wrapSquare wrapText="bothSides"/>
                <wp:docPr id="179514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1535" cy="346075"/>
                        </a:xfrm>
                        <a:prstGeom prst="rect">
                          <a:avLst/>
                        </a:prstGeom>
                        <a:noFill/>
                        <a:ln w="9525">
                          <a:noFill/>
                          <a:miter lim="800000"/>
                          <a:headEnd/>
                          <a:tailEnd/>
                        </a:ln>
                      </wps:spPr>
                      <wps:txbx>
                        <w:txbxContent>
                          <w:p w14:paraId="69B7BE5E" w14:textId="75145FEE" w:rsidR="00B8201F" w:rsidRPr="00B8201F" w:rsidRDefault="00337242" w:rsidP="00B8201F">
                            <w:pPr>
                              <w:rPr>
                                <w:lang w:val="en-GB"/>
                              </w:rPr>
                            </w:pPr>
                            <w:r>
                              <w:rPr>
                                <w:lang w:val="en-GB"/>
                              </w:rPr>
                              <w:t>Steps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7B7AA2" id="_x0000_s1132" type="#_x0000_t202" style="position:absolute;margin-left:199.15pt;margin-top:10.2pt;width:67.05pt;height:27.25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" filled="f" stroked="f">
                <v:textbox>
                  <w:txbxContent>
                    <w:p w14:paraId="69B7BE5E" w14:textId="75145FEE" w:rsidR="00B8201F" w:rsidRPr="00B8201F" w:rsidRDefault="00337242" w:rsidP="00B8201F">
                      <w:pPr>
                        <w:rPr>
                          <w:lang w:val="en-GB"/>
                        </w:rPr>
                      </w:pPr>
                      <w:r>
                        <w:rPr>
                          <w:lang w:val="en-GB"/>
                        </w:rPr>
                        <w:t>Steps</w:t>
                      </w:r>
                    </w:p>
                  </w:txbxContent>
                </v:textbox>
                <w10:wrap type="square"/>
              </v:shape>
            </w:pict>
          </mc:Fallback>
        </mc:AlternateContent>
      </w:r>
      <w:r w:rsidR="00B8201F"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74976" behindDoc="0" locked="0" layoutInCell="1" allowOverlap="1" wp14:anchorId="34DA79F5" wp14:editId="75416A01">
                <wp:simplePos x="0" y="0"/>
                <wp:positionH relativeFrom="column">
                  <wp:posOffset>-249612</wp:posOffset>
                </wp:positionH>
                <wp:positionV relativeFrom="paragraph">
                  <wp:posOffset>184785</wp:posOffset>
                </wp:positionV>
                <wp:extent cx="851535" cy="346075"/>
                <wp:effectExtent l="0" t="0" r="0" b="0"/>
                <wp:wrapSquare wrapText="bothSides"/>
                <wp:docPr id="152373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1535" cy="346075"/>
                        </a:xfrm>
                        <a:prstGeom prst="rect">
                          <a:avLst/>
                        </a:prstGeom>
                        <a:noFill/>
                        <a:ln w="9525">
                          <a:noFill/>
                          <a:miter lim="800000"/>
                          <a:headEnd/>
                          <a:tailEnd/>
                        </a:ln>
                      </wps:spPr>
                      <wps:txbx>
                        <w:txbxContent>
                          <w:p w14:paraId="28B6DF22" w14:textId="13D9F4A8" w:rsidR="00B8201F" w:rsidRPr="00B8201F" w:rsidRDefault="00B8201F">
                            <w:pPr>
                              <w:rPr>
                                <w:lang w:val="en-GB"/>
                              </w:rPr>
                            </w:pPr>
                            <w:r>
                              <w:rPr>
                                <w:lang w:val="en-GB"/>
                              </w:rPr>
                              <w:t>Bed tent</w:t>
                            </w:r>
                            <w:r w:rsidR="00337242" w:rsidRPr="00337242">
                              <w:rPr>
                                <w:noProof/>
                                <w:lang w:val="en-GB"/>
                              </w:rPr>
                              <w:drawing>
                                <wp:inline distT="0" distB="0" distL="0" distR="0" wp14:anchorId="0AF78FB0" wp14:editId="6151A2A8">
                                  <wp:extent cx="605155" cy="245745"/>
                                  <wp:effectExtent l="0" t="0" r="0" b="0"/>
                                  <wp:docPr id="75724206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5155" cy="2457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DA79F5" id="_x0000_s1133" type="#_x0000_t202" style="position:absolute;margin-left:-19.65pt;margin-top:14.55pt;width:67.05pt;height:27.25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" filled="f" stroked="f">
                <v:textbox>
                  <w:txbxContent>
                    <w:p w14:paraId="28B6DF22" w14:textId="13D9F4A8" w:rsidR="00B8201F" w:rsidRPr="00B8201F" w:rsidRDefault="00B8201F">
                      <w:pPr>
                        <w:rPr>
                          <w:lang w:val="en-GB"/>
                        </w:rPr>
                      </w:pPr>
                      <w:r>
                        <w:rPr>
                          <w:lang w:val="en-GB"/>
                        </w:rPr>
                        <w:t>Bed tent</w:t>
                      </w:r>
                      <w:r w:rsidR="00337242" w:rsidRPr="00337242">
                        <w:rPr>
                          <w:noProof/>
                          <w:lang w:val="en-GB"/>
                        </w:rPr>
                        <w:drawing>
                          <wp:inline distT="0" distB="0" distL="0" distR="0" wp14:anchorId="0AF78FB0" wp14:editId="6151A2A8">
                            <wp:extent cx="605155" cy="245745"/>
                            <wp:effectExtent l="0" t="0" r="0" b="0"/>
                            <wp:docPr id="75724206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5155" cy="245745"/>
                                    </a:xfrm>
                                    <a:prstGeom prst="rect">
                                      <a:avLst/>
                                    </a:prstGeom>
                                    <a:noFill/>
                                    <a:ln>
                                      <a:noFill/>
                                    </a:ln>
                                  </pic:spPr>
                                </pic:pic>
                              </a:graphicData>
                            </a:graphic>
                          </wp:inline>
                        </w:drawing>
                      </w:r>
                    </w:p>
                  </w:txbxContent>
                </v:textbox>
                <w10:wrap type="square"/>
              </v:shape>
            </w:pict>
          </mc:Fallback>
        </mc:AlternateContent>
      </w:r>
      <w:r w:rsidR="00B8201F" w:rsidRPr="009658F0">
        <w:rPr>
          <w:rFonts w:ascii="Times New Roman" w:eastAsia="Times New Roman" w:hAnsi="Times New Roman" w:cs="Times New Roman"/>
          <w:noProof/>
          <w:sz w:val="24"/>
          <w:szCs w:val="24"/>
        </w:rPr>
        <w:drawing>
          <wp:anchor distT="0" distB="0" distL="114300" distR="114300" simplePos="0" relativeHeight="251772928" behindDoc="1" locked="0" layoutInCell="1" allowOverlap="1" wp14:anchorId="2D47AB36" wp14:editId="5A178C10">
            <wp:simplePos x="0" y="0"/>
            <wp:positionH relativeFrom="column">
              <wp:posOffset>0</wp:posOffset>
            </wp:positionH>
            <wp:positionV relativeFrom="page">
              <wp:posOffset>3387436</wp:posOffset>
            </wp:positionV>
            <wp:extent cx="4251960" cy="2377440"/>
            <wp:effectExtent l="0" t="0" r="0" b="3810"/>
            <wp:wrapNone/>
            <wp:docPr id="300478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78065" name=""/>
                    <pic:cNvPicPr/>
                  </pic:nvPicPr>
                  <pic:blipFill>
                    <a:blip r:embed="rId30"/>
                    <a:stretch>
                      <a:fillRect/>
                    </a:stretch>
                  </pic:blipFill>
                  <pic:spPr>
                    <a:xfrm>
                      <a:off x="0" y="0"/>
                      <a:ext cx="4251960" cy="2377440"/>
                    </a:xfrm>
                    <a:prstGeom prst="rect">
                      <a:avLst/>
                    </a:prstGeom>
                  </pic:spPr>
                </pic:pic>
              </a:graphicData>
            </a:graphic>
          </wp:anchor>
        </w:drawing>
      </w:r>
    </w:p>
    <w:p w14:paraId="3A0D740D" w14:textId="77777777" w:rsidR="00337242" w:rsidRPr="009658F0" w:rsidRDefault="00337242" w:rsidP="006C1960">
      <w:pPr>
        <w:spacing w:line="360" w:lineRule="auto"/>
        <w:rPr>
          <w:rFonts w:ascii="Times New Roman" w:eastAsia="Times New Roman" w:hAnsi="Times New Roman" w:cs="Times New Roman"/>
          <w:sz w:val="24"/>
          <w:szCs w:val="24"/>
        </w:rPr>
      </w:pPr>
    </w:p>
    <w:p w14:paraId="302F9F4C" w14:textId="77777777" w:rsidR="00337242" w:rsidRPr="009658F0" w:rsidRDefault="00337242" w:rsidP="006C1960">
      <w:pPr>
        <w:spacing w:line="360" w:lineRule="auto"/>
        <w:rPr>
          <w:rFonts w:ascii="Times New Roman" w:eastAsia="Times New Roman" w:hAnsi="Times New Roman" w:cs="Times New Roman"/>
          <w:sz w:val="24"/>
          <w:szCs w:val="24"/>
        </w:rPr>
      </w:pPr>
    </w:p>
    <w:p w14:paraId="2928DFD1" w14:textId="77777777" w:rsidR="00337242" w:rsidRPr="009658F0" w:rsidRDefault="00337242" w:rsidP="006C1960">
      <w:pPr>
        <w:spacing w:line="360" w:lineRule="auto"/>
        <w:rPr>
          <w:rFonts w:ascii="Times New Roman" w:eastAsia="Times New Roman" w:hAnsi="Times New Roman" w:cs="Times New Roman"/>
          <w:sz w:val="24"/>
          <w:szCs w:val="24"/>
        </w:rPr>
      </w:pPr>
    </w:p>
    <w:p w14:paraId="62F6990D" w14:textId="77777777" w:rsidR="00337242" w:rsidRPr="009658F0" w:rsidRDefault="00337242" w:rsidP="006C1960">
      <w:pPr>
        <w:spacing w:line="360" w:lineRule="auto"/>
        <w:rPr>
          <w:rFonts w:ascii="Times New Roman" w:eastAsia="Times New Roman" w:hAnsi="Times New Roman" w:cs="Times New Roman"/>
          <w:sz w:val="24"/>
          <w:szCs w:val="24"/>
        </w:rPr>
      </w:pPr>
    </w:p>
    <w:p w14:paraId="0F34B6C2" w14:textId="77777777" w:rsidR="00337242" w:rsidRPr="009658F0" w:rsidRDefault="00337242" w:rsidP="006C1960">
      <w:pPr>
        <w:spacing w:line="360" w:lineRule="auto"/>
        <w:rPr>
          <w:rFonts w:ascii="Times New Roman" w:eastAsia="Times New Roman" w:hAnsi="Times New Roman" w:cs="Times New Roman"/>
          <w:sz w:val="24"/>
          <w:szCs w:val="24"/>
        </w:rPr>
      </w:pPr>
    </w:p>
    <w:p w14:paraId="52CCC8C2" w14:textId="77777777" w:rsidR="00337242" w:rsidRPr="009658F0" w:rsidRDefault="00337242" w:rsidP="006C1960">
      <w:pPr>
        <w:spacing w:line="360" w:lineRule="auto"/>
        <w:rPr>
          <w:rFonts w:ascii="Times New Roman" w:eastAsia="Times New Roman" w:hAnsi="Times New Roman" w:cs="Times New Roman"/>
          <w:sz w:val="24"/>
          <w:szCs w:val="24"/>
        </w:rPr>
      </w:pPr>
    </w:p>
    <w:p w14:paraId="1E312910" w14:textId="77777777" w:rsidR="00337242" w:rsidRPr="009658F0" w:rsidRDefault="00337242" w:rsidP="006C1960">
      <w:pPr>
        <w:spacing w:line="360" w:lineRule="auto"/>
        <w:rPr>
          <w:rFonts w:ascii="Times New Roman" w:eastAsia="Times New Roman" w:hAnsi="Times New Roman" w:cs="Times New Roman"/>
          <w:sz w:val="24"/>
          <w:szCs w:val="24"/>
        </w:rPr>
      </w:pPr>
    </w:p>
    <w:p w14:paraId="47FF4253" w14:textId="77777777" w:rsidR="00337242" w:rsidRPr="009658F0" w:rsidRDefault="00337242" w:rsidP="006C1960">
      <w:pPr>
        <w:spacing w:line="360" w:lineRule="auto"/>
        <w:rPr>
          <w:rFonts w:ascii="Times New Roman" w:eastAsia="Times New Roman" w:hAnsi="Times New Roman" w:cs="Times New Roman"/>
          <w:sz w:val="24"/>
          <w:szCs w:val="24"/>
        </w:rPr>
      </w:pPr>
    </w:p>
    <w:p w14:paraId="6ECD2864" w14:textId="65C18483" w:rsidR="00337242" w:rsidRPr="009658F0" w:rsidRDefault="0033724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His children weren’t going to arrive until [illegible],</w:t>
      </w:r>
    </w:p>
    <w:p w14:paraId="092BAE25" w14:textId="3640A59E" w:rsidR="00337242" w:rsidRPr="009658F0" w:rsidRDefault="0033724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(Common pattern) [whited out]</w:t>
      </w:r>
    </w:p>
    <w:p w14:paraId="613E520D" w14:textId="57D2CADB" w:rsidR="00337242" w:rsidRPr="009658F0" w:rsidRDefault="0033724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w:t>
      </w:r>
      <w:r w:rsidR="000A05D7" w:rsidRPr="009658F0">
        <w:rPr>
          <w:rFonts w:ascii="Times New Roman" w:eastAsia="Times New Roman" w:hAnsi="Times New Roman" w:cs="Times New Roman"/>
          <w:sz w:val="24"/>
          <w:szCs w:val="24"/>
        </w:rPr>
        <w:t>W</w:t>
      </w:r>
      <w:r w:rsidRPr="009658F0">
        <w:rPr>
          <w:rFonts w:ascii="Times New Roman" w:eastAsia="Times New Roman" w:hAnsi="Times New Roman" w:cs="Times New Roman"/>
          <w:sz w:val="24"/>
          <w:szCs w:val="24"/>
        </w:rPr>
        <w:t>hite</w:t>
      </w:r>
      <w:r w:rsidR="000A05D7"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sz w:val="24"/>
          <w:szCs w:val="24"/>
        </w:rPr>
        <w:t>out] His wife offered us nice cold cherry pop in large cut [</w:t>
      </w:r>
      <w:r w:rsidR="000A05D7" w:rsidRPr="009658F0">
        <w:rPr>
          <w:rFonts w:ascii="Times New Roman" w:eastAsia="Times New Roman" w:hAnsi="Times New Roman" w:cs="Times New Roman"/>
          <w:sz w:val="24"/>
          <w:szCs w:val="24"/>
        </w:rPr>
        <w:t>W</w:t>
      </w:r>
      <w:r w:rsidRPr="009658F0">
        <w:rPr>
          <w:rFonts w:ascii="Times New Roman" w:eastAsia="Times New Roman" w:hAnsi="Times New Roman" w:cs="Times New Roman"/>
          <w:sz w:val="24"/>
          <w:szCs w:val="24"/>
        </w:rPr>
        <w:t>hite</w:t>
      </w:r>
      <w:r w:rsidR="000A05D7"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sz w:val="24"/>
          <w:szCs w:val="24"/>
        </w:rPr>
        <w:t xml:space="preserve">out] glasses. </w:t>
      </w:r>
      <w:proofErr w:type="gramStart"/>
      <w:r w:rsidRPr="009658F0">
        <w:rPr>
          <w:rFonts w:ascii="Times New Roman" w:eastAsia="Times New Roman" w:hAnsi="Times New Roman" w:cs="Times New Roman"/>
          <w:sz w:val="24"/>
          <w:szCs w:val="24"/>
        </w:rPr>
        <w:t>Also</w:t>
      </w:r>
      <w:proofErr w:type="gramEnd"/>
      <w:r w:rsidRPr="009658F0">
        <w:rPr>
          <w:rFonts w:ascii="Times New Roman" w:eastAsia="Times New Roman" w:hAnsi="Times New Roman" w:cs="Times New Roman"/>
          <w:sz w:val="24"/>
          <w:szCs w:val="24"/>
        </w:rPr>
        <w:t xml:space="preserve"> macaroons. In his reception tent he had pictures</w:t>
      </w:r>
    </w:p>
    <w:p w14:paraId="3BD26386" w14:textId="77777777" w:rsidR="00337242" w:rsidRPr="009658F0" w:rsidRDefault="00337242"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1A53C5F1" w14:textId="485DA0C3" w:rsidR="00337242" w:rsidRPr="009658F0" w:rsidRDefault="00337242" w:rsidP="006C1960">
      <w:pPr>
        <w:tabs>
          <w:tab w:val="left" w:pos="1887"/>
        </w:tabs>
        <w:spacing w:line="360" w:lineRule="auto"/>
        <w:rPr>
          <w:rFonts w:ascii="Times New Roman" w:eastAsia="Times New Roman" w:hAnsi="Times New Roman" w:cs="Times New Roman"/>
          <w:sz w:val="24"/>
          <w:szCs w:val="24"/>
        </w:rPr>
      </w:pPr>
      <w:r w:rsidRPr="009F092C">
        <w:rPr>
          <w:rFonts w:ascii="Times New Roman" w:eastAsia="Times New Roman" w:hAnsi="Times New Roman" w:cs="Times New Roman"/>
          <w:sz w:val="24"/>
          <w:szCs w:val="24"/>
          <w:highlight w:val="yellow"/>
        </w:rPr>
        <w:lastRenderedPageBreak/>
        <w:t>EDITH PAGE 63</w:t>
      </w:r>
    </w:p>
    <w:p w14:paraId="0734409B" w14:textId="3A76C72C" w:rsidR="00337242" w:rsidRPr="009658F0" w:rsidRDefault="00D27308"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of Bar </w:t>
      </w:r>
      <w:proofErr w:type="spellStart"/>
      <w:r w:rsidRPr="009658F0">
        <w:rPr>
          <w:rFonts w:ascii="Times New Roman" w:eastAsia="Times New Roman" w:hAnsi="Times New Roman" w:cs="Times New Roman"/>
          <w:sz w:val="24"/>
          <w:szCs w:val="24"/>
        </w:rPr>
        <w:t>Yohai</w:t>
      </w:r>
      <w:proofErr w:type="spellEnd"/>
      <w:r w:rsidRPr="009658F0">
        <w:rPr>
          <w:rFonts w:ascii="Times New Roman" w:eastAsia="Times New Roman" w:hAnsi="Times New Roman" w:cs="Times New Roman"/>
          <w:sz w:val="24"/>
          <w:szCs w:val="24"/>
        </w:rPr>
        <w:t xml:space="preserve">, Navon, Arik, Herzl, Begin, Bar </w:t>
      </w:r>
      <w:proofErr w:type="spellStart"/>
      <w:r w:rsidRPr="009658F0">
        <w:rPr>
          <w:rFonts w:ascii="Times New Roman" w:eastAsia="Times New Roman" w:hAnsi="Times New Roman" w:cs="Times New Roman"/>
          <w:sz w:val="24"/>
          <w:szCs w:val="24"/>
        </w:rPr>
        <w:t>Yohai</w:t>
      </w:r>
      <w:proofErr w:type="spellEnd"/>
      <w:r w:rsidRPr="009658F0">
        <w:rPr>
          <w:rFonts w:ascii="Times New Roman" w:eastAsia="Times New Roman" w:hAnsi="Times New Roman" w:cs="Times New Roman"/>
          <w:sz w:val="24"/>
          <w:szCs w:val="24"/>
        </w:rPr>
        <w:t xml:space="preserve"> again. </w:t>
      </w:r>
      <w:r w:rsidRPr="009658F0">
        <w:rPr>
          <w:rFonts w:ascii="Times New Roman" w:eastAsia="Times New Roman" w:hAnsi="Times New Roman" w:cs="Times New Roman"/>
          <w:b/>
          <w:bCs/>
          <w:i/>
          <w:iCs/>
          <w:sz w:val="24"/>
          <w:szCs w:val="24"/>
        </w:rPr>
        <w:t xml:space="preserve">Deputy Prime Minister &amp; Minister of Housing, </w:t>
      </w:r>
      <w:r w:rsidRPr="009658F0">
        <w:rPr>
          <w:rFonts w:ascii="Times New Roman" w:eastAsia="Times New Roman" w:hAnsi="Times New Roman" w:cs="Times New Roman"/>
          <w:b/>
          <w:bCs/>
          <w:i/>
          <w:iCs/>
          <w:strike/>
          <w:sz w:val="24"/>
          <w:szCs w:val="24"/>
        </w:rPr>
        <w:t>Rabbi</w:t>
      </w:r>
      <w:r w:rsidRPr="009658F0">
        <w:rPr>
          <w:rFonts w:ascii="Times New Roman" w:eastAsia="Times New Roman" w:hAnsi="Times New Roman" w:cs="Times New Roman"/>
          <w:b/>
          <w:bCs/>
          <w:i/>
          <w:iCs/>
          <w:sz w:val="24"/>
          <w:szCs w:val="24"/>
        </w:rPr>
        <w:t xml:space="preserve"> Levi David 1</w:t>
      </w:r>
      <w:r w:rsidRPr="009658F0">
        <w:rPr>
          <w:rFonts w:ascii="Times New Roman" w:eastAsia="Times New Roman" w:hAnsi="Times New Roman" w:cs="Times New Roman"/>
          <w:b/>
          <w:bCs/>
          <w:i/>
          <w:iCs/>
          <w:sz w:val="24"/>
          <w:szCs w:val="24"/>
          <w:vertAlign w:val="superscript"/>
        </w:rPr>
        <w:t>st</w:t>
      </w:r>
      <w:r w:rsidRPr="009658F0">
        <w:rPr>
          <w:rFonts w:ascii="Times New Roman" w:eastAsia="Times New Roman" w:hAnsi="Times New Roman" w:cs="Times New Roman"/>
          <w:b/>
          <w:bCs/>
          <w:i/>
          <w:iCs/>
          <w:sz w:val="24"/>
          <w:szCs w:val="24"/>
        </w:rPr>
        <w:t xml:space="preserve"> Moroccan Minister</w:t>
      </w:r>
      <w:r w:rsidRPr="009658F0">
        <w:rPr>
          <w:rFonts w:ascii="Times New Roman" w:eastAsia="Times New Roman" w:hAnsi="Times New Roman" w:cs="Times New Roman"/>
          <w:b/>
          <w:bCs/>
          <w:sz w:val="24"/>
          <w:szCs w:val="24"/>
        </w:rPr>
        <w:t>.</w:t>
      </w:r>
      <w:r w:rsidR="009F0081" w:rsidRPr="009658F0">
        <w:rPr>
          <w:rFonts w:ascii="Times New Roman" w:eastAsia="Times New Roman" w:hAnsi="Times New Roman" w:cs="Times New Roman"/>
          <w:sz w:val="24"/>
          <w:szCs w:val="24"/>
        </w:rPr>
        <w:t xml:space="preserve"> </w:t>
      </w:r>
      <w:proofErr w:type="gramStart"/>
      <w:r w:rsidRPr="009658F0">
        <w:rPr>
          <w:rFonts w:ascii="Times New Roman" w:eastAsia="Times New Roman" w:hAnsi="Times New Roman" w:cs="Times New Roman"/>
          <w:sz w:val="24"/>
          <w:szCs w:val="24"/>
        </w:rPr>
        <w:t>Also</w:t>
      </w:r>
      <w:proofErr w:type="gramEnd"/>
      <w:r w:rsidRPr="009658F0">
        <w:rPr>
          <w:rFonts w:ascii="Times New Roman" w:eastAsia="Times New Roman" w:hAnsi="Times New Roman" w:cs="Times New Roman"/>
          <w:sz w:val="24"/>
          <w:szCs w:val="24"/>
        </w:rPr>
        <w:t xml:space="preserve"> a TV set on a stand. V comfortable. They’ve been there since </w:t>
      </w:r>
      <w:proofErr w:type="spellStart"/>
      <w:r w:rsidRPr="009658F0">
        <w:rPr>
          <w:rFonts w:ascii="Times New Roman" w:eastAsia="Times New Roman" w:hAnsi="Times New Roman" w:cs="Times New Roman"/>
          <w:sz w:val="24"/>
          <w:szCs w:val="24"/>
        </w:rPr>
        <w:t>Mimuna</w:t>
      </w:r>
      <w:proofErr w:type="spellEnd"/>
      <w:r w:rsidRPr="009658F0">
        <w:rPr>
          <w:rFonts w:ascii="Times New Roman" w:eastAsia="Times New Roman" w:hAnsi="Times New Roman" w:cs="Times New Roman"/>
          <w:sz w:val="24"/>
          <w:szCs w:val="24"/>
        </w:rPr>
        <w:t xml:space="preserve">. It’s a kind of holiday. </w:t>
      </w:r>
      <w:r w:rsidRPr="009658F0">
        <w:rPr>
          <w:rFonts w:ascii="Times New Roman" w:eastAsia="Times New Roman" w:hAnsi="Times New Roman" w:cs="Times New Roman"/>
          <w:i/>
          <w:iCs/>
          <w:sz w:val="24"/>
          <w:szCs w:val="24"/>
        </w:rPr>
        <w:t>He</w:t>
      </w:r>
      <w:r w:rsidRPr="009658F0">
        <w:rPr>
          <w:rFonts w:ascii="Times New Roman" w:eastAsia="Times New Roman" w:hAnsi="Times New Roman" w:cs="Times New Roman"/>
          <w:sz w:val="24"/>
          <w:szCs w:val="24"/>
        </w:rPr>
        <w:t xml:space="preserve"> was enjoying it yet was busy.</w:t>
      </w:r>
    </w:p>
    <w:p w14:paraId="1E7DB94C" w14:textId="0CCB0A75" w:rsidR="00D27308" w:rsidRPr="009658F0" w:rsidRDefault="00D27308" w:rsidP="006C1960">
      <w:pPr>
        <w:tabs>
          <w:tab w:val="left" w:pos="1887"/>
        </w:tabs>
        <w:spacing w:line="360" w:lineRule="auto"/>
        <w:rPr>
          <w:rFonts w:ascii="Times New Roman" w:eastAsia="Times New Roman" w:hAnsi="Times New Roman" w:cs="Times New Roman"/>
          <w:sz w:val="24"/>
          <w:szCs w:val="24"/>
          <w:u w:val="single"/>
        </w:rPr>
      </w:pPr>
      <w:r w:rsidRPr="009658F0">
        <w:rPr>
          <w:rFonts w:ascii="Times New Roman" w:eastAsia="Times New Roman" w:hAnsi="Times New Roman" w:cs="Times New Roman"/>
          <w:sz w:val="24"/>
          <w:szCs w:val="24"/>
          <w:u w:val="single"/>
        </w:rPr>
        <w:t xml:space="preserve">Notes on Themes &amp; Theory </w:t>
      </w:r>
    </w:p>
    <w:p w14:paraId="5BFB9DFD" w14:textId="212D0CFC" w:rsidR="00D27308" w:rsidRPr="009658F0" w:rsidRDefault="00D27308" w:rsidP="006C1960">
      <w:pPr>
        <w:tabs>
          <w:tab w:val="left" w:pos="1887"/>
        </w:tabs>
        <w:spacing w:line="360" w:lineRule="auto"/>
        <w:rPr>
          <w:rFonts w:ascii="Times New Roman" w:eastAsia="Times New Roman" w:hAnsi="Times New Roman" w:cs="Times New Roman"/>
          <w:sz w:val="24"/>
          <w:szCs w:val="24"/>
          <w:u w:val="single"/>
        </w:rPr>
      </w:pPr>
      <w:r w:rsidRPr="009658F0">
        <w:rPr>
          <w:rFonts w:ascii="Times New Roman" w:eastAsia="Times New Roman" w:hAnsi="Times New Roman" w:cs="Times New Roman"/>
          <w:sz w:val="24"/>
          <w:szCs w:val="24"/>
          <w:u w:val="single"/>
        </w:rPr>
        <w:t>Themes</w:t>
      </w:r>
      <w:r w:rsidRPr="009658F0">
        <w:rPr>
          <w:rFonts w:ascii="Times New Roman" w:eastAsia="Times New Roman" w:hAnsi="Times New Roman" w:cs="Times New Roman"/>
          <w:sz w:val="24"/>
          <w:szCs w:val="24"/>
        </w:rPr>
        <w:t xml:space="preserve"> * </w:t>
      </w:r>
      <w:r w:rsidRPr="009658F0">
        <w:rPr>
          <w:rFonts w:ascii="Times New Roman" w:eastAsia="Times New Roman" w:hAnsi="Times New Roman" w:cs="Times New Roman"/>
          <w:sz w:val="24"/>
          <w:szCs w:val="24"/>
          <w:u w:val="single"/>
        </w:rPr>
        <w:t>Communitas</w:t>
      </w:r>
    </w:p>
    <w:p w14:paraId="409CECEF" w14:textId="26874729" w:rsidR="00D27308" w:rsidRPr="009658F0" w:rsidRDefault="00D27308"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Shown in full measure in tent hospitality.</w:t>
      </w:r>
    </w:p>
    <w:p w14:paraId="57FB2A48" w14:textId="2F658C06" w:rsidR="00D27308" w:rsidRPr="009658F0" w:rsidRDefault="00D27308" w:rsidP="006C1960">
      <w:pPr>
        <w:tabs>
          <w:tab w:val="left" w:pos="1887"/>
        </w:tabs>
        <w:spacing w:line="360" w:lineRule="auto"/>
        <w:rPr>
          <w:rFonts w:ascii="Times New Roman" w:eastAsia="Times New Roman" w:hAnsi="Times New Roman" w:cs="Times New Roman"/>
          <w:sz w:val="24"/>
          <w:szCs w:val="24"/>
        </w:rPr>
      </w:pPr>
      <w:proofErr w:type="gramStart"/>
      <w:r w:rsidRPr="009658F0">
        <w:rPr>
          <w:rFonts w:ascii="Times New Roman" w:eastAsia="Times New Roman" w:hAnsi="Times New Roman" w:cs="Times New Roman"/>
          <w:sz w:val="24"/>
          <w:szCs w:val="24"/>
        </w:rPr>
        <w:t>Also</w:t>
      </w:r>
      <w:proofErr w:type="gramEnd"/>
      <w:r w:rsidRPr="009658F0">
        <w:rPr>
          <w:rFonts w:ascii="Times New Roman" w:eastAsia="Times New Roman" w:hAnsi="Times New Roman" w:cs="Times New Roman"/>
          <w:sz w:val="24"/>
          <w:szCs w:val="24"/>
        </w:rPr>
        <w:t xml:space="preserve"> in freedom to talk in Shrine on Fri</w:t>
      </w:r>
      <w:r w:rsidR="00230EE2" w:rsidRPr="009658F0">
        <w:rPr>
          <w:rFonts w:ascii="Times New Roman" w:eastAsia="Times New Roman" w:hAnsi="Times New Roman" w:cs="Times New Roman"/>
          <w:sz w:val="24"/>
          <w:szCs w:val="24"/>
        </w:rPr>
        <w:t>: women at side seats.</w:t>
      </w:r>
    </w:p>
    <w:p w14:paraId="1B2AAE6F" w14:textId="67333531" w:rsidR="00230EE2" w:rsidRPr="009658F0" w:rsidRDefault="00230EE2" w:rsidP="006C1960">
      <w:pPr>
        <w:tabs>
          <w:tab w:val="left" w:pos="1887"/>
        </w:tabs>
        <w:spacing w:line="360" w:lineRule="auto"/>
        <w:rPr>
          <w:rFonts w:ascii="Times New Roman" w:eastAsia="Times New Roman" w:hAnsi="Times New Roman" w:cs="Times New Roman"/>
          <w:sz w:val="24"/>
          <w:szCs w:val="24"/>
          <w:u w:val="single"/>
        </w:rPr>
      </w:pPr>
      <w:r w:rsidRPr="009658F0">
        <w:rPr>
          <w:rFonts w:ascii="Times New Roman" w:eastAsia="Times New Roman" w:hAnsi="Times New Roman" w:cs="Times New Roman"/>
          <w:sz w:val="24"/>
          <w:szCs w:val="24"/>
          <w:u w:val="single"/>
        </w:rPr>
        <w:t>Men/Women</w:t>
      </w:r>
    </w:p>
    <w:p w14:paraId="546C88D7" w14:textId="11124D81"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Hasidim men in grp, women dominant in shrine</w:t>
      </w:r>
    </w:p>
    <w:p w14:paraId="42462201" w14:textId="61ECC727"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*Re-</w:t>
      </w:r>
      <w:proofErr w:type="spellStart"/>
      <w:r w:rsidRPr="009658F0">
        <w:rPr>
          <w:rFonts w:ascii="Times New Roman" w:eastAsia="Times New Roman" w:hAnsi="Times New Roman" w:cs="Times New Roman"/>
          <w:sz w:val="24"/>
          <w:szCs w:val="24"/>
        </w:rPr>
        <w:t>Moroccanization</w:t>
      </w:r>
      <w:proofErr w:type="spellEnd"/>
      <w:r w:rsidRPr="009658F0">
        <w:rPr>
          <w:rFonts w:ascii="Times New Roman" w:eastAsia="Times New Roman" w:hAnsi="Times New Roman" w:cs="Times New Roman"/>
          <w:sz w:val="24"/>
          <w:szCs w:val="24"/>
        </w:rPr>
        <w:t xml:space="preserve"> (part of liminality, autochthones </w:t>
      </w:r>
      <w:proofErr w:type="spellStart"/>
      <w:r w:rsidRPr="009658F0">
        <w:rPr>
          <w:rFonts w:ascii="Times New Roman" w:eastAsia="Times New Roman" w:hAnsi="Times New Roman" w:cs="Times New Roman"/>
          <w:sz w:val="24"/>
          <w:szCs w:val="24"/>
        </w:rPr>
        <w:t>etc</w:t>
      </w:r>
      <w:proofErr w:type="spellEnd"/>
      <w:r w:rsidRPr="009658F0">
        <w:rPr>
          <w:rFonts w:ascii="Times New Roman" w:eastAsia="Times New Roman" w:hAnsi="Times New Roman" w:cs="Times New Roman"/>
          <w:sz w:val="24"/>
          <w:szCs w:val="24"/>
        </w:rPr>
        <w:t>)</w:t>
      </w:r>
    </w:p>
    <w:p w14:paraId="65FC7A85" w14:textId="031CF47B"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Shown in clothes, put on for occasion or for guests. Great pleasure in them. </w:t>
      </w:r>
    </w:p>
    <w:p w14:paraId="5518CE97" w14:textId="7E093D4E"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[text added at side: </w:t>
      </w:r>
      <w:r w:rsidRPr="009658F0">
        <w:rPr>
          <w:rFonts w:ascii="Times New Roman" w:eastAsia="Times New Roman" w:hAnsi="Times New Roman" w:cs="Times New Roman"/>
          <w:i/>
          <w:iCs/>
          <w:sz w:val="24"/>
          <w:szCs w:val="24"/>
        </w:rPr>
        <w:t>MS becoming more pious, strong</w:t>
      </w:r>
      <w:r w:rsidRPr="009658F0">
        <w:rPr>
          <w:rFonts w:ascii="Times New Roman" w:eastAsia="Times New Roman" w:hAnsi="Times New Roman" w:cs="Times New Roman"/>
          <w:sz w:val="24"/>
          <w:szCs w:val="24"/>
        </w:rPr>
        <w:t>] In foods, meat.</w:t>
      </w:r>
    </w:p>
    <w:p w14:paraId="571D9E4C" w14:textId="78ADD3C1"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(1) Hasidim, smallest but v conspicuous</w:t>
      </w:r>
    </w:p>
    <w:p w14:paraId="31C34890" w14:textId="4161C2BA"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(2) Moroccans + N Africans – largest [note added above: all from devel. towns] 90% (4% 2000 Indians).</w:t>
      </w:r>
    </w:p>
    <w:p w14:paraId="7ABFA3E9" w14:textId="77777777"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(3) Uninvolved: </w:t>
      </w:r>
      <w:proofErr w:type="gramStart"/>
      <w:r w:rsidRPr="009658F0">
        <w:rPr>
          <w:rFonts w:ascii="Times New Roman" w:eastAsia="Times New Roman" w:hAnsi="Times New Roman" w:cs="Times New Roman"/>
          <w:sz w:val="24"/>
          <w:szCs w:val="24"/>
        </w:rPr>
        <w:t>ourselves</w:t>
      </w:r>
      <w:proofErr w:type="gramEnd"/>
      <w:r w:rsidRPr="009658F0">
        <w:rPr>
          <w:rFonts w:ascii="Times New Roman" w:eastAsia="Times New Roman" w:hAnsi="Times New Roman" w:cs="Times New Roman"/>
          <w:sz w:val="24"/>
          <w:szCs w:val="24"/>
        </w:rPr>
        <w:t xml:space="preserve">, Moshavim, newcomers, Bezalel students, police, [text has been whited out, the next word has been written over the white-out] vendors, bus drivers, </w:t>
      </w:r>
      <w:proofErr w:type="spellStart"/>
      <w:r w:rsidRPr="009658F0">
        <w:rPr>
          <w:rFonts w:ascii="Times New Roman" w:eastAsia="Times New Roman" w:hAnsi="Times New Roman" w:cs="Times New Roman"/>
          <w:sz w:val="24"/>
          <w:szCs w:val="24"/>
        </w:rPr>
        <w:t>Misnagdim</w:t>
      </w:r>
      <w:proofErr w:type="spellEnd"/>
      <w:r w:rsidRPr="009658F0">
        <w:rPr>
          <w:rFonts w:ascii="Times New Roman" w:eastAsia="Times New Roman" w:hAnsi="Times New Roman" w:cs="Times New Roman"/>
          <w:sz w:val="24"/>
          <w:szCs w:val="24"/>
        </w:rPr>
        <w:t>, missionaries</w:t>
      </w:r>
    </w:p>
    <w:p w14:paraId="4292E940" w14:textId="64F3F4F5"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(4) Mod. W. Yeshiva </w:t>
      </w:r>
      <w:r w:rsidR="00D209E2" w:rsidRPr="009658F0">
        <w:rPr>
          <w:rFonts w:ascii="Times New Roman" w:eastAsia="Times New Roman" w:hAnsi="Times New Roman" w:cs="Times New Roman"/>
          <w:sz w:val="24"/>
          <w:szCs w:val="24"/>
        </w:rPr>
        <w:t>Orthodox</w:t>
      </w:r>
      <w:r w:rsidRPr="009658F0">
        <w:rPr>
          <w:rFonts w:ascii="Times New Roman" w:eastAsia="Times New Roman" w:hAnsi="Times New Roman" w:cs="Times New Roman"/>
          <w:sz w:val="24"/>
          <w:szCs w:val="24"/>
        </w:rPr>
        <w:t>.</w:t>
      </w:r>
    </w:p>
    <w:p w14:paraId="4D6A91C9" w14:textId="6E9022C9"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u w:val="single"/>
        </w:rPr>
        <w:t>Slaughter of lambs</w:t>
      </w:r>
      <w:r w:rsidRPr="009658F0">
        <w:rPr>
          <w:rFonts w:ascii="Times New Roman" w:eastAsia="Times New Roman" w:hAnsi="Times New Roman" w:cs="Times New Roman"/>
          <w:sz w:val="24"/>
          <w:szCs w:val="24"/>
        </w:rPr>
        <w:t>. See hospitality – also submerged sacrifice?</w:t>
      </w:r>
    </w:p>
    <w:p w14:paraId="1491735E" w14:textId="71BD3285"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Many loci</w:t>
      </w:r>
    </w:p>
    <w:p w14:paraId="22CA791A" w14:textId="54AFD32C"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lastRenderedPageBreak/>
        <w:t>1) Shrine inside (Moroccan)</w:t>
      </w:r>
    </w:p>
    <w:p w14:paraId="1062AAF8" w14:textId="2CC69899"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2) Roof (Hasidic)</w:t>
      </w:r>
    </w:p>
    <w:p w14:paraId="708A34EB" w14:textId="0E3B0E63"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3) Tents (Moroccans)</w:t>
      </w:r>
    </w:p>
    <w:p w14:paraId="43AC9244" w14:textId="64106BBB"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4) Courtyard, left, Hasid. </w:t>
      </w:r>
    </w:p>
    <w:p w14:paraId="1008F7B5" w14:textId="4F0F0DFA"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(5) courtyard [text whited out and the next word written over white out] right H wives + </w:t>
      </w:r>
      <w:proofErr w:type="spellStart"/>
      <w:r w:rsidRPr="009658F0">
        <w:rPr>
          <w:rFonts w:ascii="Times New Roman" w:eastAsia="Times New Roman" w:hAnsi="Times New Roman" w:cs="Times New Roman"/>
          <w:sz w:val="24"/>
          <w:szCs w:val="24"/>
        </w:rPr>
        <w:t>Morocc</w:t>
      </w:r>
      <w:proofErr w:type="spellEnd"/>
      <w:r w:rsidRPr="009658F0">
        <w:rPr>
          <w:rFonts w:ascii="Times New Roman" w:eastAsia="Times New Roman" w:hAnsi="Times New Roman" w:cs="Times New Roman"/>
          <w:sz w:val="24"/>
          <w:szCs w:val="24"/>
        </w:rPr>
        <w:t>.</w:t>
      </w:r>
    </w:p>
    <w:p w14:paraId="58977478" w14:textId="4D8B8177"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5) Cafes</w:t>
      </w:r>
    </w:p>
    <w:p w14:paraId="2161F252" w14:textId="56E89BF5"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7) [this text has been written in pencil] pathway, Hospice, dining room.</w:t>
      </w:r>
    </w:p>
    <w:p w14:paraId="34B3E683" w14:textId="77777777" w:rsidR="00230EE2" w:rsidRPr="009658F0" w:rsidRDefault="00230EE2"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08B3058D" w14:textId="42069281" w:rsidR="00230EE2" w:rsidRPr="009658F0" w:rsidRDefault="00230EE2" w:rsidP="006C1960">
      <w:pPr>
        <w:tabs>
          <w:tab w:val="left" w:pos="1887"/>
        </w:tabs>
        <w:spacing w:line="360" w:lineRule="auto"/>
        <w:rPr>
          <w:rFonts w:ascii="Times New Roman" w:eastAsia="Times New Roman" w:hAnsi="Times New Roman" w:cs="Times New Roman"/>
          <w:sz w:val="24"/>
          <w:szCs w:val="24"/>
        </w:rPr>
      </w:pPr>
      <w:r w:rsidRPr="009F092C">
        <w:rPr>
          <w:rFonts w:ascii="Times New Roman" w:eastAsia="Times New Roman" w:hAnsi="Times New Roman" w:cs="Times New Roman"/>
          <w:sz w:val="24"/>
          <w:szCs w:val="24"/>
          <w:highlight w:val="yellow"/>
        </w:rPr>
        <w:lastRenderedPageBreak/>
        <w:t>EDITH PAGE 64</w:t>
      </w:r>
    </w:p>
    <w:p w14:paraId="5BB918E6" w14:textId="572DBB6B" w:rsidR="00230EE2" w:rsidRPr="009658F0" w:rsidRDefault="00032C0C"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(64) Conflict</w:t>
      </w:r>
    </w:p>
    <w:p w14:paraId="4582F3B2" w14:textId="4FE31859" w:rsidR="00032C0C" w:rsidRPr="009658F0" w:rsidRDefault="00032C0C"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 Hasidim v Sephardim (see diagram)</w:t>
      </w:r>
    </w:p>
    <w:p w14:paraId="2D5FFA35" w14:textId="0B8A8B0A" w:rsidR="008E658B" w:rsidRPr="009658F0" w:rsidRDefault="008E658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04672" behindDoc="0" locked="0" layoutInCell="1" allowOverlap="1" wp14:anchorId="5D04AE70" wp14:editId="7F4BD61D">
                <wp:simplePos x="0" y="0"/>
                <wp:positionH relativeFrom="column">
                  <wp:posOffset>3269672</wp:posOffset>
                </wp:positionH>
                <wp:positionV relativeFrom="paragraph">
                  <wp:posOffset>2485621</wp:posOffset>
                </wp:positionV>
                <wp:extent cx="1024890" cy="283210"/>
                <wp:effectExtent l="0" t="0" r="0" b="2540"/>
                <wp:wrapSquare wrapText="bothSides"/>
                <wp:docPr id="854047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890" cy="283210"/>
                        </a:xfrm>
                        <a:prstGeom prst="rect">
                          <a:avLst/>
                        </a:prstGeom>
                        <a:noFill/>
                        <a:ln w="9525">
                          <a:noFill/>
                          <a:miter lim="800000"/>
                          <a:headEnd/>
                          <a:tailEnd/>
                        </a:ln>
                      </wps:spPr>
                      <wps:txbx>
                        <w:txbxContent>
                          <w:p w14:paraId="71B58055" w14:textId="2504962E" w:rsidR="008E658B" w:rsidRPr="008E658B" w:rsidRDefault="008E658B" w:rsidP="008E658B">
                            <w:pPr>
                              <w:rPr>
                                <w:b/>
                                <w:bCs/>
                                <w:lang w:val="en-GB"/>
                              </w:rPr>
                            </w:pPr>
                            <w:r>
                              <w:rPr>
                                <w:b/>
                                <w:bCs/>
                                <w:lang w:val="en-GB"/>
                              </w:rPr>
                              <w:t>Misnagdim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04AE70" id="_x0000_s1134" type="#_x0000_t202" style="position:absolute;margin-left:257.45pt;margin-top:195.7pt;width:80.7pt;height:22.3pt;z-index:25180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" filled="f" stroked="f">
                <v:textbox>
                  <w:txbxContent>
                    <w:p w14:paraId="71B58055" w14:textId="2504962E" w:rsidR="008E658B" w:rsidRPr="008E658B" w:rsidRDefault="008E658B" w:rsidP="008E658B">
                      <w:pPr>
                        <w:rPr>
                          <w:b/>
                          <w:bCs/>
                          <w:lang w:val="en-GB"/>
                        </w:rPr>
                      </w:pPr>
                      <w:proofErr w:type="spellStart"/>
                      <w:r>
                        <w:rPr>
                          <w:b/>
                          <w:bCs/>
                          <w:lang w:val="en-GB"/>
                        </w:rPr>
                        <w:t>Misnagdim</w:t>
                      </w:r>
                      <w:proofErr w:type="spellEnd"/>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02624" behindDoc="0" locked="0" layoutInCell="1" allowOverlap="1" wp14:anchorId="368B10DA" wp14:editId="59DCC1E0">
                <wp:simplePos x="0" y="0"/>
                <wp:positionH relativeFrom="column">
                  <wp:posOffset>4461164</wp:posOffset>
                </wp:positionH>
                <wp:positionV relativeFrom="paragraph">
                  <wp:posOffset>1668203</wp:posOffset>
                </wp:positionV>
                <wp:extent cx="1024890" cy="283210"/>
                <wp:effectExtent l="0" t="0" r="0" b="2540"/>
                <wp:wrapSquare wrapText="bothSides"/>
                <wp:docPr id="2007494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890" cy="283210"/>
                        </a:xfrm>
                        <a:prstGeom prst="rect">
                          <a:avLst/>
                        </a:prstGeom>
                        <a:noFill/>
                        <a:ln w="9525">
                          <a:noFill/>
                          <a:miter lim="800000"/>
                          <a:headEnd/>
                          <a:tailEnd/>
                        </a:ln>
                      </wps:spPr>
                      <wps:txbx>
                        <w:txbxContent>
                          <w:p w14:paraId="5C0FA07A" w14:textId="23CB403A" w:rsidR="008E658B" w:rsidRPr="008E658B" w:rsidRDefault="008E658B" w:rsidP="008E658B">
                            <w:pPr>
                              <w:rPr>
                                <w:b/>
                                <w:bCs/>
                                <w:lang w:val="en-GB"/>
                              </w:rPr>
                            </w:pPr>
                            <w:r>
                              <w:rPr>
                                <w:b/>
                                <w:bCs/>
                                <w:lang w:val="en-GB"/>
                              </w:rPr>
                              <w:t>Secular</w:t>
                            </w:r>
                            <w:r w:rsidRPr="008E658B">
                              <w:rPr>
                                <w:b/>
                                <w:bCs/>
                                <w:noProof/>
                                <w:lang w:val="en-GB"/>
                              </w:rPr>
                              <w:drawing>
                                <wp:inline distT="0" distB="0" distL="0" distR="0" wp14:anchorId="5A3F9387" wp14:editId="25B17466">
                                  <wp:extent cx="661035" cy="182880"/>
                                  <wp:effectExtent l="0" t="0" r="0" b="0"/>
                                  <wp:docPr id="99585322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1035" cy="1828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8B10DA" id="_x0000_s1135" type="#_x0000_t202" style="position:absolute;margin-left:351.25pt;margin-top:131.35pt;width:80.7pt;height:22.3pt;z-index:25180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" filled="f" stroked="f">
                <v:textbox>
                  <w:txbxContent>
                    <w:p w14:paraId="5C0FA07A" w14:textId="23CB403A" w:rsidR="008E658B" w:rsidRPr="008E658B" w:rsidRDefault="008E658B" w:rsidP="008E658B">
                      <w:pPr>
                        <w:rPr>
                          <w:b/>
                          <w:bCs/>
                          <w:lang w:val="en-GB"/>
                        </w:rPr>
                      </w:pPr>
                      <w:r>
                        <w:rPr>
                          <w:b/>
                          <w:bCs/>
                          <w:lang w:val="en-GB"/>
                        </w:rPr>
                        <w:t>Se</w:t>
                      </w:r>
                      <w:r>
                        <w:rPr>
                          <w:b/>
                          <w:bCs/>
                          <w:lang w:val="en-GB"/>
                        </w:rPr>
                        <w:t>cular</w:t>
                      </w:r>
                      <w:r w:rsidRPr="008E658B">
                        <w:rPr>
                          <w:b/>
                          <w:bCs/>
                          <w:noProof/>
                          <w:lang w:val="en-GB"/>
                        </w:rPr>
                        <w:drawing>
                          <wp:inline distT="0" distB="0" distL="0" distR="0" wp14:anchorId="5A3F9387" wp14:editId="25B17466">
                            <wp:extent cx="661035" cy="182880"/>
                            <wp:effectExtent l="0" t="0" r="0" b="0"/>
                            <wp:docPr id="99585322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1035" cy="182880"/>
                                    </a:xfrm>
                                    <a:prstGeom prst="rect">
                                      <a:avLst/>
                                    </a:prstGeom>
                                    <a:noFill/>
                                    <a:ln>
                                      <a:noFill/>
                                    </a:ln>
                                  </pic:spPr>
                                </pic:pic>
                              </a:graphicData>
                            </a:graphic>
                          </wp:inline>
                        </w:drawing>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800576" behindDoc="0" locked="0" layoutInCell="1" allowOverlap="1" wp14:anchorId="6832D5B3" wp14:editId="2057C5AC">
                <wp:simplePos x="0" y="0"/>
                <wp:positionH relativeFrom="column">
                  <wp:posOffset>4461510</wp:posOffset>
                </wp:positionH>
                <wp:positionV relativeFrom="paragraph">
                  <wp:posOffset>1058949</wp:posOffset>
                </wp:positionV>
                <wp:extent cx="1024890" cy="283210"/>
                <wp:effectExtent l="0" t="0" r="0" b="2540"/>
                <wp:wrapSquare wrapText="bothSides"/>
                <wp:docPr id="11027377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890" cy="283210"/>
                        </a:xfrm>
                        <a:prstGeom prst="rect">
                          <a:avLst/>
                        </a:prstGeom>
                        <a:noFill/>
                        <a:ln w="9525">
                          <a:noFill/>
                          <a:miter lim="800000"/>
                          <a:headEnd/>
                          <a:tailEnd/>
                        </a:ln>
                      </wps:spPr>
                      <wps:txbx>
                        <w:txbxContent>
                          <w:p w14:paraId="76878BFB" w14:textId="0AC8BD31" w:rsidR="008E658B" w:rsidRPr="008E658B" w:rsidRDefault="008E658B" w:rsidP="008E658B">
                            <w:pPr>
                              <w:rPr>
                                <w:b/>
                                <w:bCs/>
                                <w:lang w:val="en-GB"/>
                              </w:rPr>
                            </w:pPr>
                            <w:r>
                              <w:rPr>
                                <w:b/>
                                <w:bCs/>
                                <w:lang w:val="en-GB"/>
                              </w:rPr>
                              <w:t>Has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2D5B3" id="_x0000_s1136" type="#_x0000_t202" style="position:absolute;margin-left:351.3pt;margin-top:83.4pt;width:80.7pt;height:22.3pt;z-index:25180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" filled="f" stroked="f">
                <v:textbox>
                  <w:txbxContent>
                    <w:p w14:paraId="76878BFB" w14:textId="0AC8BD31" w:rsidR="008E658B" w:rsidRPr="008E658B" w:rsidRDefault="008E658B" w:rsidP="008E658B">
                      <w:pPr>
                        <w:rPr>
                          <w:b/>
                          <w:bCs/>
                          <w:lang w:val="en-GB"/>
                        </w:rPr>
                      </w:pPr>
                      <w:r>
                        <w:rPr>
                          <w:b/>
                          <w:bCs/>
                          <w:lang w:val="en-GB"/>
                        </w:rPr>
                        <w:t>Has</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98528" behindDoc="0" locked="0" layoutInCell="1" allowOverlap="1" wp14:anchorId="2BC57996" wp14:editId="40716B0F">
                <wp:simplePos x="0" y="0"/>
                <wp:positionH relativeFrom="column">
                  <wp:posOffset>4204335</wp:posOffset>
                </wp:positionH>
                <wp:positionV relativeFrom="paragraph">
                  <wp:posOffset>448195</wp:posOffset>
                </wp:positionV>
                <wp:extent cx="1821815" cy="283210"/>
                <wp:effectExtent l="0" t="0" r="0" b="2540"/>
                <wp:wrapSquare wrapText="bothSides"/>
                <wp:docPr id="18976306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1815" cy="283210"/>
                        </a:xfrm>
                        <a:prstGeom prst="rect">
                          <a:avLst/>
                        </a:prstGeom>
                        <a:noFill/>
                        <a:ln w="9525">
                          <a:noFill/>
                          <a:miter lim="800000"/>
                          <a:headEnd/>
                          <a:tailEnd/>
                        </a:ln>
                      </wps:spPr>
                      <wps:txbx>
                        <w:txbxContent>
                          <w:p w14:paraId="1FE52D42" w14:textId="4BAFE7BB" w:rsidR="008E658B" w:rsidRPr="008E658B" w:rsidRDefault="008E658B" w:rsidP="008E658B">
                            <w:pPr>
                              <w:rPr>
                                <w:b/>
                                <w:bCs/>
                                <w:lang w:val="en-GB"/>
                              </w:rPr>
                            </w:pPr>
                            <w:r>
                              <w:rPr>
                                <w:b/>
                                <w:bCs/>
                                <w:lang w:val="en-GB"/>
                              </w:rPr>
                              <w:t>Moroccans 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57996" id="_x0000_s1137" type="#_x0000_t202" style="position:absolute;margin-left:331.05pt;margin-top:35.3pt;width:143.45pt;height:22.3pt;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" filled="f" stroked="f">
                <v:textbox>
                  <w:txbxContent>
                    <w:p w14:paraId="1FE52D42" w14:textId="4BAFE7BB" w:rsidR="008E658B" w:rsidRPr="008E658B" w:rsidRDefault="008E658B" w:rsidP="008E658B">
                      <w:pPr>
                        <w:rPr>
                          <w:b/>
                          <w:bCs/>
                          <w:lang w:val="en-GB"/>
                        </w:rPr>
                      </w:pPr>
                      <w:r>
                        <w:rPr>
                          <w:b/>
                          <w:bCs/>
                          <w:lang w:val="en-GB"/>
                        </w:rPr>
                        <w:t>Moroccans etc</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96480" behindDoc="0" locked="0" layoutInCell="1" allowOverlap="1" wp14:anchorId="0A19ED77" wp14:editId="0F173BDD">
                <wp:simplePos x="0" y="0"/>
                <wp:positionH relativeFrom="column">
                  <wp:posOffset>2507499</wp:posOffset>
                </wp:positionH>
                <wp:positionV relativeFrom="paragraph">
                  <wp:posOffset>1604761</wp:posOffset>
                </wp:positionV>
                <wp:extent cx="1024890" cy="283210"/>
                <wp:effectExtent l="0" t="0" r="0" b="2540"/>
                <wp:wrapSquare wrapText="bothSides"/>
                <wp:docPr id="1771937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890" cy="283210"/>
                        </a:xfrm>
                        <a:prstGeom prst="rect">
                          <a:avLst/>
                        </a:prstGeom>
                        <a:noFill/>
                        <a:ln w="9525">
                          <a:noFill/>
                          <a:miter lim="800000"/>
                          <a:headEnd/>
                          <a:tailEnd/>
                        </a:ln>
                      </wps:spPr>
                      <wps:txbx>
                        <w:txbxContent>
                          <w:p w14:paraId="23A2D467" w14:textId="1901E26B" w:rsidR="008E658B" w:rsidRPr="008E658B" w:rsidRDefault="008E658B" w:rsidP="008E658B">
                            <w:pPr>
                              <w:rPr>
                                <w:b/>
                                <w:bCs/>
                                <w:lang w:val="en-GB"/>
                              </w:rPr>
                            </w:pPr>
                            <w:r>
                              <w:rPr>
                                <w:b/>
                                <w:bCs/>
                                <w:lang w:val="en-GB"/>
                              </w:rPr>
                              <w:t>Ashkenazim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19ED77" id="_x0000_s1138" type="#_x0000_t202" style="position:absolute;margin-left:197.45pt;margin-top:126.35pt;width:80.7pt;height:22.3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" filled="f" stroked="f">
                <v:textbox>
                  <w:txbxContent>
                    <w:p w14:paraId="23A2D467" w14:textId="1901E26B" w:rsidR="008E658B" w:rsidRPr="008E658B" w:rsidRDefault="008E658B" w:rsidP="008E658B">
                      <w:pPr>
                        <w:rPr>
                          <w:b/>
                          <w:bCs/>
                          <w:lang w:val="en-GB"/>
                        </w:rPr>
                      </w:pPr>
                      <w:r>
                        <w:rPr>
                          <w:b/>
                          <w:bCs/>
                          <w:lang w:val="en-GB"/>
                        </w:rPr>
                        <w:t>Ashkenaz</w:t>
                      </w:r>
                      <w:r>
                        <w:rPr>
                          <w:b/>
                          <w:bCs/>
                          <w:lang w:val="en-GB"/>
                        </w:rPr>
                        <w:t>im</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94432" behindDoc="0" locked="0" layoutInCell="1" allowOverlap="1" wp14:anchorId="07B9C64D" wp14:editId="3F990F8E">
                <wp:simplePos x="0" y="0"/>
                <wp:positionH relativeFrom="column">
                  <wp:posOffset>2722245</wp:posOffset>
                </wp:positionH>
                <wp:positionV relativeFrom="paragraph">
                  <wp:posOffset>94615</wp:posOffset>
                </wp:positionV>
                <wp:extent cx="1024890" cy="283210"/>
                <wp:effectExtent l="0" t="0" r="0" b="2540"/>
                <wp:wrapSquare wrapText="bothSides"/>
                <wp:docPr id="2050980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890" cy="283210"/>
                        </a:xfrm>
                        <a:prstGeom prst="rect">
                          <a:avLst/>
                        </a:prstGeom>
                        <a:noFill/>
                        <a:ln w="9525">
                          <a:noFill/>
                          <a:miter lim="800000"/>
                          <a:headEnd/>
                          <a:tailEnd/>
                        </a:ln>
                      </wps:spPr>
                      <wps:txbx>
                        <w:txbxContent>
                          <w:p w14:paraId="062C2CCB" w14:textId="656439B0" w:rsidR="008E658B" w:rsidRPr="008E658B" w:rsidRDefault="008E658B" w:rsidP="008E658B">
                            <w:pPr>
                              <w:rPr>
                                <w:b/>
                                <w:bCs/>
                                <w:lang w:val="en-GB"/>
                              </w:rPr>
                            </w:pPr>
                            <w:r>
                              <w:rPr>
                                <w:b/>
                                <w:bCs/>
                                <w:lang w:val="en-GB"/>
                              </w:rPr>
                              <w:t>Sephardim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9C64D" id="_x0000_s1139" type="#_x0000_t202" style="position:absolute;margin-left:214.35pt;margin-top:7.45pt;width:80.7pt;height:22.3pt;z-index:25179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" filled="f" stroked="f">
                <v:textbox>
                  <w:txbxContent>
                    <w:p w14:paraId="062C2CCB" w14:textId="656439B0" w:rsidR="008E658B" w:rsidRPr="008E658B" w:rsidRDefault="008E658B" w:rsidP="008E658B">
                      <w:pPr>
                        <w:rPr>
                          <w:b/>
                          <w:bCs/>
                          <w:lang w:val="en-GB"/>
                        </w:rPr>
                      </w:pPr>
                      <w:r>
                        <w:rPr>
                          <w:b/>
                          <w:bCs/>
                          <w:lang w:val="en-GB"/>
                        </w:rPr>
                        <w:t>Sephardim</w:t>
                      </w:r>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92384" behindDoc="0" locked="0" layoutInCell="1" allowOverlap="1" wp14:anchorId="7F6DAF31" wp14:editId="54B092A2">
                <wp:simplePos x="0" y="0"/>
                <wp:positionH relativeFrom="column">
                  <wp:posOffset>1482090</wp:posOffset>
                </wp:positionH>
                <wp:positionV relativeFrom="paragraph">
                  <wp:posOffset>538249</wp:posOffset>
                </wp:positionV>
                <wp:extent cx="872490" cy="248920"/>
                <wp:effectExtent l="0" t="0" r="0" b="0"/>
                <wp:wrapSquare wrapText="bothSides"/>
                <wp:docPr id="889612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2490" cy="248920"/>
                        </a:xfrm>
                        <a:prstGeom prst="rect">
                          <a:avLst/>
                        </a:prstGeom>
                        <a:noFill/>
                        <a:ln w="9525">
                          <a:noFill/>
                          <a:miter lim="800000"/>
                          <a:headEnd/>
                          <a:tailEnd/>
                        </a:ln>
                      </wps:spPr>
                      <wps:txbx>
                        <w:txbxContent>
                          <w:p w14:paraId="1D5E85B1" w14:textId="5806565E" w:rsidR="008E658B" w:rsidRPr="008E658B" w:rsidRDefault="008E658B" w:rsidP="008E658B">
                            <w:pPr>
                              <w:rPr>
                                <w:b/>
                                <w:bCs/>
                                <w:lang w:val="en-GB"/>
                              </w:rPr>
                            </w:pPr>
                            <w:r>
                              <w:rPr>
                                <w:b/>
                                <w:bCs/>
                                <w:lang w:val="en-GB"/>
                              </w:rPr>
                              <w:t>Zohar Yohaioha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DAF31" id="_x0000_s1140" type="#_x0000_t202" style="position:absolute;margin-left:116.7pt;margin-top:42.4pt;width:68.7pt;height:19.6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" filled="f" stroked="f">
                <v:textbox>
                  <w:txbxContent>
                    <w:p w14:paraId="1D5E85B1" w14:textId="5806565E" w:rsidR="008E658B" w:rsidRPr="008E658B" w:rsidRDefault="008E658B" w:rsidP="008E658B">
                      <w:pPr>
                        <w:rPr>
                          <w:b/>
                          <w:bCs/>
                          <w:lang w:val="en-GB"/>
                        </w:rPr>
                      </w:pPr>
                      <w:r>
                        <w:rPr>
                          <w:b/>
                          <w:bCs/>
                          <w:lang w:val="en-GB"/>
                        </w:rPr>
                        <w:t>Zohar</w:t>
                      </w:r>
                      <w:r>
                        <w:rPr>
                          <w:b/>
                          <w:bCs/>
                          <w:lang w:val="en-GB"/>
                        </w:rPr>
                        <w:t xml:space="preserve"> </w:t>
                      </w:r>
                      <w:proofErr w:type="spellStart"/>
                      <w:r>
                        <w:rPr>
                          <w:b/>
                          <w:bCs/>
                          <w:lang w:val="en-GB"/>
                        </w:rPr>
                        <w:t>Yohai</w:t>
                      </w:r>
                      <w:r>
                        <w:rPr>
                          <w:b/>
                          <w:bCs/>
                          <w:lang w:val="en-GB"/>
                        </w:rPr>
                        <w:t>oha</w:t>
                      </w:r>
                      <w:proofErr w:type="spellEnd"/>
                    </w:p>
                  </w:txbxContent>
                </v:textbox>
                <w10:wrap type="square"/>
              </v:shape>
            </w:pict>
          </mc:Fallback>
        </mc:AlternateContent>
      </w:r>
      <w:r w:rsidRPr="009658F0">
        <w:rPr>
          <w:rFonts w:ascii="Times New Roman" w:eastAsia="Times New Roman" w:hAnsi="Times New Roman" w:cs="Times New Roman"/>
          <w:noProof/>
          <w:sz w:val="24"/>
          <w:szCs w:val="24"/>
        </w:rPr>
        <mc:AlternateContent>
          <mc:Choice Requires="wps">
            <w:drawing>
              <wp:anchor distT="45720" distB="45720" distL="114300" distR="114300" simplePos="0" relativeHeight="251790336" behindDoc="0" locked="0" layoutInCell="1" allowOverlap="1" wp14:anchorId="3CFCC7A9" wp14:editId="09509235">
                <wp:simplePos x="0" y="0"/>
                <wp:positionH relativeFrom="column">
                  <wp:posOffset>567805</wp:posOffset>
                </wp:positionH>
                <wp:positionV relativeFrom="paragraph">
                  <wp:posOffset>1119967</wp:posOffset>
                </wp:positionV>
                <wp:extent cx="872490" cy="248920"/>
                <wp:effectExtent l="0" t="0" r="0" b="0"/>
                <wp:wrapSquare wrapText="bothSides"/>
                <wp:docPr id="1080413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2490" cy="248920"/>
                        </a:xfrm>
                        <a:prstGeom prst="rect">
                          <a:avLst/>
                        </a:prstGeom>
                        <a:noFill/>
                        <a:ln w="9525">
                          <a:noFill/>
                          <a:miter lim="800000"/>
                          <a:headEnd/>
                          <a:tailEnd/>
                        </a:ln>
                      </wps:spPr>
                      <wps:txbx>
                        <w:txbxContent>
                          <w:p w14:paraId="3A57F33D" w14:textId="4D59B682" w:rsidR="008E658B" w:rsidRPr="008E658B" w:rsidRDefault="008E658B">
                            <w:pPr>
                              <w:rPr>
                                <w:b/>
                                <w:bCs/>
                                <w:lang w:val="en-GB"/>
                              </w:rPr>
                            </w:pPr>
                            <w:r>
                              <w:rPr>
                                <w:b/>
                                <w:bCs/>
                                <w:lang w:val="en-GB"/>
                              </w:rPr>
                              <w:t>Bar Yohai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FCC7A9" id="_x0000_s1141" type="#_x0000_t202" style="position:absolute;margin-left:44.7pt;margin-top:88.2pt;width:68.7pt;height:19.6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" filled="f" stroked="f">
                <v:textbox>
                  <w:txbxContent>
                    <w:p w14:paraId="3A57F33D" w14:textId="4D59B682" w:rsidR="008E658B" w:rsidRPr="008E658B" w:rsidRDefault="008E658B">
                      <w:pPr>
                        <w:rPr>
                          <w:b/>
                          <w:bCs/>
                          <w:lang w:val="en-GB"/>
                        </w:rPr>
                      </w:pPr>
                      <w:r>
                        <w:rPr>
                          <w:b/>
                          <w:bCs/>
                          <w:lang w:val="en-GB"/>
                        </w:rPr>
                        <w:t xml:space="preserve">Bar </w:t>
                      </w:r>
                      <w:proofErr w:type="spellStart"/>
                      <w:r>
                        <w:rPr>
                          <w:b/>
                          <w:bCs/>
                          <w:lang w:val="en-GB"/>
                        </w:rPr>
                        <w:t>Yohai</w:t>
                      </w:r>
                      <w:proofErr w:type="spellEnd"/>
                    </w:p>
                  </w:txbxContent>
                </v:textbox>
                <w10:wrap type="square"/>
              </v:shape>
            </w:pict>
          </mc:Fallback>
        </mc:AlternateContent>
      </w:r>
      <w:r w:rsidRPr="009658F0">
        <w:rPr>
          <w:rFonts w:ascii="Times New Roman" w:eastAsia="Times New Roman" w:hAnsi="Times New Roman" w:cs="Times New Roman"/>
          <w:noProof/>
          <w:sz w:val="24"/>
          <w:szCs w:val="24"/>
        </w:rPr>
        <w:drawing>
          <wp:anchor distT="0" distB="0" distL="114300" distR="114300" simplePos="0" relativeHeight="251788288" behindDoc="1" locked="0" layoutInCell="1" allowOverlap="1" wp14:anchorId="58959F57" wp14:editId="1CD2D3BD">
            <wp:simplePos x="0" y="0"/>
            <wp:positionH relativeFrom="column">
              <wp:posOffset>0</wp:posOffset>
            </wp:positionH>
            <wp:positionV relativeFrom="page">
              <wp:posOffset>1898073</wp:posOffset>
            </wp:positionV>
            <wp:extent cx="5486400" cy="3171190"/>
            <wp:effectExtent l="0" t="0" r="0" b="0"/>
            <wp:wrapNone/>
            <wp:docPr id="104573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3563" name=""/>
                    <pic:cNvPicPr/>
                  </pic:nvPicPr>
                  <pic:blipFill>
                    <a:blip r:embed="rId33"/>
                    <a:stretch>
                      <a:fillRect/>
                    </a:stretch>
                  </pic:blipFill>
                  <pic:spPr>
                    <a:xfrm>
                      <a:off x="0" y="0"/>
                      <a:ext cx="5486400" cy="3171190"/>
                    </a:xfrm>
                    <a:prstGeom prst="rect">
                      <a:avLst/>
                    </a:prstGeom>
                  </pic:spPr>
                </pic:pic>
              </a:graphicData>
            </a:graphic>
          </wp:anchor>
        </w:drawing>
      </w:r>
    </w:p>
    <w:p w14:paraId="3C3BA602" w14:textId="77777777" w:rsidR="008E658B" w:rsidRPr="009658F0" w:rsidRDefault="008E658B" w:rsidP="006C1960">
      <w:pPr>
        <w:spacing w:line="360" w:lineRule="auto"/>
        <w:rPr>
          <w:rFonts w:ascii="Times New Roman" w:eastAsia="Times New Roman" w:hAnsi="Times New Roman" w:cs="Times New Roman"/>
          <w:sz w:val="24"/>
          <w:szCs w:val="24"/>
        </w:rPr>
      </w:pPr>
    </w:p>
    <w:p w14:paraId="10585735" w14:textId="77777777" w:rsidR="008E658B" w:rsidRPr="009658F0" w:rsidRDefault="008E658B" w:rsidP="006C1960">
      <w:pPr>
        <w:spacing w:line="360" w:lineRule="auto"/>
        <w:rPr>
          <w:rFonts w:ascii="Times New Roman" w:eastAsia="Times New Roman" w:hAnsi="Times New Roman" w:cs="Times New Roman"/>
          <w:sz w:val="24"/>
          <w:szCs w:val="24"/>
        </w:rPr>
      </w:pPr>
    </w:p>
    <w:p w14:paraId="76C32FAF" w14:textId="77777777" w:rsidR="008E658B" w:rsidRPr="009658F0" w:rsidRDefault="008E658B" w:rsidP="006C1960">
      <w:pPr>
        <w:spacing w:line="360" w:lineRule="auto"/>
        <w:rPr>
          <w:rFonts w:ascii="Times New Roman" w:eastAsia="Times New Roman" w:hAnsi="Times New Roman" w:cs="Times New Roman"/>
          <w:sz w:val="24"/>
          <w:szCs w:val="24"/>
        </w:rPr>
      </w:pPr>
    </w:p>
    <w:p w14:paraId="31F0815A" w14:textId="77777777" w:rsidR="008E658B" w:rsidRPr="009658F0" w:rsidRDefault="008E658B" w:rsidP="006C1960">
      <w:pPr>
        <w:spacing w:line="360" w:lineRule="auto"/>
        <w:rPr>
          <w:rFonts w:ascii="Times New Roman" w:eastAsia="Times New Roman" w:hAnsi="Times New Roman" w:cs="Times New Roman"/>
          <w:sz w:val="24"/>
          <w:szCs w:val="24"/>
        </w:rPr>
      </w:pPr>
    </w:p>
    <w:p w14:paraId="604C8328" w14:textId="77777777" w:rsidR="008E658B" w:rsidRPr="009658F0" w:rsidRDefault="008E658B" w:rsidP="006C1960">
      <w:pPr>
        <w:spacing w:line="360" w:lineRule="auto"/>
        <w:rPr>
          <w:rFonts w:ascii="Times New Roman" w:eastAsia="Times New Roman" w:hAnsi="Times New Roman" w:cs="Times New Roman"/>
          <w:sz w:val="24"/>
          <w:szCs w:val="24"/>
        </w:rPr>
      </w:pPr>
    </w:p>
    <w:p w14:paraId="143790E4" w14:textId="77777777" w:rsidR="008E658B" w:rsidRPr="009658F0" w:rsidRDefault="008E658B" w:rsidP="006C1960">
      <w:pPr>
        <w:spacing w:line="360" w:lineRule="auto"/>
        <w:rPr>
          <w:rFonts w:ascii="Times New Roman" w:eastAsia="Times New Roman" w:hAnsi="Times New Roman" w:cs="Times New Roman"/>
          <w:sz w:val="24"/>
          <w:szCs w:val="24"/>
        </w:rPr>
      </w:pPr>
    </w:p>
    <w:p w14:paraId="479E1A01" w14:textId="77777777" w:rsidR="008E658B" w:rsidRPr="009658F0" w:rsidRDefault="008E658B" w:rsidP="006C1960">
      <w:pPr>
        <w:spacing w:line="360" w:lineRule="auto"/>
        <w:rPr>
          <w:rFonts w:ascii="Times New Roman" w:eastAsia="Times New Roman" w:hAnsi="Times New Roman" w:cs="Times New Roman"/>
          <w:sz w:val="24"/>
          <w:szCs w:val="24"/>
        </w:rPr>
      </w:pPr>
    </w:p>
    <w:p w14:paraId="3783C22B" w14:textId="77777777" w:rsidR="008E658B" w:rsidRPr="009658F0" w:rsidRDefault="008E658B" w:rsidP="006C1960">
      <w:pPr>
        <w:spacing w:line="360" w:lineRule="auto"/>
        <w:rPr>
          <w:rFonts w:ascii="Times New Roman" w:eastAsia="Times New Roman" w:hAnsi="Times New Roman" w:cs="Times New Roman"/>
          <w:sz w:val="24"/>
          <w:szCs w:val="24"/>
        </w:rPr>
      </w:pPr>
    </w:p>
    <w:p w14:paraId="651EBD82" w14:textId="77777777" w:rsidR="008E658B" w:rsidRPr="009658F0" w:rsidRDefault="008E658B" w:rsidP="006C1960">
      <w:pPr>
        <w:spacing w:line="360" w:lineRule="auto"/>
        <w:rPr>
          <w:rFonts w:ascii="Times New Roman" w:eastAsia="Times New Roman" w:hAnsi="Times New Roman" w:cs="Times New Roman"/>
          <w:sz w:val="24"/>
          <w:szCs w:val="24"/>
        </w:rPr>
      </w:pPr>
    </w:p>
    <w:p w14:paraId="5F08C1F6" w14:textId="77777777" w:rsidR="008E658B" w:rsidRPr="009658F0" w:rsidRDefault="008E658B" w:rsidP="006C1960">
      <w:pPr>
        <w:spacing w:line="360" w:lineRule="auto"/>
        <w:rPr>
          <w:rFonts w:ascii="Times New Roman" w:eastAsia="Times New Roman" w:hAnsi="Times New Roman" w:cs="Times New Roman"/>
          <w:sz w:val="24"/>
          <w:szCs w:val="24"/>
        </w:rPr>
      </w:pPr>
    </w:p>
    <w:p w14:paraId="75848F0E" w14:textId="7018C098" w:rsidR="008E658B" w:rsidRPr="009658F0" w:rsidRDefault="008E658B"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Hasidim weak economically.</w:t>
      </w:r>
    </w:p>
    <w:p w14:paraId="4CF24D4B" w14:textId="4D56B226" w:rsidR="008E658B" w:rsidRPr="009658F0" w:rsidRDefault="008E658B"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Meeting at Bar </w:t>
      </w:r>
      <w:proofErr w:type="spellStart"/>
      <w:r w:rsidRPr="009658F0">
        <w:rPr>
          <w:rFonts w:ascii="Times New Roman" w:eastAsia="Times New Roman" w:hAnsi="Times New Roman" w:cs="Times New Roman"/>
          <w:sz w:val="24"/>
          <w:szCs w:val="24"/>
        </w:rPr>
        <w:t>Yohai</w:t>
      </w:r>
      <w:proofErr w:type="spellEnd"/>
      <w:r w:rsidRPr="009658F0">
        <w:rPr>
          <w:rFonts w:ascii="Times New Roman" w:eastAsia="Times New Roman" w:hAnsi="Times New Roman" w:cs="Times New Roman"/>
          <w:sz w:val="24"/>
          <w:szCs w:val="24"/>
        </w:rPr>
        <w:t xml:space="preserve">, yet tendency to conflict. Ambiguous. </w:t>
      </w:r>
    </w:p>
    <w:p w14:paraId="3A338A49" w14:textId="702909F8" w:rsidR="008E658B" w:rsidRPr="009658F0" w:rsidRDefault="008E658B"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“Sephardim don’t know how Hasidim live, what they ** are about, don’t know how to define them.” – Nurit</w:t>
      </w:r>
    </w:p>
    <w:p w14:paraId="304BEF3A" w14:textId="18BEC36E" w:rsidR="008E658B" w:rsidRPr="009658F0" w:rsidRDefault="008E658B"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Hasid throws garbage over Moroccan women,</w:t>
      </w:r>
    </w:p>
    <w:p w14:paraId="0BFF5663" w14:textId="38563192" w:rsidR="008E658B" w:rsidRPr="009658F0" w:rsidRDefault="008E658B"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B) Hasidim vs. Neo Kabbalists. Say so in article.</w:t>
      </w:r>
    </w:p>
    <w:p w14:paraId="0CE54188" w14:textId="3A0973D3" w:rsidR="008E658B" w:rsidRPr="009658F0" w:rsidRDefault="008E658B"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C) Over sites </w:t>
      </w:r>
      <w:proofErr w:type="spellStart"/>
      <w:r w:rsidRPr="009658F0">
        <w:rPr>
          <w:rFonts w:ascii="Times New Roman" w:eastAsia="Times New Roman" w:hAnsi="Times New Roman" w:cs="Times New Roman"/>
          <w:sz w:val="24"/>
          <w:szCs w:val="24"/>
        </w:rPr>
        <w:t>eg</w:t>
      </w:r>
      <w:proofErr w:type="spellEnd"/>
      <w:r w:rsidRPr="009658F0">
        <w:rPr>
          <w:rFonts w:ascii="Times New Roman" w:eastAsia="Times New Roman" w:hAnsi="Times New Roman" w:cs="Times New Roman"/>
          <w:sz w:val="24"/>
          <w:szCs w:val="24"/>
        </w:rPr>
        <w:t xml:space="preserve"> old women</w:t>
      </w:r>
    </w:p>
    <w:p w14:paraId="6A898C0A" w14:textId="50B329DE" w:rsidR="008E658B" w:rsidRPr="009658F0" w:rsidRDefault="008E658B"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lastRenderedPageBreak/>
        <w:t>D) Modernist Orthodox v Hasidic—plus Sephardic piety, see p. 64b</w:t>
      </w:r>
    </w:p>
    <w:p w14:paraId="0F1EC33D" w14:textId="7E156F6D" w:rsidR="008E658B" w:rsidRPr="009658F0" w:rsidRDefault="008E658B"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E) Devotees v rest of community. “A second Israel” –Shifa.</w:t>
      </w:r>
    </w:p>
    <w:p w14:paraId="6F2D9530" w14:textId="2CA031BA" w:rsidR="008E658B" w:rsidRPr="009658F0" w:rsidRDefault="008E658B" w:rsidP="006C1960">
      <w:pPr>
        <w:tabs>
          <w:tab w:val="left" w:pos="1495"/>
        </w:tabs>
        <w:spacing w:line="360" w:lineRule="auto"/>
        <w:rPr>
          <w:rFonts w:ascii="Times New Roman" w:eastAsia="Times New Roman" w:hAnsi="Times New Roman" w:cs="Times New Roman"/>
          <w:sz w:val="24"/>
          <w:szCs w:val="24"/>
          <w:u w:val="single"/>
        </w:rPr>
      </w:pPr>
      <w:r w:rsidRPr="009658F0">
        <w:rPr>
          <w:rFonts w:ascii="Times New Roman" w:eastAsia="Times New Roman" w:hAnsi="Times New Roman" w:cs="Times New Roman"/>
          <w:sz w:val="24"/>
          <w:szCs w:val="24"/>
          <w:u w:val="single"/>
        </w:rPr>
        <w:t>Body v Anti the Body</w:t>
      </w:r>
    </w:p>
    <w:p w14:paraId="600C6A6E" w14:textId="79D5BE4B" w:rsidR="008E658B" w:rsidRPr="009658F0" w:rsidRDefault="008E658B"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Hasid expressions</w:t>
      </w:r>
    </w:p>
    <w:p w14:paraId="44406274" w14:textId="0A59A20A" w:rsidR="008E658B" w:rsidRPr="009658F0" w:rsidRDefault="008E658B"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Sephardic [ditto marks]</w:t>
      </w:r>
    </w:p>
    <w:p w14:paraId="387A7DAD" w14:textId="0BA06552" w:rsidR="008E658B" w:rsidRPr="009658F0" w:rsidRDefault="00674E4F"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w:t>
      </w:r>
      <w:r w:rsidR="008E658B" w:rsidRPr="009658F0">
        <w:rPr>
          <w:rFonts w:ascii="Times New Roman" w:eastAsia="Times New Roman" w:hAnsi="Times New Roman" w:cs="Times New Roman"/>
          <w:sz w:val="24"/>
          <w:szCs w:val="24"/>
        </w:rPr>
        <w:t>Text added at side in smaller writing:</w:t>
      </w:r>
      <w:r w:rsidRPr="009658F0">
        <w:rPr>
          <w:rFonts w:ascii="Times New Roman" w:eastAsia="Times New Roman" w:hAnsi="Times New Roman" w:cs="Times New Roman"/>
          <w:sz w:val="24"/>
          <w:szCs w:val="24"/>
        </w:rPr>
        <w:t>]</w:t>
      </w:r>
      <w:r w:rsidR="008E658B" w:rsidRPr="009658F0">
        <w:rPr>
          <w:rFonts w:ascii="Times New Roman" w:eastAsia="Times New Roman" w:hAnsi="Times New Roman" w:cs="Times New Roman"/>
          <w:sz w:val="24"/>
          <w:szCs w:val="24"/>
        </w:rPr>
        <w:t xml:space="preserve"> If tou</w:t>
      </w:r>
      <w:r w:rsidR="00EB37D3" w:rsidRPr="009658F0">
        <w:rPr>
          <w:rFonts w:ascii="Times New Roman" w:eastAsia="Times New Roman" w:hAnsi="Times New Roman" w:cs="Times New Roman"/>
          <w:sz w:val="24"/>
          <w:szCs w:val="24"/>
        </w:rPr>
        <w:t>ch body</w:t>
      </w:r>
      <w:r w:rsidR="00E00CE2" w:rsidRPr="009658F0">
        <w:rPr>
          <w:rFonts w:ascii="Times New Roman" w:eastAsia="Times New Roman" w:hAnsi="Times New Roman" w:cs="Times New Roman"/>
          <w:sz w:val="24"/>
          <w:szCs w:val="24"/>
        </w:rPr>
        <w:t>, not usually clothes, must say prayer. See p 3 center debriefing re nature</w:t>
      </w:r>
    </w:p>
    <w:p w14:paraId="07F95D58" w14:textId="3C4AF267" w:rsidR="00E00CE2" w:rsidRPr="009658F0" w:rsidRDefault="00E00CE2"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Zohar – “Silent” element.</w:t>
      </w:r>
    </w:p>
    <w:p w14:paraId="60D4DB39" w14:textId="658C2688" w:rsidR="00E00CE2" w:rsidRPr="009658F0" w:rsidRDefault="00E00CE2"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sz w:val="24"/>
          <w:szCs w:val="24"/>
          <w:u w:val="single"/>
        </w:rPr>
        <w:t>National Attitudes</w:t>
      </w:r>
      <w:r w:rsidRPr="009658F0">
        <w:rPr>
          <w:rFonts w:ascii="Times New Roman" w:eastAsia="Times New Roman" w:hAnsi="Times New Roman" w:cs="Times New Roman"/>
          <w:sz w:val="24"/>
          <w:szCs w:val="24"/>
        </w:rPr>
        <w:t xml:space="preserve"> </w:t>
      </w:r>
    </w:p>
    <w:p w14:paraId="7615F89C" w14:textId="7E8C65DE" w:rsidR="00E00CE2" w:rsidRPr="009658F0" w:rsidRDefault="00E00CE2"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1) Bar </w:t>
      </w:r>
      <w:proofErr w:type="spellStart"/>
      <w:r w:rsidRPr="009658F0">
        <w:rPr>
          <w:rFonts w:ascii="Times New Roman" w:eastAsia="Times New Roman" w:hAnsi="Times New Roman" w:cs="Times New Roman"/>
          <w:sz w:val="24"/>
          <w:szCs w:val="24"/>
        </w:rPr>
        <w:t>Yohai</w:t>
      </w:r>
      <w:proofErr w:type="spellEnd"/>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sz w:val="24"/>
          <w:szCs w:val="24"/>
          <w:u w:val="single"/>
        </w:rPr>
        <w:t xml:space="preserve">The Nat Israeli </w:t>
      </w:r>
      <w:proofErr w:type="spellStart"/>
      <w:r w:rsidRPr="009658F0">
        <w:rPr>
          <w:rFonts w:ascii="Times New Roman" w:eastAsia="Times New Roman" w:hAnsi="Times New Roman" w:cs="Times New Roman"/>
          <w:sz w:val="24"/>
          <w:szCs w:val="24"/>
          <w:u w:val="single"/>
        </w:rPr>
        <w:t>Festiv</w:t>
      </w:r>
      <w:proofErr w:type="spellEnd"/>
    </w:p>
    <w:p w14:paraId="38368EA1" w14:textId="50375DF9" w:rsidR="00E00CE2" w:rsidRPr="009658F0" w:rsidRDefault="00E00CE2"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2) </w:t>
      </w:r>
      <w:proofErr w:type="spellStart"/>
      <w:r w:rsidRPr="009658F0">
        <w:rPr>
          <w:rFonts w:ascii="Times New Roman" w:eastAsia="Times New Roman" w:hAnsi="Times New Roman" w:cs="Times New Roman"/>
          <w:sz w:val="24"/>
          <w:szCs w:val="24"/>
        </w:rPr>
        <w:t>Relig</w:t>
      </w:r>
      <w:proofErr w:type="spellEnd"/>
      <w:r w:rsidRPr="009658F0">
        <w:rPr>
          <w:rFonts w:ascii="Times New Roman" w:eastAsia="Times New Roman" w:hAnsi="Times New Roman" w:cs="Times New Roman"/>
          <w:sz w:val="24"/>
          <w:szCs w:val="24"/>
        </w:rPr>
        <w:t>. condemn because “pagan” “primitive”</w:t>
      </w:r>
    </w:p>
    <w:p w14:paraId="2F9F9A66" w14:textId="78209700" w:rsidR="00E00CE2" w:rsidRPr="009658F0" w:rsidRDefault="00E00CE2"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A) NB No Egged buses scheduled </w:t>
      </w:r>
      <w:r w:rsidR="00674E4F" w:rsidRPr="009658F0">
        <w:rPr>
          <w:rFonts w:ascii="Times New Roman" w:eastAsia="Times New Roman" w:hAnsi="Times New Roman" w:cs="Times New Roman"/>
          <w:sz w:val="24"/>
          <w:szCs w:val="24"/>
        </w:rPr>
        <w:t xml:space="preserve">direct to Meron from Jerusalem, only via Haifa. 6 </w:t>
      </w:r>
      <w:proofErr w:type="spellStart"/>
      <w:r w:rsidR="00674E4F" w:rsidRPr="009658F0">
        <w:rPr>
          <w:rFonts w:ascii="Times New Roman" w:eastAsia="Times New Roman" w:hAnsi="Times New Roman" w:cs="Times New Roman"/>
          <w:sz w:val="24"/>
          <w:szCs w:val="24"/>
        </w:rPr>
        <w:t>hr</w:t>
      </w:r>
      <w:proofErr w:type="spellEnd"/>
      <w:r w:rsidR="00674E4F" w:rsidRPr="009658F0">
        <w:rPr>
          <w:rFonts w:ascii="Times New Roman" w:eastAsia="Times New Roman" w:hAnsi="Times New Roman" w:cs="Times New Roman"/>
          <w:sz w:val="24"/>
          <w:szCs w:val="24"/>
        </w:rPr>
        <w:t xml:space="preserve"> delay.</w:t>
      </w:r>
    </w:p>
    <w:p w14:paraId="6504E10D" w14:textId="0E3E84DA" w:rsidR="00674E4F" w:rsidRPr="009658F0" w:rsidRDefault="00674E4F"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B) On radio, an announcement saying “This is not a suitable event, don’t attend, there is bad slaughtering” – Haim Hagan.</w:t>
      </w:r>
    </w:p>
    <w:p w14:paraId="5AC5974B" w14:textId="203B6DEE" w:rsidR="005110E2" w:rsidRPr="009658F0" w:rsidRDefault="00674E4F" w:rsidP="006C1960">
      <w:pPr>
        <w:tabs>
          <w:tab w:val="left" w:pos="1495"/>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C) Ameri back page: Minister of </w:t>
      </w:r>
      <w:proofErr w:type="spellStart"/>
      <w:r w:rsidRPr="009658F0">
        <w:rPr>
          <w:rFonts w:ascii="Times New Roman" w:eastAsia="Times New Roman" w:hAnsi="Times New Roman" w:cs="Times New Roman"/>
          <w:sz w:val="24"/>
          <w:szCs w:val="24"/>
        </w:rPr>
        <w:t>Relig</w:t>
      </w:r>
      <w:proofErr w:type="spellEnd"/>
      <w:r w:rsidRPr="009658F0">
        <w:rPr>
          <w:rFonts w:ascii="Times New Roman" w:eastAsia="Times New Roman" w:hAnsi="Times New Roman" w:cs="Times New Roman"/>
          <w:sz w:val="24"/>
          <w:szCs w:val="24"/>
        </w:rPr>
        <w:t xml:space="preserve">: avoid </w:t>
      </w:r>
      <w:proofErr w:type="gramStart"/>
      <w:r w:rsidRPr="009658F0">
        <w:rPr>
          <w:rFonts w:ascii="Times New Roman" w:eastAsia="Times New Roman" w:hAnsi="Times New Roman" w:cs="Times New Roman"/>
          <w:sz w:val="24"/>
          <w:szCs w:val="24"/>
        </w:rPr>
        <w:t>non Rabbinic</w:t>
      </w:r>
      <w:proofErr w:type="gramEnd"/>
      <w:r w:rsidRPr="009658F0">
        <w:rPr>
          <w:rFonts w:ascii="Times New Roman" w:eastAsia="Times New Roman" w:hAnsi="Times New Roman" w:cs="Times New Roman"/>
          <w:sz w:val="24"/>
          <w:szCs w:val="24"/>
        </w:rPr>
        <w:t>-marked meat, places of no separation of men &amp; women.</w:t>
      </w:r>
    </w:p>
    <w:p w14:paraId="22F50E9E" w14:textId="77777777" w:rsidR="005110E2" w:rsidRPr="009658F0" w:rsidRDefault="005110E2"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5561B3CC" w14:textId="35F9CE18" w:rsidR="00674E4F" w:rsidRPr="009658F0" w:rsidRDefault="005110E2" w:rsidP="006C1960">
      <w:pPr>
        <w:tabs>
          <w:tab w:val="left" w:pos="1887"/>
        </w:tabs>
        <w:spacing w:line="360" w:lineRule="auto"/>
        <w:rPr>
          <w:rFonts w:ascii="Times New Roman" w:eastAsia="Times New Roman" w:hAnsi="Times New Roman" w:cs="Times New Roman"/>
          <w:sz w:val="24"/>
          <w:szCs w:val="24"/>
        </w:rPr>
      </w:pPr>
      <w:r w:rsidRPr="009F092C">
        <w:rPr>
          <w:rFonts w:ascii="Times New Roman" w:eastAsia="Times New Roman" w:hAnsi="Times New Roman" w:cs="Times New Roman"/>
          <w:sz w:val="24"/>
          <w:szCs w:val="24"/>
          <w:highlight w:val="yellow"/>
        </w:rPr>
        <w:lastRenderedPageBreak/>
        <w:t>EDITH PAGE 64A</w:t>
      </w:r>
    </w:p>
    <w:p w14:paraId="6026B44B" w14:textId="13156487" w:rsidR="005110E2" w:rsidRPr="009658F0" w:rsidRDefault="00C8525B" w:rsidP="006C1960">
      <w:pPr>
        <w:tabs>
          <w:tab w:val="left" w:pos="1887"/>
        </w:tabs>
        <w:spacing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(64a)</w:t>
      </w:r>
    </w:p>
    <w:p w14:paraId="3E9A1C81" w14:textId="0B77FEAB" w:rsidR="00C8525B" w:rsidRPr="009658F0" w:rsidRDefault="00C8525B" w:rsidP="006C1960">
      <w:pPr>
        <w:tabs>
          <w:tab w:val="left" w:pos="1887"/>
        </w:tabs>
        <w:spacing w:line="360" w:lineRule="auto"/>
        <w:jc w:val="center"/>
        <w:rPr>
          <w:rFonts w:ascii="Times New Roman" w:eastAsia="Times New Roman" w:hAnsi="Times New Roman" w:cs="Times New Roman"/>
          <w:sz w:val="24"/>
          <w:szCs w:val="24"/>
          <w:u w:val="single"/>
        </w:rPr>
      </w:pPr>
      <w:r w:rsidRPr="009658F0">
        <w:rPr>
          <w:rFonts w:ascii="Times New Roman" w:eastAsia="Times New Roman" w:hAnsi="Times New Roman" w:cs="Times New Roman"/>
          <w:sz w:val="24"/>
          <w:szCs w:val="24"/>
          <w:u w:val="single"/>
        </w:rPr>
        <w:t>Slanging Terms</w:t>
      </w:r>
    </w:p>
    <w:p w14:paraId="41D6777D" w14:textId="43EE76E3" w:rsidR="00C8525B" w:rsidRPr="009658F0" w:rsidRDefault="00C8525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Moroccans call Hasidim “blacks” because of clothes.</w:t>
      </w:r>
    </w:p>
    <w:p w14:paraId="77309B6E" w14:textId="46CD2B7B" w:rsidR="00C8525B" w:rsidRPr="009658F0" w:rsidRDefault="00C8525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Hasidim call Moroccans “blacks” because of skin color.</w:t>
      </w:r>
    </w:p>
    <w:p w14:paraId="3D35062C" w14:textId="4EEE61BA" w:rsidR="00C8525B" w:rsidRPr="009658F0" w:rsidRDefault="00C8525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Moroccans call Hasidim “whites”.</w:t>
      </w:r>
    </w:p>
    <w:p w14:paraId="5889DE4F" w14:textId="1CB46A84" w:rsidR="00C8525B" w:rsidRPr="009658F0" w:rsidRDefault="00C8525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Hasidim call Moroccans “gentiles</w:t>
      </w:r>
      <w:r w:rsidR="0038102D">
        <w:rPr>
          <w:rFonts w:ascii="Times New Roman" w:eastAsia="Times New Roman" w:hAnsi="Times New Roman" w:cs="Times New Roman"/>
          <w:sz w:val="24"/>
          <w:szCs w:val="24"/>
        </w:rPr>
        <w:t>,</w:t>
      </w:r>
      <w:r w:rsidRPr="009658F0">
        <w:rPr>
          <w:rFonts w:ascii="Times New Roman" w:eastAsia="Times New Roman" w:hAnsi="Times New Roman" w:cs="Times New Roman"/>
          <w:sz w:val="24"/>
          <w:szCs w:val="24"/>
        </w:rPr>
        <w:t>” say Moroccans</w:t>
      </w:r>
    </w:p>
    <w:p w14:paraId="7A194F4C" w14:textId="1F48E2C1" w:rsidR="00C8525B" w:rsidRPr="009658F0" w:rsidRDefault="00C8525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Indians call tinsel on trees “primitive”</w:t>
      </w:r>
    </w:p>
    <w:p w14:paraId="27735F0D" w14:textId="21BCC383" w:rsidR="00C8525B" w:rsidRPr="009658F0" w:rsidRDefault="00C8525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In Morocco, Moroccans called “Jews</w:t>
      </w:r>
      <w:r w:rsidR="0038102D">
        <w:rPr>
          <w:rFonts w:ascii="Times New Roman" w:eastAsia="Times New Roman" w:hAnsi="Times New Roman" w:cs="Times New Roman"/>
          <w:sz w:val="24"/>
          <w:szCs w:val="24"/>
        </w:rPr>
        <w:t>,</w:t>
      </w:r>
      <w:r w:rsidRPr="009658F0">
        <w:rPr>
          <w:rFonts w:ascii="Times New Roman" w:eastAsia="Times New Roman" w:hAnsi="Times New Roman" w:cs="Times New Roman"/>
          <w:sz w:val="24"/>
          <w:szCs w:val="24"/>
        </w:rPr>
        <w:t>” in Israel called “Moroccans”</w:t>
      </w:r>
    </w:p>
    <w:p w14:paraId="11BAFE38" w14:textId="118F09A1" w:rsidR="00C8525B" w:rsidRPr="009658F0" w:rsidRDefault="00C8525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Non-pilgrims call Bar </w:t>
      </w:r>
      <w:proofErr w:type="spellStart"/>
      <w:r w:rsidRPr="009658F0">
        <w:rPr>
          <w:rFonts w:ascii="Times New Roman" w:eastAsia="Times New Roman" w:hAnsi="Times New Roman" w:cs="Times New Roman"/>
          <w:sz w:val="24"/>
          <w:szCs w:val="24"/>
        </w:rPr>
        <w:t>Yohai</w:t>
      </w:r>
      <w:proofErr w:type="spellEnd"/>
      <w:r w:rsidRPr="009658F0">
        <w:rPr>
          <w:rFonts w:ascii="Times New Roman" w:eastAsia="Times New Roman" w:hAnsi="Times New Roman" w:cs="Times New Roman"/>
          <w:sz w:val="24"/>
          <w:szCs w:val="24"/>
        </w:rPr>
        <w:t xml:space="preserve"> pilgrims “primitive, backward”</w:t>
      </w:r>
    </w:p>
    <w:p w14:paraId="0B3BD1DC" w14:textId="1DF20A26" w:rsidR="00C8525B" w:rsidRPr="009658F0" w:rsidRDefault="00C8525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Moshavim call Bar </w:t>
      </w:r>
      <w:proofErr w:type="spellStart"/>
      <w:r w:rsidRPr="009658F0">
        <w:rPr>
          <w:rFonts w:ascii="Times New Roman" w:eastAsia="Times New Roman" w:hAnsi="Times New Roman" w:cs="Times New Roman"/>
          <w:sz w:val="24"/>
          <w:szCs w:val="24"/>
        </w:rPr>
        <w:t>Yohai</w:t>
      </w:r>
      <w:proofErr w:type="spellEnd"/>
      <w:r w:rsidRPr="009658F0">
        <w:rPr>
          <w:rFonts w:ascii="Times New Roman" w:eastAsia="Times New Roman" w:hAnsi="Times New Roman" w:cs="Times New Roman"/>
          <w:sz w:val="24"/>
          <w:szCs w:val="24"/>
        </w:rPr>
        <w:t xml:space="preserve"> devotees “</w:t>
      </w:r>
      <w:proofErr w:type="spellStart"/>
      <w:r w:rsidRPr="009658F0">
        <w:rPr>
          <w:rFonts w:ascii="Times New Roman" w:eastAsia="Times New Roman" w:hAnsi="Times New Roman" w:cs="Times New Roman"/>
          <w:sz w:val="24"/>
          <w:szCs w:val="24"/>
        </w:rPr>
        <w:t>Hlifa</w:t>
      </w:r>
      <w:proofErr w:type="spellEnd"/>
      <w:r w:rsidR="0038102D">
        <w:rPr>
          <w:rFonts w:ascii="Times New Roman" w:eastAsia="Times New Roman" w:hAnsi="Times New Roman" w:cs="Times New Roman"/>
          <w:sz w:val="24"/>
          <w:szCs w:val="24"/>
        </w:rPr>
        <w:t>,</w:t>
      </w:r>
      <w:r w:rsidRPr="009658F0">
        <w:rPr>
          <w:rFonts w:ascii="Times New Roman" w:eastAsia="Times New Roman" w:hAnsi="Times New Roman" w:cs="Times New Roman"/>
          <w:sz w:val="24"/>
          <w:szCs w:val="24"/>
        </w:rPr>
        <w:t>” “primitives”</w:t>
      </w:r>
    </w:p>
    <w:p w14:paraId="15934797" w14:textId="68CB691F" w:rsidR="00C8525B" w:rsidRPr="009658F0" w:rsidRDefault="00C8525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Bar </w:t>
      </w:r>
      <w:proofErr w:type="spellStart"/>
      <w:r w:rsidRPr="009658F0">
        <w:rPr>
          <w:rFonts w:ascii="Times New Roman" w:eastAsia="Times New Roman" w:hAnsi="Times New Roman" w:cs="Times New Roman"/>
          <w:sz w:val="24"/>
          <w:szCs w:val="24"/>
        </w:rPr>
        <w:t>Yohai</w:t>
      </w:r>
      <w:proofErr w:type="spellEnd"/>
      <w:r w:rsidRPr="009658F0">
        <w:rPr>
          <w:rFonts w:ascii="Times New Roman" w:eastAsia="Times New Roman" w:hAnsi="Times New Roman" w:cs="Times New Roman"/>
          <w:sz w:val="24"/>
          <w:szCs w:val="24"/>
        </w:rPr>
        <w:t xml:space="preserve"> devotees call Moshavim “</w:t>
      </w:r>
      <w:proofErr w:type="spellStart"/>
      <w:r w:rsidRPr="009658F0">
        <w:rPr>
          <w:rFonts w:ascii="Times New Roman" w:eastAsia="Times New Roman" w:hAnsi="Times New Roman" w:cs="Times New Roman"/>
          <w:sz w:val="24"/>
          <w:szCs w:val="24"/>
        </w:rPr>
        <w:t>Hlifa</w:t>
      </w:r>
      <w:proofErr w:type="spellEnd"/>
      <w:r w:rsidRPr="009658F0">
        <w:rPr>
          <w:rFonts w:ascii="Times New Roman" w:eastAsia="Times New Roman" w:hAnsi="Times New Roman" w:cs="Times New Roman"/>
          <w:sz w:val="24"/>
          <w:szCs w:val="24"/>
        </w:rPr>
        <w:t>”</w:t>
      </w:r>
    </w:p>
    <w:p w14:paraId="59B32F3D" w14:textId="1F35FB65" w:rsidR="00C8525B" w:rsidRPr="009658F0" w:rsidRDefault="00C8525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Modern Yeshiva Orthodox call candle throwing “paganism”</w:t>
      </w:r>
    </w:p>
    <w:p w14:paraId="2F5B522F" w14:textId="10F09D3C" w:rsidR="00C8525B" w:rsidRPr="009658F0" w:rsidRDefault="00C8525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sz w:val="24"/>
          <w:szCs w:val="24"/>
          <w:u w:val="single"/>
        </w:rPr>
        <w:t>Conflict</w:t>
      </w:r>
      <w:r w:rsidRPr="009658F0">
        <w:rPr>
          <w:rFonts w:ascii="Times New Roman" w:eastAsia="Times New Roman" w:hAnsi="Times New Roman" w:cs="Times New Roman"/>
          <w:sz w:val="24"/>
          <w:szCs w:val="24"/>
        </w:rPr>
        <w:t xml:space="preserve"> </w:t>
      </w:r>
      <w:proofErr w:type="spellStart"/>
      <w:r w:rsidRPr="009658F0">
        <w:rPr>
          <w:rFonts w:ascii="Times New Roman" w:eastAsia="Times New Roman" w:hAnsi="Times New Roman" w:cs="Times New Roman"/>
          <w:sz w:val="24"/>
          <w:szCs w:val="24"/>
        </w:rPr>
        <w:t>contd</w:t>
      </w:r>
      <w:proofErr w:type="spellEnd"/>
      <w:r w:rsidRPr="009658F0">
        <w:rPr>
          <w:rFonts w:ascii="Times New Roman" w:eastAsia="Times New Roman" w:hAnsi="Times New Roman" w:cs="Times New Roman"/>
          <w:sz w:val="24"/>
          <w:szCs w:val="24"/>
        </w:rPr>
        <w:t xml:space="preserve"> – see p. 64 </w:t>
      </w:r>
      <w:proofErr w:type="spellStart"/>
      <w:r w:rsidRPr="009658F0">
        <w:rPr>
          <w:rFonts w:ascii="Times New Roman" w:eastAsia="Times New Roman" w:hAnsi="Times New Roman" w:cs="Times New Roman"/>
          <w:sz w:val="24"/>
          <w:szCs w:val="24"/>
        </w:rPr>
        <w:t>opp</w:t>
      </w:r>
      <w:proofErr w:type="spellEnd"/>
    </w:p>
    <w:p w14:paraId="3C9D31EA" w14:textId="757523C8" w:rsidR="00C8525B" w:rsidRPr="009658F0" w:rsidRDefault="00EF2F2F"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Nurit: “Moroccans were drumming by our tent. Hasidim shouted from above, “Stop drumming, we are praying”. They stopped, then began again. Repeated. I asked “why”. They (Moroccans) said “I don’t think the Hasidim should pray all </w:t>
      </w:r>
      <w:proofErr w:type="gramStart"/>
      <w:r w:rsidRPr="009658F0">
        <w:rPr>
          <w:rFonts w:ascii="Times New Roman" w:eastAsia="Times New Roman" w:hAnsi="Times New Roman" w:cs="Times New Roman"/>
          <w:sz w:val="24"/>
          <w:szCs w:val="24"/>
        </w:rPr>
        <w:t>day,</w:t>
      </w:r>
      <w:proofErr w:type="gramEnd"/>
      <w:r w:rsidRPr="009658F0">
        <w:rPr>
          <w:rFonts w:ascii="Times New Roman" w:eastAsia="Times New Roman" w:hAnsi="Times New Roman" w:cs="Times New Roman"/>
          <w:sz w:val="24"/>
          <w:szCs w:val="24"/>
        </w:rPr>
        <w:t xml:space="preserve"> they should enjoy themselves.” But they did stop, deferring to the Hasidim. </w:t>
      </w:r>
    </w:p>
    <w:p w14:paraId="290DB7D4" w14:textId="734E74DC" w:rsidR="00816BD3" w:rsidRPr="009658F0" w:rsidRDefault="00EF2F2F"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u w:val="single"/>
        </w:rPr>
        <w:t xml:space="preserve">Conflict </w:t>
      </w:r>
      <w:r w:rsidRPr="009658F0">
        <w:rPr>
          <w:rFonts w:ascii="Times New Roman" w:eastAsia="Times New Roman" w:hAnsi="Times New Roman" w:cs="Times New Roman"/>
          <w:sz w:val="24"/>
          <w:szCs w:val="24"/>
        </w:rPr>
        <w:t xml:space="preserve"> </w:t>
      </w:r>
      <w:proofErr w:type="spellStart"/>
      <w:r w:rsidRPr="009658F0">
        <w:rPr>
          <w:rFonts w:ascii="Times New Roman" w:eastAsia="Times New Roman" w:hAnsi="Times New Roman" w:cs="Times New Roman"/>
          <w:sz w:val="24"/>
          <w:szCs w:val="24"/>
        </w:rPr>
        <w:t>contd</w:t>
      </w:r>
      <w:proofErr w:type="spellEnd"/>
      <w:r w:rsidRPr="009658F0">
        <w:rPr>
          <w:rFonts w:ascii="Times New Roman" w:eastAsia="Times New Roman" w:hAnsi="Times New Roman" w:cs="Times New Roman"/>
          <w:sz w:val="24"/>
          <w:szCs w:val="24"/>
        </w:rPr>
        <w:t xml:space="preserve"> overleaf.</w:t>
      </w:r>
    </w:p>
    <w:p w14:paraId="23E60C8B" w14:textId="77777777" w:rsidR="00816BD3" w:rsidRPr="009658F0" w:rsidRDefault="00816BD3"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6C577C75" w14:textId="7CC0612B" w:rsidR="00EF2F2F" w:rsidRPr="009658F0" w:rsidRDefault="00CB1CEC" w:rsidP="006C1960">
      <w:pPr>
        <w:tabs>
          <w:tab w:val="left" w:pos="1887"/>
        </w:tabs>
        <w:spacing w:line="360" w:lineRule="auto"/>
        <w:rPr>
          <w:rFonts w:ascii="Times New Roman" w:eastAsia="Times New Roman" w:hAnsi="Times New Roman" w:cs="Times New Roman"/>
          <w:sz w:val="24"/>
          <w:szCs w:val="24"/>
        </w:rPr>
      </w:pPr>
      <w:r w:rsidRPr="0038102D">
        <w:rPr>
          <w:rFonts w:ascii="Times New Roman" w:eastAsia="Times New Roman" w:hAnsi="Times New Roman" w:cs="Times New Roman"/>
          <w:sz w:val="24"/>
          <w:szCs w:val="24"/>
          <w:highlight w:val="yellow"/>
        </w:rPr>
        <w:lastRenderedPageBreak/>
        <w:t>EDITH PAGE 64 B</w:t>
      </w:r>
    </w:p>
    <w:p w14:paraId="2A13E6B7" w14:textId="5C68A093" w:rsidR="00CB1CEC" w:rsidRPr="009658F0" w:rsidRDefault="00060A4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u w:val="single"/>
        </w:rPr>
        <w:t xml:space="preserve">Conflict </w:t>
      </w:r>
      <w:r w:rsidRPr="009658F0">
        <w:rPr>
          <w:rFonts w:ascii="Times New Roman" w:eastAsia="Times New Roman" w:hAnsi="Times New Roman" w:cs="Times New Roman"/>
          <w:sz w:val="24"/>
          <w:szCs w:val="24"/>
        </w:rPr>
        <w:t xml:space="preserve"> </w:t>
      </w:r>
      <w:proofErr w:type="spellStart"/>
      <w:r w:rsidRPr="009658F0">
        <w:rPr>
          <w:rFonts w:ascii="Times New Roman" w:eastAsia="Times New Roman" w:hAnsi="Times New Roman" w:cs="Times New Roman"/>
          <w:sz w:val="24"/>
          <w:szCs w:val="24"/>
        </w:rPr>
        <w:t>contd</w:t>
      </w:r>
      <w:proofErr w:type="spellEnd"/>
    </w:p>
    <w:p w14:paraId="5081984A" w14:textId="5023C411" w:rsidR="00060A47" w:rsidRPr="009658F0" w:rsidRDefault="00060A4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Richard Hecht: “Modern Orthodox come up from yeshiva w </w:t>
      </w:r>
      <w:proofErr w:type="spellStart"/>
      <w:r w:rsidRPr="009658F0">
        <w:rPr>
          <w:rFonts w:ascii="Times New Roman" w:eastAsia="Times New Roman" w:hAnsi="Times New Roman" w:cs="Times New Roman"/>
          <w:sz w:val="24"/>
          <w:szCs w:val="24"/>
        </w:rPr>
        <w:t>Ashlager</w:t>
      </w:r>
      <w:proofErr w:type="spellEnd"/>
      <w:r w:rsidRPr="009658F0">
        <w:rPr>
          <w:rFonts w:ascii="Times New Roman" w:eastAsia="Times New Roman" w:hAnsi="Times New Roman" w:cs="Times New Roman"/>
          <w:sz w:val="24"/>
          <w:szCs w:val="24"/>
        </w:rPr>
        <w:t xml:space="preserve"> Rabbi [illegible] Berlin, from Jerusalem, with black accountant briefcase, in taxis from </w:t>
      </w:r>
      <w:proofErr w:type="spellStart"/>
      <w:r w:rsidRPr="009658F0">
        <w:rPr>
          <w:rFonts w:ascii="Times New Roman" w:eastAsia="Times New Roman" w:hAnsi="Times New Roman" w:cs="Times New Roman"/>
          <w:sz w:val="24"/>
          <w:szCs w:val="24"/>
        </w:rPr>
        <w:t>Sfat</w:t>
      </w:r>
      <w:proofErr w:type="spellEnd"/>
      <w:r w:rsidRPr="009658F0">
        <w:rPr>
          <w:rFonts w:ascii="Times New Roman" w:eastAsia="Times New Roman" w:hAnsi="Times New Roman" w:cs="Times New Roman"/>
          <w:sz w:val="24"/>
          <w:szCs w:val="24"/>
        </w:rPr>
        <w:t xml:space="preserve">, only stayed at Meron 1 hr. They think candle throwing paganism, </w:t>
      </w:r>
      <w:proofErr w:type="spellStart"/>
      <w:r w:rsidRPr="009658F0">
        <w:rPr>
          <w:rFonts w:ascii="Times New Roman" w:eastAsia="Times New Roman" w:hAnsi="Times New Roman" w:cs="Times New Roman"/>
          <w:sz w:val="24"/>
          <w:szCs w:val="24"/>
        </w:rPr>
        <w:t>tho</w:t>
      </w:r>
      <w:proofErr w:type="spellEnd"/>
      <w:r w:rsidRPr="009658F0">
        <w:rPr>
          <w:rFonts w:ascii="Times New Roman" w:eastAsia="Times New Roman" w:hAnsi="Times New Roman" w:cs="Times New Roman"/>
          <w:sz w:val="24"/>
          <w:szCs w:val="24"/>
        </w:rPr>
        <w:t xml:space="preserve"> better than other things. In </w:t>
      </w:r>
      <w:proofErr w:type="gramStart"/>
      <w:r w:rsidRPr="009658F0">
        <w:rPr>
          <w:rFonts w:ascii="Times New Roman" w:eastAsia="Times New Roman" w:hAnsi="Times New Roman" w:cs="Times New Roman"/>
          <w:sz w:val="24"/>
          <w:szCs w:val="24"/>
        </w:rPr>
        <w:t>3 piece</w:t>
      </w:r>
      <w:proofErr w:type="gramEnd"/>
      <w:r w:rsidRPr="009658F0">
        <w:rPr>
          <w:rFonts w:ascii="Times New Roman" w:eastAsia="Times New Roman" w:hAnsi="Times New Roman" w:cs="Times New Roman"/>
          <w:sz w:val="24"/>
          <w:szCs w:val="24"/>
        </w:rPr>
        <w:t xml:space="preserve"> suits, black. </w:t>
      </w:r>
      <w:proofErr w:type="spellStart"/>
      <w:r w:rsidRPr="009658F0">
        <w:rPr>
          <w:rFonts w:ascii="Times New Roman" w:eastAsia="Times New Roman" w:hAnsi="Times New Roman" w:cs="Times New Roman"/>
          <w:sz w:val="24"/>
          <w:szCs w:val="24"/>
        </w:rPr>
        <w:t>Mitnagdim</w:t>
      </w:r>
      <w:proofErr w:type="spellEnd"/>
      <w:r w:rsidRPr="009658F0">
        <w:rPr>
          <w:rFonts w:ascii="Times New Roman" w:eastAsia="Times New Roman" w:hAnsi="Times New Roman" w:cs="Times New Roman"/>
          <w:sz w:val="24"/>
          <w:szCs w:val="24"/>
        </w:rPr>
        <w:t xml:space="preserve"> prayer. Recently married, without children. </w:t>
      </w:r>
      <w:proofErr w:type="gramStart"/>
      <w:r w:rsidRPr="009658F0">
        <w:rPr>
          <w:rFonts w:ascii="Times New Roman" w:eastAsia="Times New Roman" w:hAnsi="Times New Roman" w:cs="Times New Roman"/>
          <w:sz w:val="24"/>
          <w:szCs w:val="24"/>
        </w:rPr>
        <w:t>Wives</w:t>
      </w:r>
      <w:proofErr w:type="gramEnd"/>
      <w:r w:rsidRPr="009658F0">
        <w:rPr>
          <w:rFonts w:ascii="Times New Roman" w:eastAsia="Times New Roman" w:hAnsi="Times New Roman" w:cs="Times New Roman"/>
          <w:sz w:val="24"/>
          <w:szCs w:val="24"/>
        </w:rPr>
        <w:t xml:space="preserve"> persuaded Hs to come, who said “we don’t believe”. This is modernism. The young men said “Candles, oil, fire </w:t>
      </w:r>
      <w:r w:rsidR="00D209E2" w:rsidRPr="009658F0">
        <w:rPr>
          <w:rFonts w:ascii="Times New Roman" w:eastAsia="Times New Roman" w:hAnsi="Times New Roman" w:cs="Times New Roman"/>
          <w:sz w:val="24"/>
          <w:szCs w:val="24"/>
        </w:rPr>
        <w:t>etc.</w:t>
      </w:r>
      <w:r w:rsidRPr="009658F0">
        <w:rPr>
          <w:rFonts w:ascii="Times New Roman" w:eastAsia="Times New Roman" w:hAnsi="Times New Roman" w:cs="Times New Roman"/>
          <w:sz w:val="24"/>
          <w:szCs w:val="24"/>
        </w:rPr>
        <w:t xml:space="preserve"> are ancient, medieval”. Tension bet. Hasidic + Sephardic piety, versus modernism.</w:t>
      </w:r>
    </w:p>
    <w:p w14:paraId="3A28EC36" w14:textId="793804FA" w:rsidR="00060A47" w:rsidRPr="009658F0" w:rsidRDefault="00060A4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u w:val="single"/>
        </w:rPr>
        <w:t>The Pilg + Celeb</w:t>
      </w:r>
      <w:r w:rsidRPr="009658F0">
        <w:rPr>
          <w:rFonts w:ascii="Times New Roman" w:eastAsia="Times New Roman" w:hAnsi="Times New Roman" w:cs="Times New Roman"/>
          <w:sz w:val="24"/>
          <w:szCs w:val="24"/>
        </w:rPr>
        <w:t xml:space="preserve"> = “To make the Zohar”</w:t>
      </w:r>
    </w:p>
    <w:p w14:paraId="7F9A044D" w14:textId="18BE7858" w:rsidR="00060A47" w:rsidRPr="009658F0" w:rsidRDefault="00060A4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u w:val="single"/>
        </w:rPr>
        <w:t>Spiritual Genealogies</w:t>
      </w:r>
      <w:r w:rsidRPr="009658F0">
        <w:rPr>
          <w:rFonts w:ascii="Times New Roman" w:eastAsia="Times New Roman" w:hAnsi="Times New Roman" w:cs="Times New Roman"/>
          <w:sz w:val="24"/>
          <w:szCs w:val="24"/>
        </w:rPr>
        <w:t xml:space="preserve"> + Reincarnations</w:t>
      </w:r>
    </w:p>
    <w:p w14:paraId="61C87A26" w14:textId="55C5F2F4" w:rsidR="00060A47" w:rsidRPr="009658F0" w:rsidRDefault="00060A4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Moses = Bar </w:t>
      </w:r>
      <w:proofErr w:type="spellStart"/>
      <w:r w:rsidRPr="009658F0">
        <w:rPr>
          <w:rFonts w:ascii="Times New Roman" w:eastAsia="Times New Roman" w:hAnsi="Times New Roman" w:cs="Times New Roman"/>
          <w:sz w:val="24"/>
          <w:szCs w:val="24"/>
        </w:rPr>
        <w:t>Yohai</w:t>
      </w:r>
      <w:proofErr w:type="spellEnd"/>
      <w:r w:rsidRPr="009658F0">
        <w:rPr>
          <w:rFonts w:ascii="Times New Roman" w:eastAsia="Times New Roman" w:hAnsi="Times New Roman" w:cs="Times New Roman"/>
          <w:sz w:val="24"/>
          <w:szCs w:val="24"/>
        </w:rPr>
        <w:t xml:space="preserve"> = Luria (reborn)</w:t>
      </w:r>
    </w:p>
    <w:p w14:paraId="5D03376C" w14:textId="10ADB74C" w:rsidR="00060A47" w:rsidRPr="009658F0" w:rsidRDefault="00060A4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[Text whited out]</w:t>
      </w:r>
    </w:p>
    <w:p w14:paraId="108B600A" w14:textId="4C1BD62F" w:rsidR="00060A47" w:rsidRPr="009658F0" w:rsidRDefault="00060A4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God – Elijah – Bar </w:t>
      </w:r>
      <w:proofErr w:type="spellStart"/>
      <w:r w:rsidRPr="009658F0">
        <w:rPr>
          <w:rFonts w:ascii="Times New Roman" w:eastAsia="Times New Roman" w:hAnsi="Times New Roman" w:cs="Times New Roman"/>
          <w:sz w:val="24"/>
          <w:szCs w:val="24"/>
        </w:rPr>
        <w:t>Yohai</w:t>
      </w:r>
      <w:proofErr w:type="spellEnd"/>
      <w:r w:rsidRPr="009658F0">
        <w:rPr>
          <w:rFonts w:ascii="Times New Roman" w:eastAsia="Times New Roman" w:hAnsi="Times New Roman" w:cs="Times New Roman"/>
          <w:sz w:val="24"/>
          <w:szCs w:val="24"/>
        </w:rPr>
        <w:t xml:space="preserve"> (links)</w:t>
      </w:r>
    </w:p>
    <w:p w14:paraId="3C0C01AE" w14:textId="3D5F2E84" w:rsidR="004231EC" w:rsidRPr="009658F0" w:rsidRDefault="004231EC"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u w:val="single"/>
        </w:rPr>
        <w:t>Taboos</w:t>
      </w:r>
      <w:r w:rsidRPr="009658F0">
        <w:rPr>
          <w:rFonts w:ascii="Times New Roman" w:eastAsia="Times New Roman" w:hAnsi="Times New Roman" w:cs="Times New Roman"/>
          <w:sz w:val="24"/>
          <w:szCs w:val="24"/>
        </w:rPr>
        <w:t xml:space="preserve">. Dress </w:t>
      </w:r>
      <w:proofErr w:type="spellStart"/>
      <w:r w:rsidRPr="009658F0">
        <w:rPr>
          <w:rFonts w:ascii="Times New Roman" w:eastAsia="Times New Roman" w:hAnsi="Times New Roman" w:cs="Times New Roman"/>
          <w:sz w:val="24"/>
          <w:szCs w:val="24"/>
        </w:rPr>
        <w:t>shd</w:t>
      </w:r>
      <w:proofErr w:type="spellEnd"/>
      <w:r w:rsidRPr="009658F0">
        <w:rPr>
          <w:rFonts w:ascii="Times New Roman" w:eastAsia="Times New Roman" w:hAnsi="Times New Roman" w:cs="Times New Roman"/>
          <w:sz w:val="24"/>
          <w:szCs w:val="24"/>
        </w:rPr>
        <w:t xml:space="preserve"> be decent, no pants. Against intercourse e.g. bad sexy woman killed by Tsaddik with [illegible]</w:t>
      </w:r>
    </w:p>
    <w:p w14:paraId="16014862" w14:textId="1E5E3A9A" w:rsidR="004231EC" w:rsidRPr="009658F0" w:rsidRDefault="004231EC"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[Ditto</w:t>
      </w:r>
      <w:r w:rsidR="00441C06"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sz w:val="24"/>
          <w:szCs w:val="24"/>
        </w:rPr>
        <w:t>“against”] menstruating women, e.g. one rainy Lag Ba Omer announcement: all menstruating women leave! The sun came out. – Nurit.</w:t>
      </w:r>
    </w:p>
    <w:p w14:paraId="6FD9EAF2" w14:textId="0417D537" w:rsidR="004231EC" w:rsidRPr="009658F0" w:rsidRDefault="004231EC"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Morocco + Israel Lag Ba Omer compared</w:t>
      </w:r>
    </w:p>
    <w:p w14:paraId="472F4769" w14:textId="1DF33F75" w:rsidR="004231EC" w:rsidRPr="009658F0" w:rsidRDefault="004231EC"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Israel much bigger. Morocco 15,000 only</w:t>
      </w:r>
    </w:p>
    <w:p w14:paraId="0FFBABFE" w14:textId="03457A17" w:rsidR="004231EC" w:rsidRPr="009658F0" w:rsidRDefault="004231EC"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Israel commercialized, vendors</w:t>
      </w:r>
    </w:p>
    <w:p w14:paraId="2F1CE9E3" w14:textId="1FA6A2BF" w:rsidR="004231EC" w:rsidRPr="009658F0" w:rsidRDefault="004231EC"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Morocco. Rabbi on spot maintaining decorum</w:t>
      </w:r>
    </w:p>
    <w:p w14:paraId="5A97D743" w14:textId="671557B0" w:rsidR="008A0AF6" w:rsidRPr="009658F0" w:rsidRDefault="004231EC"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Morocco Rich built villas around spot, give air of respectability.</w:t>
      </w:r>
    </w:p>
    <w:p w14:paraId="38D1E4BD" w14:textId="77777777" w:rsidR="008A0AF6" w:rsidRPr="009658F0" w:rsidRDefault="008A0AF6"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4A3ED244" w14:textId="212DEA37" w:rsidR="004231EC" w:rsidRPr="009658F0" w:rsidRDefault="008A0AF6" w:rsidP="006C1960">
      <w:pPr>
        <w:tabs>
          <w:tab w:val="left" w:pos="1887"/>
        </w:tabs>
        <w:spacing w:line="360" w:lineRule="auto"/>
        <w:rPr>
          <w:rFonts w:ascii="Times New Roman" w:eastAsia="Times New Roman" w:hAnsi="Times New Roman" w:cs="Times New Roman"/>
          <w:sz w:val="24"/>
          <w:szCs w:val="24"/>
        </w:rPr>
      </w:pPr>
      <w:r w:rsidRPr="0038102D">
        <w:rPr>
          <w:rFonts w:ascii="Times New Roman" w:eastAsia="Times New Roman" w:hAnsi="Times New Roman" w:cs="Times New Roman"/>
          <w:sz w:val="24"/>
          <w:szCs w:val="24"/>
          <w:highlight w:val="yellow"/>
        </w:rPr>
        <w:lastRenderedPageBreak/>
        <w:t>EDITH PAGE 64C</w:t>
      </w:r>
    </w:p>
    <w:p w14:paraId="161523C4" w14:textId="10129AED" w:rsidR="008A0AF6" w:rsidRPr="009658F0" w:rsidRDefault="008A0AF6" w:rsidP="006C1960">
      <w:pPr>
        <w:tabs>
          <w:tab w:val="left" w:pos="1887"/>
        </w:tabs>
        <w:spacing w:line="360" w:lineRule="auto"/>
        <w:rPr>
          <w:rFonts w:ascii="Times New Roman" w:eastAsia="Times New Roman" w:hAnsi="Times New Roman" w:cs="Times New Roman"/>
          <w:sz w:val="24"/>
          <w:szCs w:val="24"/>
          <w:u w:val="single"/>
        </w:rPr>
      </w:pPr>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sz w:val="24"/>
          <w:szCs w:val="24"/>
          <w:u w:val="single"/>
        </w:rPr>
        <w:t>Groups at Lag Ba Omer</w:t>
      </w:r>
    </w:p>
    <w:p w14:paraId="3F82E81B" w14:textId="576E5F8B"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u w:val="single"/>
        </w:rPr>
        <w:t>Sephardim</w:t>
      </w:r>
    </w:p>
    <w:p w14:paraId="62EA2BE9" w14:textId="75088647"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Harvey</w:t>
      </w:r>
      <w:r w:rsidRPr="009658F0">
        <w:rPr>
          <w:rFonts w:ascii="Times New Roman" w:eastAsia="Times New Roman" w:hAnsi="Times New Roman" w:cs="Times New Roman"/>
          <w:sz w:val="24"/>
          <w:szCs w:val="24"/>
        </w:rPr>
        <w:tab/>
        <w:t>Moroccans</w:t>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t>90%</w:t>
      </w:r>
    </w:p>
    <w:p w14:paraId="4A6A4A6F" w14:textId="631445DB"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Stillman</w:t>
      </w:r>
      <w:r w:rsidRPr="009658F0">
        <w:rPr>
          <w:rFonts w:ascii="Times New Roman" w:eastAsia="Times New Roman" w:hAnsi="Times New Roman" w:cs="Times New Roman"/>
          <w:sz w:val="24"/>
          <w:szCs w:val="24"/>
        </w:rPr>
        <w:tab/>
        <w:t>Yemenites</w:t>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t>20 tents</w:t>
      </w:r>
    </w:p>
    <w:p w14:paraId="5E1D9C8C" w14:textId="5B9EB575" w:rsidR="00060A47"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r>
      <w:proofErr w:type="spellStart"/>
      <w:r w:rsidRPr="009658F0">
        <w:rPr>
          <w:rFonts w:ascii="Times New Roman" w:eastAsia="Times New Roman" w:hAnsi="Times New Roman" w:cs="Times New Roman"/>
          <w:sz w:val="24"/>
          <w:szCs w:val="24"/>
        </w:rPr>
        <w:t>Tripolitarians</w:t>
      </w:r>
      <w:proofErr w:type="spellEnd"/>
      <w:r w:rsidRPr="009658F0">
        <w:rPr>
          <w:rFonts w:ascii="Times New Roman" w:eastAsia="Times New Roman" w:hAnsi="Times New Roman" w:cs="Times New Roman"/>
          <w:sz w:val="24"/>
          <w:szCs w:val="24"/>
        </w:rPr>
        <w:tab/>
      </w:r>
    </w:p>
    <w:p w14:paraId="21483D70" w14:textId="69BEAD09"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t>Algerians</w:t>
      </w:r>
    </w:p>
    <w:p w14:paraId="6EF76944" w14:textId="0EBB3278"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Harvey</w:t>
      </w:r>
      <w:r w:rsidRPr="009658F0">
        <w:rPr>
          <w:rFonts w:ascii="Times New Roman" w:eastAsia="Times New Roman" w:hAnsi="Times New Roman" w:cs="Times New Roman"/>
          <w:sz w:val="24"/>
          <w:szCs w:val="24"/>
        </w:rPr>
        <w:tab/>
        <w:t>Persians</w:t>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t>vendors</w:t>
      </w:r>
    </w:p>
    <w:p w14:paraId="4D826688" w14:textId="01B4C759"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Shalva</w:t>
      </w:r>
      <w:r w:rsidRPr="009658F0">
        <w:rPr>
          <w:rFonts w:ascii="Times New Roman" w:eastAsia="Times New Roman" w:hAnsi="Times New Roman" w:cs="Times New Roman"/>
          <w:sz w:val="24"/>
          <w:szCs w:val="24"/>
        </w:rPr>
        <w:tab/>
        <w:t>Indians</w:t>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t>2000</w:t>
      </w:r>
    </w:p>
    <w:p w14:paraId="1A3F3EF1" w14:textId="77777777" w:rsidR="008A0AF6" w:rsidRPr="009658F0" w:rsidRDefault="008A0AF6" w:rsidP="006C1960">
      <w:pPr>
        <w:tabs>
          <w:tab w:val="left" w:pos="1887"/>
        </w:tabs>
        <w:spacing w:line="360" w:lineRule="auto"/>
        <w:rPr>
          <w:rFonts w:ascii="Times New Roman" w:eastAsia="Times New Roman" w:hAnsi="Times New Roman" w:cs="Times New Roman"/>
          <w:sz w:val="24"/>
          <w:szCs w:val="24"/>
        </w:rPr>
      </w:pPr>
    </w:p>
    <w:p w14:paraId="4B73BFBD" w14:textId="558C8237"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u w:val="single"/>
        </w:rPr>
        <w:t>Ashkenazim</w:t>
      </w:r>
    </w:p>
    <w:p w14:paraId="5DAE718D" w14:textId="5EB09AA4"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Shifra</w:t>
      </w:r>
      <w:r w:rsidRPr="009658F0">
        <w:rPr>
          <w:rFonts w:ascii="Times New Roman" w:eastAsia="Times New Roman" w:hAnsi="Times New Roman" w:cs="Times New Roman"/>
          <w:sz w:val="24"/>
          <w:szCs w:val="24"/>
        </w:rPr>
        <w:tab/>
        <w:t>Hasidim</w:t>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t>4%</w:t>
      </w:r>
    </w:p>
    <w:p w14:paraId="26B9F7FC" w14:textId="296C6D11"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Yoram</w:t>
      </w:r>
      <w:r w:rsidRPr="009658F0">
        <w:rPr>
          <w:rFonts w:ascii="Times New Roman" w:eastAsia="Times New Roman" w:hAnsi="Times New Roman" w:cs="Times New Roman"/>
          <w:sz w:val="24"/>
          <w:szCs w:val="24"/>
        </w:rPr>
        <w:tab/>
        <w:t>Neo Kabbalists</w:t>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r>
    </w:p>
    <w:p w14:paraId="19EEE178" w14:textId="6CB623B4"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Hecht</w:t>
      </w:r>
      <w:r w:rsidRPr="009658F0">
        <w:rPr>
          <w:rFonts w:ascii="Times New Roman" w:eastAsia="Times New Roman" w:hAnsi="Times New Roman" w:cs="Times New Roman"/>
          <w:sz w:val="24"/>
          <w:szCs w:val="24"/>
        </w:rPr>
        <w:tab/>
      </w:r>
      <w:commentRangeStart w:id="40"/>
      <w:r w:rsidRPr="009658F0">
        <w:rPr>
          <w:rFonts w:ascii="Times New Roman" w:eastAsia="Times New Roman" w:hAnsi="Times New Roman" w:cs="Times New Roman"/>
          <w:sz w:val="24"/>
          <w:szCs w:val="24"/>
        </w:rPr>
        <w:t xml:space="preserve">Modern </w:t>
      </w:r>
      <w:commentRangeEnd w:id="40"/>
      <w:r w:rsidRPr="009658F0">
        <w:rPr>
          <w:rStyle w:val="CommentReference"/>
          <w:rFonts w:ascii="Times New Roman" w:hAnsi="Times New Roman" w:cs="Times New Roman"/>
        </w:rPr>
        <w:commentReference w:id="40"/>
      </w:r>
      <w:r w:rsidRPr="009658F0">
        <w:rPr>
          <w:rFonts w:ascii="Times New Roman" w:eastAsia="Times New Roman" w:hAnsi="Times New Roman" w:cs="Times New Roman"/>
          <w:sz w:val="24"/>
          <w:szCs w:val="24"/>
        </w:rPr>
        <w:t xml:space="preserve">Orthodox </w:t>
      </w:r>
      <w:proofErr w:type="spellStart"/>
      <w:r w:rsidRPr="009658F0">
        <w:rPr>
          <w:rFonts w:ascii="Times New Roman" w:eastAsia="Times New Roman" w:hAnsi="Times New Roman" w:cs="Times New Roman"/>
          <w:sz w:val="24"/>
          <w:szCs w:val="24"/>
        </w:rPr>
        <w:t>Mitnagdim</w:t>
      </w:r>
      <w:proofErr w:type="spellEnd"/>
    </w:p>
    <w:p w14:paraId="6E6DC1FE" w14:textId="163E7037"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Shifra</w:t>
      </w:r>
      <w:r w:rsidRPr="009658F0">
        <w:rPr>
          <w:rFonts w:ascii="Times New Roman" w:eastAsia="Times New Roman" w:hAnsi="Times New Roman" w:cs="Times New Roman"/>
          <w:sz w:val="24"/>
          <w:szCs w:val="24"/>
        </w:rPr>
        <w:tab/>
        <w:t>Sabras</w:t>
      </w:r>
    </w:p>
    <w:p w14:paraId="2EC28555" w14:textId="35F5BC7C"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Ditto</w:t>
      </w:r>
      <w:r w:rsidRPr="009658F0">
        <w:rPr>
          <w:rFonts w:ascii="Times New Roman" w:eastAsia="Times New Roman" w:hAnsi="Times New Roman" w:cs="Times New Roman"/>
          <w:sz w:val="24"/>
          <w:szCs w:val="24"/>
        </w:rPr>
        <w:tab/>
        <w:t xml:space="preserve">Americans [pencil] </w:t>
      </w:r>
      <w:r w:rsidRPr="009658F0">
        <w:rPr>
          <w:rFonts w:ascii="Times New Roman" w:eastAsia="Times New Roman" w:hAnsi="Times New Roman" w:cs="Times New Roman"/>
          <w:i/>
          <w:iCs/>
          <w:sz w:val="24"/>
          <w:szCs w:val="24"/>
        </w:rPr>
        <w:t>Young Yeshiva group</w:t>
      </w:r>
    </w:p>
    <w:p w14:paraId="2CC5F964" w14:textId="472AFCE9"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Ditto</w:t>
      </w:r>
      <w:r w:rsidRPr="009658F0">
        <w:rPr>
          <w:rFonts w:ascii="Times New Roman" w:eastAsia="Times New Roman" w:hAnsi="Times New Roman" w:cs="Times New Roman"/>
          <w:sz w:val="24"/>
          <w:szCs w:val="24"/>
        </w:rPr>
        <w:tab/>
        <w:t>English</w:t>
      </w:r>
    </w:p>
    <w:p w14:paraId="61364283" w14:textId="77777777" w:rsidR="008A0AF6" w:rsidRPr="009658F0" w:rsidRDefault="008A0AF6" w:rsidP="006C1960">
      <w:pPr>
        <w:tabs>
          <w:tab w:val="left" w:pos="1887"/>
        </w:tabs>
        <w:spacing w:line="360" w:lineRule="auto"/>
        <w:rPr>
          <w:rFonts w:ascii="Times New Roman" w:eastAsia="Times New Roman" w:hAnsi="Times New Roman" w:cs="Times New Roman"/>
          <w:sz w:val="24"/>
          <w:szCs w:val="24"/>
        </w:rPr>
      </w:pPr>
    </w:p>
    <w:p w14:paraId="6AE6F2F4" w14:textId="1F89AC59"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t>Others (other motives)</w:t>
      </w:r>
    </w:p>
    <w:p w14:paraId="0C5BA441" w14:textId="0430746B"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t>Moshavim</w:t>
      </w:r>
    </w:p>
    <w:p w14:paraId="401CF57A" w14:textId="3C52D973"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t>Newcomers</w:t>
      </w:r>
    </w:p>
    <w:p w14:paraId="56E529F0" w14:textId="2F6EE93D"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lastRenderedPageBreak/>
        <w:tab/>
        <w:t>Bezalel art students</w:t>
      </w:r>
    </w:p>
    <w:p w14:paraId="2AE99EEB" w14:textId="3B44E233"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t>Police</w:t>
      </w:r>
    </w:p>
    <w:p w14:paraId="7C0558C7" w14:textId="779434CF"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t>Vendors</w:t>
      </w:r>
    </w:p>
    <w:p w14:paraId="04B911A2" w14:textId="20B525CB"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t>Bus drivers</w:t>
      </w:r>
    </w:p>
    <w:p w14:paraId="65B6AE72" w14:textId="1B9D8B65"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t>Anthropologists + folklorists</w:t>
      </w:r>
    </w:p>
    <w:p w14:paraId="4DFC6DFA" w14:textId="48890B41"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t>Political group TAMI</w:t>
      </w:r>
    </w:p>
    <w:p w14:paraId="2483BA26" w14:textId="143541DE"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Hecht/</w:t>
      </w:r>
      <w:r w:rsidRPr="009658F0">
        <w:rPr>
          <w:rFonts w:ascii="Times New Roman" w:eastAsia="Times New Roman" w:hAnsi="Times New Roman" w:cs="Times New Roman"/>
          <w:sz w:val="24"/>
          <w:szCs w:val="24"/>
        </w:rPr>
        <w:tab/>
        <w:t xml:space="preserve">Modern Orthodox </w:t>
      </w:r>
      <w:proofErr w:type="spellStart"/>
      <w:r w:rsidRPr="009658F0">
        <w:rPr>
          <w:rFonts w:ascii="Times New Roman" w:eastAsia="Times New Roman" w:hAnsi="Times New Roman" w:cs="Times New Roman"/>
          <w:sz w:val="24"/>
          <w:szCs w:val="24"/>
        </w:rPr>
        <w:t>Mitnagdim</w:t>
      </w:r>
      <w:proofErr w:type="spellEnd"/>
      <w:r w:rsidRPr="009658F0">
        <w:rPr>
          <w:rFonts w:ascii="Times New Roman" w:eastAsia="Times New Roman" w:hAnsi="Times New Roman" w:cs="Times New Roman"/>
          <w:sz w:val="24"/>
          <w:szCs w:val="24"/>
        </w:rPr>
        <w:t xml:space="preserve"> [pencil]</w:t>
      </w:r>
    </w:p>
    <w:p w14:paraId="60C41DA0" w14:textId="56F6BDB2" w:rsidR="008A0AF6" w:rsidRPr="009658F0" w:rsidRDefault="008A0AF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t>(Stillman: missionaries)</w:t>
      </w:r>
    </w:p>
    <w:p w14:paraId="52D839FE" w14:textId="77777777" w:rsidR="008A0AF6" w:rsidRPr="009658F0" w:rsidRDefault="008A0AF6"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6D1AB2ED" w14:textId="344F30C6" w:rsidR="00E87BF6" w:rsidRPr="009658F0" w:rsidRDefault="008A0AF6" w:rsidP="006C1960">
      <w:pPr>
        <w:tabs>
          <w:tab w:val="left" w:pos="1887"/>
        </w:tabs>
        <w:spacing w:line="360" w:lineRule="auto"/>
        <w:rPr>
          <w:rFonts w:ascii="Times New Roman" w:eastAsia="Times New Roman" w:hAnsi="Times New Roman" w:cs="Times New Roman"/>
          <w:sz w:val="24"/>
          <w:szCs w:val="24"/>
        </w:rPr>
      </w:pPr>
      <w:r w:rsidRPr="0038102D">
        <w:rPr>
          <w:rFonts w:ascii="Times New Roman" w:eastAsia="Times New Roman" w:hAnsi="Times New Roman" w:cs="Times New Roman"/>
          <w:sz w:val="24"/>
          <w:szCs w:val="24"/>
          <w:highlight w:val="yellow"/>
        </w:rPr>
        <w:lastRenderedPageBreak/>
        <w:t>EDITH PAGE 64E</w:t>
      </w:r>
    </w:p>
    <w:p w14:paraId="511DF206" w14:textId="5D0EED60" w:rsidR="008A0AF6" w:rsidRPr="009658F0" w:rsidRDefault="00E87BF6" w:rsidP="006C1960">
      <w:pPr>
        <w:tabs>
          <w:tab w:val="left" w:pos="1887"/>
        </w:tabs>
        <w:spacing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(64e)</w:t>
      </w:r>
    </w:p>
    <w:p w14:paraId="3375D9BD" w14:textId="1066D8A0" w:rsidR="00E87BF6" w:rsidRPr="009658F0" w:rsidRDefault="00E87BF6" w:rsidP="006C1960">
      <w:pPr>
        <w:tabs>
          <w:tab w:val="left" w:pos="1887"/>
        </w:tabs>
        <w:spacing w:line="360" w:lineRule="auto"/>
        <w:jc w:val="center"/>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Actual</w:t>
      </w:r>
    </w:p>
    <w:p w14:paraId="5F90144A" w14:textId="37DBCE72" w:rsidR="00E87BF6" w:rsidRPr="009658F0" w:rsidRDefault="00E87BF6" w:rsidP="006C1960">
      <w:pPr>
        <w:tabs>
          <w:tab w:val="left" w:pos="1887"/>
        </w:tabs>
        <w:spacing w:line="360" w:lineRule="auto"/>
        <w:rPr>
          <w:rFonts w:ascii="Times New Roman" w:eastAsia="Times New Roman" w:hAnsi="Times New Roman" w:cs="Times New Roman"/>
          <w:sz w:val="24"/>
          <w:szCs w:val="24"/>
          <w:u w:val="single"/>
        </w:rPr>
      </w:pP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u w:val="single"/>
        </w:rPr>
        <w:t>(Unofficial Schedule) Ch</w:t>
      </w:r>
      <w:r w:rsidR="00FD00D4" w:rsidRPr="009658F0">
        <w:rPr>
          <w:rFonts w:ascii="Times New Roman" w:eastAsia="Times New Roman" w:hAnsi="Times New Roman" w:cs="Times New Roman"/>
          <w:sz w:val="24"/>
          <w:szCs w:val="24"/>
          <w:u w:val="single"/>
        </w:rPr>
        <w:t>ronology of Even</w:t>
      </w:r>
      <w:r w:rsidR="005908F7" w:rsidRPr="009658F0">
        <w:rPr>
          <w:rFonts w:ascii="Times New Roman" w:eastAsia="Times New Roman" w:hAnsi="Times New Roman" w:cs="Times New Roman"/>
          <w:sz w:val="24"/>
          <w:szCs w:val="24"/>
          <w:u w:val="single"/>
        </w:rPr>
        <w:t>ts</w:t>
      </w:r>
    </w:p>
    <w:p w14:paraId="25CDE197" w14:textId="0741E445" w:rsidR="00FD00D4" w:rsidRPr="009658F0" w:rsidRDefault="00FD00D4"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u w:val="single"/>
        </w:rPr>
        <w:t>April 5</w:t>
      </w:r>
      <w:r w:rsidR="00533FB9" w:rsidRPr="009658F0">
        <w:rPr>
          <w:rFonts w:ascii="Times New Roman" w:eastAsia="Times New Roman" w:hAnsi="Times New Roman" w:cs="Times New Roman"/>
          <w:sz w:val="24"/>
          <w:szCs w:val="24"/>
        </w:rPr>
        <w:t xml:space="preserve">. Day after </w:t>
      </w:r>
      <w:proofErr w:type="spellStart"/>
      <w:r w:rsidR="00533FB9" w:rsidRPr="009658F0">
        <w:rPr>
          <w:rFonts w:ascii="Times New Roman" w:eastAsia="Times New Roman" w:hAnsi="Times New Roman" w:cs="Times New Roman"/>
          <w:sz w:val="24"/>
          <w:szCs w:val="24"/>
        </w:rPr>
        <w:t>Mimuna</w:t>
      </w:r>
      <w:proofErr w:type="spellEnd"/>
      <w:r w:rsidR="00533FB9" w:rsidRPr="009658F0">
        <w:rPr>
          <w:rFonts w:ascii="Times New Roman" w:eastAsia="Times New Roman" w:hAnsi="Times New Roman" w:cs="Times New Roman"/>
          <w:sz w:val="24"/>
          <w:szCs w:val="24"/>
        </w:rPr>
        <w:t xml:space="preserve">: </w:t>
      </w:r>
    </w:p>
    <w:p w14:paraId="0D351804" w14:textId="570DEDF6" w:rsidR="00533FB9" w:rsidRPr="009658F0" w:rsidRDefault="00533FB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Regular tent people to Meron, in hired tents. Pitch tents, leaving one person to keep watch</w:t>
      </w:r>
    </w:p>
    <w:p w14:paraId="647AF030" w14:textId="4E3CBF9F" w:rsidR="00533FB9" w:rsidRPr="009658F0" w:rsidRDefault="00533FB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u w:val="single"/>
        </w:rPr>
        <w:t xml:space="preserve">Thurs </w:t>
      </w:r>
      <w:proofErr w:type="gramStart"/>
      <w:r w:rsidRPr="009658F0">
        <w:rPr>
          <w:rFonts w:ascii="Times New Roman" w:eastAsia="Times New Roman" w:hAnsi="Times New Roman" w:cs="Times New Roman"/>
          <w:sz w:val="24"/>
          <w:szCs w:val="24"/>
          <w:u w:val="single"/>
        </w:rPr>
        <w:t>Apr,</w:t>
      </w:r>
      <w:proofErr w:type="gramEnd"/>
      <w:r w:rsidRPr="009658F0">
        <w:rPr>
          <w:rFonts w:ascii="Times New Roman" w:eastAsia="Times New Roman" w:hAnsi="Times New Roman" w:cs="Times New Roman"/>
          <w:sz w:val="24"/>
          <w:szCs w:val="24"/>
          <w:u w:val="single"/>
        </w:rPr>
        <w:t xml:space="preserve"> 28</w:t>
      </w:r>
      <w:r w:rsidRPr="009658F0">
        <w:rPr>
          <w:rFonts w:ascii="Times New Roman" w:eastAsia="Times New Roman" w:hAnsi="Times New Roman" w:cs="Times New Roman"/>
          <w:sz w:val="24"/>
          <w:szCs w:val="24"/>
        </w:rPr>
        <w:t xml:space="preserve"> 9pm. Booths being set up at S bank [?] </w:t>
      </w:r>
      <w:r w:rsidRPr="009658F0">
        <w:rPr>
          <w:rFonts w:ascii="Times New Roman" w:eastAsia="Times New Roman" w:hAnsi="Times New Roman" w:cs="Times New Roman"/>
          <w:i/>
          <w:iCs/>
          <w:sz w:val="24"/>
          <w:szCs w:val="24"/>
        </w:rPr>
        <w:t>marked</w:t>
      </w:r>
      <w:r w:rsidRPr="009658F0">
        <w:rPr>
          <w:rFonts w:ascii="Times New Roman" w:eastAsia="Times New Roman" w:hAnsi="Times New Roman" w:cs="Times New Roman"/>
          <w:sz w:val="24"/>
          <w:szCs w:val="24"/>
        </w:rPr>
        <w:t>. Some sleeping in booths.</w:t>
      </w:r>
    </w:p>
    <w:p w14:paraId="01559907" w14:textId="7F42C744" w:rsidR="00533FB9" w:rsidRPr="009658F0" w:rsidRDefault="00533FB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[Text added above the below text, it is unclear but probably this relates to Fri 29</w:t>
      </w:r>
      <w:r w:rsidRPr="009658F0">
        <w:rPr>
          <w:rFonts w:ascii="Times New Roman" w:eastAsia="Times New Roman" w:hAnsi="Times New Roman" w:cs="Times New Roman"/>
          <w:sz w:val="24"/>
          <w:szCs w:val="24"/>
          <w:vertAlign w:val="superscript"/>
        </w:rPr>
        <w:t>th</w:t>
      </w:r>
      <w:r w:rsidRPr="009658F0">
        <w:rPr>
          <w:rFonts w:ascii="Times New Roman" w:eastAsia="Times New Roman" w:hAnsi="Times New Roman" w:cs="Times New Roman"/>
          <w:sz w:val="24"/>
          <w:szCs w:val="24"/>
        </w:rPr>
        <w:t xml:space="preserve">] 7 am stall. Wheel of fortune. Vendors. </w:t>
      </w:r>
      <w:proofErr w:type="spellStart"/>
      <w:r w:rsidRPr="009658F0">
        <w:rPr>
          <w:rFonts w:ascii="Times New Roman" w:eastAsia="Times New Roman" w:hAnsi="Times New Roman" w:cs="Times New Roman"/>
          <w:sz w:val="24"/>
          <w:szCs w:val="24"/>
        </w:rPr>
        <w:t>Philacteries</w:t>
      </w:r>
      <w:proofErr w:type="spellEnd"/>
      <w:r w:rsidRPr="009658F0">
        <w:rPr>
          <w:rFonts w:ascii="Times New Roman" w:eastAsia="Times New Roman" w:hAnsi="Times New Roman" w:cs="Times New Roman"/>
          <w:sz w:val="24"/>
          <w:szCs w:val="24"/>
        </w:rPr>
        <w:t>; incense, sheep outside</w:t>
      </w:r>
    </w:p>
    <w:p w14:paraId="1F3CDB14" w14:textId="3D449726" w:rsidR="00533FB9" w:rsidRPr="009658F0" w:rsidRDefault="00533FB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Blessings bought on road</w:t>
      </w:r>
    </w:p>
    <w:p w14:paraId="1860DF0C" w14:textId="4B7A780A" w:rsidR="00533FB9" w:rsidRPr="009658F0" w:rsidRDefault="00533FB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Drummers up </w:t>
      </w:r>
    </w:p>
    <w:p w14:paraId="15A22A28" w14:textId="014D14D9" w:rsidR="00533FB9" w:rsidRPr="009658F0" w:rsidRDefault="00533FB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Fri 29</w:t>
      </w:r>
      <w:r w:rsidRPr="009658F0">
        <w:rPr>
          <w:rFonts w:ascii="Times New Roman" w:eastAsia="Times New Roman" w:hAnsi="Times New Roman" w:cs="Times New Roman"/>
          <w:sz w:val="24"/>
          <w:szCs w:val="24"/>
          <w:vertAlign w:val="superscript"/>
        </w:rPr>
        <w:t>th</w:t>
      </w:r>
      <w:r w:rsidRPr="009658F0">
        <w:rPr>
          <w:rFonts w:ascii="Times New Roman" w:eastAsia="Times New Roman" w:hAnsi="Times New Roman" w:cs="Times New Roman"/>
          <w:sz w:val="24"/>
          <w:szCs w:val="24"/>
        </w:rPr>
        <w:t xml:space="preserve"> 8.30 am. Sephardic fire </w:t>
      </w:r>
      <w:proofErr w:type="gramStart"/>
      <w:r w:rsidRPr="009658F0">
        <w:rPr>
          <w:rFonts w:ascii="Times New Roman" w:eastAsia="Times New Roman" w:hAnsi="Times New Roman" w:cs="Times New Roman"/>
          <w:sz w:val="24"/>
          <w:szCs w:val="24"/>
        </w:rPr>
        <w:t>alight</w:t>
      </w:r>
      <w:proofErr w:type="gramEnd"/>
      <w:r w:rsidRPr="009658F0">
        <w:rPr>
          <w:rFonts w:ascii="Times New Roman" w:eastAsia="Times New Roman" w:hAnsi="Times New Roman" w:cs="Times New Roman"/>
          <w:sz w:val="24"/>
          <w:szCs w:val="24"/>
        </w:rPr>
        <w:t xml:space="preserve"> on roof. [Pencil asterisk] Moderate crowd in shrine throwing in candles. </w:t>
      </w:r>
    </w:p>
    <w:p w14:paraId="0B130962" w14:textId="511DF798" w:rsidR="00533FB9" w:rsidRPr="009658F0" w:rsidRDefault="00533FB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Many tents at back, fully equipped + settled. Candles set in train [?] cave.</w:t>
      </w:r>
    </w:p>
    <w:p w14:paraId="5B0A6EA3" w14:textId="2F17828B" w:rsidR="00533FB9" w:rsidRPr="009658F0" w:rsidRDefault="00533FB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[Pencil asterisk] Bringing in Torah</w:t>
      </w:r>
    </w:p>
    <w:p w14:paraId="47B02764" w14:textId="1A9C7743" w:rsidR="00533FB9" w:rsidRPr="009658F0" w:rsidRDefault="00533FB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Hasidim continually arriving, making for yeshiva hospice + moshav.</w:t>
      </w:r>
    </w:p>
    <w:p w14:paraId="0633C474" w14:textId="597FDBF0" w:rsidR="00533FB9" w:rsidRPr="009658F0" w:rsidRDefault="00533FB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5.30 pm Sabbath begins.</w:t>
      </w:r>
    </w:p>
    <w:p w14:paraId="46BE2066" w14:textId="67B43B62" w:rsidR="00533FB9" w:rsidRPr="009658F0" w:rsidRDefault="00533FB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u w:val="single"/>
        </w:rPr>
        <w:t>Sat 30</w:t>
      </w:r>
      <w:r w:rsidRPr="009658F0">
        <w:rPr>
          <w:rFonts w:ascii="Times New Roman" w:eastAsia="Times New Roman" w:hAnsi="Times New Roman" w:cs="Times New Roman"/>
          <w:sz w:val="24"/>
          <w:szCs w:val="24"/>
        </w:rPr>
        <w:t xml:space="preserve"> Sabbath:</w:t>
      </w:r>
    </w:p>
    <w:p w14:paraId="0D7A0239" w14:textId="03AD9E76" w:rsidR="00533FB9" w:rsidRPr="009658F0" w:rsidRDefault="00533FB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People resting + eating in tents in daytime.</w:t>
      </w:r>
    </w:p>
    <w:p w14:paraId="6F9D2D5B" w14:textId="7DC48F73" w:rsidR="008D1DDD" w:rsidRPr="009658F0" w:rsidRDefault="008D1DDD"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6.30 pm When stars out, farewell to Sabbath.</w:t>
      </w:r>
    </w:p>
    <w:p w14:paraId="4874FA9C" w14:textId="06647CBE" w:rsidR="005908F7" w:rsidRPr="009658F0" w:rsidRDefault="005908F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Big crowd at shrine.</w:t>
      </w:r>
    </w:p>
    <w:p w14:paraId="30D1954E" w14:textId="2557485B" w:rsidR="00946C5F" w:rsidRPr="009658F0" w:rsidRDefault="008D1DDD"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lastRenderedPageBreak/>
        <w:t xml:space="preserve">[Text added:] Grp of men, reg. </w:t>
      </w:r>
      <w:proofErr w:type="spellStart"/>
      <w:r w:rsidRPr="009658F0">
        <w:rPr>
          <w:rFonts w:ascii="Times New Roman" w:eastAsia="Times New Roman" w:hAnsi="Times New Roman" w:cs="Times New Roman"/>
          <w:sz w:val="24"/>
          <w:szCs w:val="24"/>
        </w:rPr>
        <w:t>kipas</w:t>
      </w:r>
      <w:proofErr w:type="spellEnd"/>
      <w:r w:rsidRPr="009658F0">
        <w:rPr>
          <w:rFonts w:ascii="Times New Roman" w:eastAsia="Times New Roman" w:hAnsi="Times New Roman" w:cs="Times New Roman"/>
          <w:sz w:val="24"/>
          <w:szCs w:val="24"/>
        </w:rPr>
        <w:t>, dancing in ring at shrine.</w:t>
      </w:r>
      <w:r w:rsidR="005908F7" w:rsidRPr="009658F0">
        <w:rPr>
          <w:rFonts w:ascii="Times New Roman" w:eastAsia="Times New Roman" w:hAnsi="Times New Roman" w:cs="Times New Roman"/>
          <w:sz w:val="24"/>
          <w:szCs w:val="24"/>
        </w:rPr>
        <w:t xml:space="preserve"> </w:t>
      </w:r>
    </w:p>
    <w:p w14:paraId="7FA64733" w14:textId="0F5B30F1" w:rsidR="008D1DDD" w:rsidRPr="009658F0" w:rsidRDefault="005908F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[Text added in right margin:] Sephardi fire ignited already. H boys throw in candle. Hasid crowds in conf yard. [pencil:] </w:t>
      </w:r>
      <w:r w:rsidRPr="009658F0">
        <w:rPr>
          <w:rFonts w:ascii="Times New Roman" w:eastAsia="Times New Roman" w:hAnsi="Times New Roman" w:cs="Times New Roman"/>
          <w:i/>
          <w:iCs/>
          <w:sz w:val="24"/>
          <w:szCs w:val="24"/>
        </w:rPr>
        <w:t>H&amp;S boys in conflict.</w:t>
      </w:r>
      <w:r w:rsidRPr="009658F0">
        <w:rPr>
          <w:rFonts w:ascii="Times New Roman" w:eastAsia="Times New Roman" w:hAnsi="Times New Roman" w:cs="Times New Roman"/>
          <w:sz w:val="24"/>
          <w:szCs w:val="24"/>
        </w:rPr>
        <w:t xml:space="preserve"> </w:t>
      </w:r>
    </w:p>
    <w:p w14:paraId="10EB8E33" w14:textId="1F04A795" w:rsidR="005908F7" w:rsidRPr="009658F0" w:rsidRDefault="005908F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Hasidim crowd collecting on roof.</w:t>
      </w:r>
    </w:p>
    <w:p w14:paraId="4BB918D4" w14:textId="2047ACD7" w:rsidR="005908F7" w:rsidRPr="009658F0" w:rsidRDefault="005908F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[Asterisk in pencil] 12.15 pm. Ashkenazic fire barrel ignited. Collective act of prayer. Singing,</w:t>
      </w:r>
      <w:r w:rsidR="00E959ED" w:rsidRPr="009658F0">
        <w:rPr>
          <w:rFonts w:ascii="Times New Roman" w:eastAsia="Times New Roman" w:hAnsi="Times New Roman" w:cs="Times New Roman"/>
          <w:sz w:val="24"/>
          <w:szCs w:val="24"/>
        </w:rPr>
        <w:t xml:space="preserve"> </w:t>
      </w:r>
      <w:r w:rsidR="00E959ED" w:rsidRPr="009658F0">
        <w:rPr>
          <w:rFonts w:ascii="Times New Roman" w:eastAsia="Times New Roman" w:hAnsi="Times New Roman" w:cs="Times New Roman"/>
          <w:i/>
          <w:iCs/>
          <w:sz w:val="24"/>
          <w:szCs w:val="24"/>
        </w:rPr>
        <w:t>tr</w:t>
      </w:r>
      <w:r w:rsidRPr="009658F0">
        <w:rPr>
          <w:rFonts w:ascii="Times New Roman" w:eastAsia="Times New Roman" w:hAnsi="Times New Roman" w:cs="Times New Roman"/>
          <w:i/>
          <w:iCs/>
          <w:sz w:val="24"/>
          <w:szCs w:val="24"/>
        </w:rPr>
        <w:t>anced</w:t>
      </w:r>
      <w:r w:rsidRPr="009658F0">
        <w:rPr>
          <w:rFonts w:ascii="Times New Roman" w:eastAsia="Times New Roman" w:hAnsi="Times New Roman" w:cs="Times New Roman"/>
          <w:sz w:val="24"/>
          <w:szCs w:val="24"/>
        </w:rPr>
        <w:t xml:space="preserve"> dancing. </w:t>
      </w:r>
    </w:p>
    <w:p w14:paraId="6A6C533F" w14:textId="3F9DD73E" w:rsidR="005908F7" w:rsidRPr="009658F0" w:rsidRDefault="005908F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[in different pen] Visited mixed grp.</w:t>
      </w:r>
    </w:p>
    <w:p w14:paraId="1B59A46C" w14:textId="76C0E9D7" w:rsidR="005908F7" w:rsidRPr="009658F0" w:rsidRDefault="005908F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[Asterisk in pencil] Hospitality at Moroccan tents +</w:t>
      </w:r>
    </w:p>
    <w:p w14:paraId="30B6B86E" w14:textId="7F2BED31" w:rsidR="005908F7" w:rsidRPr="009658F0" w:rsidRDefault="005908F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(continued)</w:t>
      </w:r>
    </w:p>
    <w:p w14:paraId="69491401" w14:textId="33915A75" w:rsidR="00E26B9B" w:rsidRPr="009658F0" w:rsidRDefault="00E26B9B"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6A480A27" w14:textId="0E8C6855" w:rsidR="00E26B9B" w:rsidRPr="009658F0" w:rsidRDefault="00E26B9B" w:rsidP="006C1960">
      <w:pPr>
        <w:tabs>
          <w:tab w:val="left" w:pos="1887"/>
        </w:tabs>
        <w:spacing w:line="360" w:lineRule="auto"/>
        <w:rPr>
          <w:rFonts w:ascii="Times New Roman" w:eastAsia="Times New Roman" w:hAnsi="Times New Roman" w:cs="Times New Roman"/>
          <w:sz w:val="24"/>
          <w:szCs w:val="24"/>
        </w:rPr>
      </w:pPr>
      <w:r w:rsidRPr="0038102D">
        <w:rPr>
          <w:rFonts w:ascii="Times New Roman" w:eastAsia="Times New Roman" w:hAnsi="Times New Roman" w:cs="Times New Roman"/>
          <w:sz w:val="24"/>
          <w:szCs w:val="24"/>
          <w:highlight w:val="yellow"/>
        </w:rPr>
        <w:lastRenderedPageBreak/>
        <w:t>EDITH PAGE 64 F</w:t>
      </w:r>
    </w:p>
    <w:p w14:paraId="6714CBB2" w14:textId="78BE81A7" w:rsidR="00E26B9B" w:rsidRPr="009658F0" w:rsidRDefault="00E26B9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Sun May 1</w:t>
      </w:r>
      <w:r w:rsidRPr="009658F0">
        <w:rPr>
          <w:rFonts w:ascii="Times New Roman" w:eastAsia="Times New Roman" w:hAnsi="Times New Roman" w:cs="Times New Roman"/>
          <w:sz w:val="24"/>
          <w:szCs w:val="24"/>
          <w:vertAlign w:val="superscript"/>
        </w:rPr>
        <w:t>st</w:t>
      </w:r>
      <w:r w:rsidRPr="009658F0">
        <w:rPr>
          <w:rFonts w:ascii="Times New Roman" w:eastAsia="Times New Roman" w:hAnsi="Times New Roman" w:cs="Times New Roman"/>
          <w:sz w:val="24"/>
          <w:szCs w:val="24"/>
        </w:rPr>
        <w:t xml:space="preserve"> 1.30 am night.</w:t>
      </w:r>
    </w:p>
    <w:p w14:paraId="7CA19719" w14:textId="5334F14F" w:rsidR="00E26B9B" w:rsidRPr="009658F0" w:rsidRDefault="00E26B9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Café food (continually available)</w:t>
      </w:r>
    </w:p>
    <w:p w14:paraId="57D88BC5" w14:textId="4856E92D" w:rsidR="00E26B9B" w:rsidRPr="009658F0" w:rsidRDefault="00E26B9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Songs, dancing at tents.</w:t>
      </w:r>
    </w:p>
    <w:p w14:paraId="45EDB5BB" w14:textId="79A5AA90" w:rsidR="00E26B9B" w:rsidRPr="009658F0" w:rsidRDefault="00E26B9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[Asterisk in pencil] Slaughtering at abattoir</w:t>
      </w:r>
    </w:p>
    <w:p w14:paraId="3D0C7C6E" w14:textId="2007314F" w:rsidR="00E26B9B" w:rsidRPr="009658F0" w:rsidRDefault="00E26B9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Moroccan tent w Hasidim</w:t>
      </w:r>
    </w:p>
    <w:p w14:paraId="204E3158" w14:textId="576AEBF7" w:rsidR="00E26B9B" w:rsidRPr="009658F0" w:rsidRDefault="00E26B9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No break in festivities all night</w:t>
      </w:r>
    </w:p>
    <w:p w14:paraId="4B799376" w14:textId="56AC3E40" w:rsidR="00E26B9B" w:rsidRPr="009658F0" w:rsidRDefault="00E26B9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Young drunk grp near parking lot</w:t>
      </w:r>
    </w:p>
    <w:p w14:paraId="3F67A5E2" w14:textId="6757FF46" w:rsidR="00E26B9B" w:rsidRPr="009658F0" w:rsidRDefault="00E26B9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5.30 am. Sunrise</w:t>
      </w:r>
    </w:p>
    <w:p w14:paraId="4665B446" w14:textId="6F13B068" w:rsidR="00E26B9B" w:rsidRPr="009658F0" w:rsidRDefault="00E26B9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Neo Kabbalists on roof to “bring in the light”. Conflict w Hasidim. </w:t>
      </w:r>
    </w:p>
    <w:p w14:paraId="411AF1AD" w14:textId="71F6A117" w:rsidR="00E26B9B" w:rsidRPr="009658F0" w:rsidRDefault="00E26B9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6 am in Jerusalem:</w:t>
      </w:r>
    </w:p>
    <w:p w14:paraId="0BFF9B5D" w14:textId="1F6CC994" w:rsidR="00E26B9B" w:rsidRPr="009658F0" w:rsidRDefault="00E26B9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Buses left for Tel Aviv, Haifa, + Meron. Stopped at Tiberias Shrine + Amuka Shrine; arrived Meron 6pm.</w:t>
      </w:r>
    </w:p>
    <w:p w14:paraId="19E513F4" w14:textId="384A8F8A" w:rsidR="00E26B9B" w:rsidRPr="009658F0" w:rsidRDefault="00E26B9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Arrived Meron 6pm.</w:t>
      </w:r>
    </w:p>
    <w:p w14:paraId="5EACFDF5" w14:textId="3ED823E6" w:rsidR="00E26B9B" w:rsidRPr="009658F0" w:rsidRDefault="00E26B9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10.30 am Meron.</w:t>
      </w:r>
    </w:p>
    <w:p w14:paraId="06EB673B" w14:textId="14741A4A" w:rsidR="00E26B9B" w:rsidRPr="009658F0" w:rsidRDefault="00E26B9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[Text on next line whited out]</w:t>
      </w:r>
    </w:p>
    <w:p w14:paraId="2E1BDAFC" w14:textId="5E9FA4CC" w:rsidR="00E26B9B" w:rsidRPr="009658F0" w:rsidRDefault="00E26B9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[Asterisk in pencil] Haircutting (Sacrifice: liminal rite of passage for children)</w:t>
      </w:r>
      <w:r w:rsidR="00DA2EFE" w:rsidRPr="009658F0">
        <w:rPr>
          <w:rFonts w:ascii="Times New Roman" w:eastAsia="Times New Roman" w:hAnsi="Times New Roman" w:cs="Times New Roman"/>
          <w:sz w:val="24"/>
          <w:szCs w:val="24"/>
        </w:rPr>
        <w:t xml:space="preserve"> in continuous progress. </w:t>
      </w:r>
    </w:p>
    <w:p w14:paraId="6FB4F9E7" w14:textId="46BD4FC1" w:rsidR="00DA2EFE" w:rsidRPr="009658F0" w:rsidRDefault="00DA2EFE"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[added at side:] Ch. brought in on </w:t>
      </w:r>
      <w:proofErr w:type="spellStart"/>
      <w:proofErr w:type="gramStart"/>
      <w:r w:rsidRPr="009658F0">
        <w:rPr>
          <w:rFonts w:ascii="Times New Roman" w:eastAsia="Times New Roman" w:hAnsi="Times New Roman" w:cs="Times New Roman"/>
          <w:sz w:val="24"/>
          <w:szCs w:val="24"/>
        </w:rPr>
        <w:t>non Has</w:t>
      </w:r>
      <w:proofErr w:type="spellEnd"/>
      <w:proofErr w:type="gramEnd"/>
      <w:r w:rsidRPr="009658F0">
        <w:rPr>
          <w:rFonts w:ascii="Times New Roman" w:eastAsia="Times New Roman" w:hAnsi="Times New Roman" w:cs="Times New Roman"/>
          <w:sz w:val="24"/>
          <w:szCs w:val="24"/>
        </w:rPr>
        <w:t>. men’s shoulders.</w:t>
      </w:r>
    </w:p>
    <w:p w14:paraId="2D18F214" w14:textId="2151C94E" w:rsidR="00DA2EFE" w:rsidRPr="009658F0" w:rsidRDefault="00DA2EFE"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12 am Midday:</w:t>
      </w:r>
    </w:p>
    <w:p w14:paraId="16919FFE" w14:textId="17ABAA45" w:rsidR="00DA2EFE" w:rsidRPr="009658F0" w:rsidRDefault="00DA2EFE"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Official lighting time as announced on TV: Police + army + TV cameras + 1 Hasid Rabbi lighter. [pencil on right margin:] </w:t>
      </w:r>
      <w:r w:rsidRPr="009658F0">
        <w:rPr>
          <w:rFonts w:ascii="Times New Roman" w:eastAsia="Times New Roman" w:hAnsi="Times New Roman" w:cs="Times New Roman"/>
          <w:i/>
          <w:iCs/>
          <w:sz w:val="24"/>
          <w:szCs w:val="24"/>
        </w:rPr>
        <w:t>Driver of car looking</w:t>
      </w:r>
    </w:p>
    <w:p w14:paraId="729B4D6E" w14:textId="55430555" w:rsidR="00DA2EFE" w:rsidRPr="009658F0" w:rsidRDefault="00DA2EFE"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lastRenderedPageBreak/>
        <w:t xml:space="preserve">Crowd kept well away </w:t>
      </w:r>
    </w:p>
    <w:p w14:paraId="67C586FA" w14:textId="52A1DD5F" w:rsidR="002B63C0" w:rsidRPr="009658F0" w:rsidRDefault="002B63C0"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12 am Jews, </w:t>
      </w:r>
      <w:proofErr w:type="spellStart"/>
      <w:r w:rsidRPr="009658F0">
        <w:rPr>
          <w:rFonts w:ascii="Times New Roman" w:eastAsia="Times New Roman" w:hAnsi="Times New Roman" w:cs="Times New Roman"/>
          <w:sz w:val="24"/>
          <w:szCs w:val="24"/>
        </w:rPr>
        <w:t>Hasids</w:t>
      </w:r>
      <w:proofErr w:type="spellEnd"/>
      <w:r w:rsidRPr="009658F0">
        <w:rPr>
          <w:rFonts w:ascii="Times New Roman" w:eastAsia="Times New Roman" w:hAnsi="Times New Roman" w:cs="Times New Roman"/>
          <w:sz w:val="24"/>
          <w:szCs w:val="24"/>
        </w:rPr>
        <w:t xml:space="preserve"> left, </w:t>
      </w:r>
      <w:proofErr w:type="spellStart"/>
      <w:r w:rsidRPr="009658F0">
        <w:rPr>
          <w:rFonts w:ascii="Times New Roman" w:eastAsia="Times New Roman" w:hAnsi="Times New Roman" w:cs="Times New Roman"/>
          <w:sz w:val="24"/>
          <w:szCs w:val="24"/>
        </w:rPr>
        <w:t>arr</w:t>
      </w:r>
      <w:proofErr w:type="spellEnd"/>
      <w:r w:rsidRPr="009658F0">
        <w:rPr>
          <w:rFonts w:ascii="Times New Roman" w:eastAsia="Times New Roman" w:hAnsi="Times New Roman" w:cs="Times New Roman"/>
          <w:sz w:val="24"/>
          <w:szCs w:val="24"/>
        </w:rPr>
        <w:t xml:space="preserve"> 4pm</w:t>
      </w:r>
    </w:p>
    <w:p w14:paraId="3CCE18DE" w14:textId="4BAC373A" w:rsidR="002B63C0" w:rsidRPr="009658F0" w:rsidRDefault="002B63C0"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[Written over whited out text:] </w:t>
      </w:r>
      <w:r w:rsidRPr="009658F0">
        <w:rPr>
          <w:rFonts w:ascii="Times New Roman" w:eastAsia="Times New Roman" w:hAnsi="Times New Roman" w:cs="Times New Roman"/>
          <w:i/>
          <w:iCs/>
          <w:sz w:val="24"/>
          <w:szCs w:val="24"/>
        </w:rPr>
        <w:t>Afternoon</w:t>
      </w:r>
      <w:r w:rsidRPr="009658F0">
        <w:rPr>
          <w:rFonts w:ascii="Times New Roman" w:eastAsia="Times New Roman" w:hAnsi="Times New Roman" w:cs="Times New Roman"/>
          <w:sz w:val="24"/>
          <w:szCs w:val="24"/>
        </w:rPr>
        <w:t xml:space="preserve"> in Tel Aviv:</w:t>
      </w:r>
    </w:p>
    <w:p w14:paraId="3C10E9EF" w14:textId="11E96114" w:rsidR="002B63C0" w:rsidRPr="009658F0" w:rsidRDefault="002B63C0"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[written over whited out text:] </w:t>
      </w:r>
      <w:r w:rsidRPr="009658F0">
        <w:rPr>
          <w:rFonts w:ascii="Times New Roman" w:eastAsia="Times New Roman" w:hAnsi="Times New Roman" w:cs="Times New Roman"/>
          <w:i/>
          <w:iCs/>
          <w:sz w:val="24"/>
          <w:szCs w:val="24"/>
        </w:rPr>
        <w:t>End of</w:t>
      </w:r>
      <w:r w:rsidRPr="009658F0">
        <w:rPr>
          <w:rFonts w:ascii="Times New Roman" w:eastAsia="Times New Roman" w:hAnsi="Times New Roman" w:cs="Times New Roman"/>
          <w:sz w:val="24"/>
          <w:szCs w:val="24"/>
        </w:rPr>
        <w:t xml:space="preserve"> May Day Parade. Participants took buses to Meron, arr. 6pm</w:t>
      </w:r>
    </w:p>
    <w:p w14:paraId="03C0B40E" w14:textId="5B5661ED" w:rsidR="002B63C0" w:rsidRPr="009658F0" w:rsidRDefault="002B63C0"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6pm Meron:</w:t>
      </w:r>
    </w:p>
    <w:p w14:paraId="05953423" w14:textId="013D7D30" w:rsidR="002B63C0" w:rsidRPr="009658F0" w:rsidRDefault="002B63C0"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Big momentum</w:t>
      </w:r>
    </w:p>
    <w:p w14:paraId="05480D67" w14:textId="69ADDEC9" w:rsidR="002B63C0" w:rsidRPr="009658F0" w:rsidRDefault="002B63C0"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8pm Hasidim return to Jerusalem</w:t>
      </w:r>
    </w:p>
    <w:p w14:paraId="558FB23C" w14:textId="4F90FF95" w:rsidR="002B63C0" w:rsidRPr="009658F0" w:rsidRDefault="002B63C0"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u w:val="single"/>
        </w:rPr>
        <w:t>Mon May 2</w:t>
      </w:r>
      <w:r w:rsidRPr="009658F0">
        <w:rPr>
          <w:rFonts w:ascii="Times New Roman" w:eastAsia="Times New Roman" w:hAnsi="Times New Roman" w:cs="Times New Roman"/>
          <w:sz w:val="24"/>
          <w:szCs w:val="24"/>
        </w:rPr>
        <w:t xml:space="preserve"> End of Lag Ba Omer.</w:t>
      </w:r>
    </w:p>
    <w:p w14:paraId="08A9CB94" w14:textId="77777777" w:rsidR="002B63C0" w:rsidRPr="009658F0" w:rsidRDefault="002B63C0"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6BC71582" w14:textId="03153DEF" w:rsidR="002B63C0" w:rsidRPr="009658F0" w:rsidRDefault="002B63C0" w:rsidP="006C1960">
      <w:pPr>
        <w:tabs>
          <w:tab w:val="left" w:pos="1887"/>
        </w:tabs>
        <w:spacing w:line="360" w:lineRule="auto"/>
        <w:rPr>
          <w:rFonts w:ascii="Times New Roman" w:eastAsia="Times New Roman" w:hAnsi="Times New Roman" w:cs="Times New Roman"/>
          <w:sz w:val="24"/>
          <w:szCs w:val="24"/>
        </w:rPr>
      </w:pPr>
      <w:r w:rsidRPr="0038102D">
        <w:rPr>
          <w:rFonts w:ascii="Times New Roman" w:eastAsia="Times New Roman" w:hAnsi="Times New Roman" w:cs="Times New Roman"/>
          <w:sz w:val="24"/>
          <w:szCs w:val="24"/>
          <w:highlight w:val="yellow"/>
        </w:rPr>
        <w:lastRenderedPageBreak/>
        <w:t>EDITH PAGE 65</w:t>
      </w:r>
    </w:p>
    <w:p w14:paraId="4BFD9509" w14:textId="7FEB83C1" w:rsidR="002B63C0" w:rsidRPr="009658F0" w:rsidRDefault="00C73D4B" w:rsidP="006C1960">
      <w:pPr>
        <w:tabs>
          <w:tab w:val="left" w:pos="1887"/>
        </w:tabs>
        <w:spacing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(65)</w:t>
      </w:r>
    </w:p>
    <w:p w14:paraId="111982D4" w14:textId="6F064515" w:rsidR="00E26B9B" w:rsidRPr="009658F0" w:rsidRDefault="00C73D4B" w:rsidP="006C1960">
      <w:pPr>
        <w:tabs>
          <w:tab w:val="left" w:pos="1887"/>
        </w:tabs>
        <w:spacing w:line="360" w:lineRule="auto"/>
        <w:rPr>
          <w:rFonts w:ascii="Times New Roman" w:eastAsia="Times New Roman" w:hAnsi="Times New Roman" w:cs="Times New Roman"/>
          <w:sz w:val="24"/>
          <w:szCs w:val="24"/>
          <w:u w:val="single"/>
        </w:rPr>
      </w:pPr>
      <w:r w:rsidRPr="009658F0">
        <w:rPr>
          <w:rFonts w:ascii="Times New Roman" w:eastAsia="Times New Roman" w:hAnsi="Times New Roman" w:cs="Times New Roman"/>
          <w:sz w:val="24"/>
          <w:szCs w:val="24"/>
          <w:u w:val="single"/>
        </w:rPr>
        <w:t>General Elements</w:t>
      </w:r>
    </w:p>
    <w:p w14:paraId="078F83BA" w14:textId="5B851ADA" w:rsidR="0000173F" w:rsidRPr="009658F0" w:rsidRDefault="0000173F"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[Asterisk in pencil] </w:t>
      </w:r>
      <w:r w:rsidRPr="009658F0">
        <w:rPr>
          <w:rFonts w:ascii="Times New Roman" w:eastAsia="Times New Roman" w:hAnsi="Times New Roman" w:cs="Times New Roman"/>
          <w:sz w:val="24"/>
          <w:szCs w:val="24"/>
          <w:u w:val="single"/>
        </w:rPr>
        <w:t>“Silent” elements</w:t>
      </w:r>
      <w:r w:rsidRPr="009658F0">
        <w:rPr>
          <w:rFonts w:ascii="Times New Roman" w:eastAsia="Times New Roman" w:hAnsi="Times New Roman" w:cs="Times New Roman"/>
          <w:sz w:val="24"/>
          <w:szCs w:val="24"/>
        </w:rPr>
        <w:t>: -</w:t>
      </w:r>
    </w:p>
    <w:p w14:paraId="44A08646" w14:textId="5F32BE73" w:rsidR="0000173F" w:rsidRPr="009658F0" w:rsidRDefault="0000173F"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t>Zohar</w:t>
      </w:r>
    </w:p>
    <w:p w14:paraId="64A07ECF" w14:textId="7A00E0E8" w:rsidR="0000173F" w:rsidRPr="009658F0" w:rsidRDefault="0000173F"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t>Sacrifice, now slaughter</w:t>
      </w:r>
    </w:p>
    <w:p w14:paraId="20FDD937" w14:textId="58591BA1" w:rsidR="0000173F" w:rsidRPr="009658F0" w:rsidRDefault="0000173F"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t>Pre-Judaic elements</w:t>
      </w:r>
    </w:p>
    <w:p w14:paraId="44048519" w14:textId="055FCEAD" w:rsidR="0000173F" w:rsidRPr="009658F0" w:rsidRDefault="0000173F" w:rsidP="006C1960">
      <w:pPr>
        <w:tabs>
          <w:tab w:val="left" w:pos="1887"/>
        </w:tabs>
        <w:spacing w:line="360" w:lineRule="auto"/>
        <w:rPr>
          <w:rFonts w:ascii="Times New Roman" w:eastAsia="Times New Roman" w:hAnsi="Times New Roman" w:cs="Times New Roman"/>
          <w:sz w:val="24"/>
          <w:szCs w:val="24"/>
          <w:u w:val="single"/>
        </w:rPr>
      </w:pPr>
      <w:r w:rsidRPr="009658F0">
        <w:rPr>
          <w:rFonts w:ascii="Times New Roman" w:eastAsia="Times New Roman" w:hAnsi="Times New Roman" w:cs="Times New Roman"/>
          <w:sz w:val="24"/>
          <w:szCs w:val="24"/>
          <w:u w:val="single"/>
        </w:rPr>
        <w:t>Moroccans without leaders, rabbis</w:t>
      </w:r>
    </w:p>
    <w:p w14:paraId="07CE0343" w14:textId="2646EA5B" w:rsidR="0000173F" w:rsidRPr="009658F0" w:rsidRDefault="0000173F"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1 rabbi on bus. Unorganized + fam </w:t>
      </w:r>
      <w:proofErr w:type="spellStart"/>
      <w:r w:rsidRPr="009658F0">
        <w:rPr>
          <w:rFonts w:ascii="Times New Roman" w:eastAsia="Times New Roman" w:hAnsi="Times New Roman" w:cs="Times New Roman"/>
          <w:sz w:val="24"/>
          <w:szCs w:val="24"/>
        </w:rPr>
        <w:t>grps</w:t>
      </w:r>
      <w:proofErr w:type="spellEnd"/>
      <w:r w:rsidRPr="009658F0">
        <w:rPr>
          <w:rFonts w:ascii="Times New Roman" w:eastAsia="Times New Roman" w:hAnsi="Times New Roman" w:cs="Times New Roman"/>
          <w:sz w:val="24"/>
          <w:szCs w:val="24"/>
        </w:rPr>
        <w:t xml:space="preserve">, </w:t>
      </w:r>
      <w:proofErr w:type="spellStart"/>
      <w:r w:rsidRPr="009658F0">
        <w:rPr>
          <w:rFonts w:ascii="Times New Roman" w:eastAsia="Times New Roman" w:hAnsi="Times New Roman" w:cs="Times New Roman"/>
          <w:sz w:val="24"/>
          <w:szCs w:val="24"/>
        </w:rPr>
        <w:t>neighbours</w:t>
      </w:r>
      <w:proofErr w:type="spellEnd"/>
      <w:r w:rsidRPr="009658F0">
        <w:rPr>
          <w:rFonts w:ascii="Times New Roman" w:eastAsia="Times New Roman" w:hAnsi="Times New Roman" w:cs="Times New Roman"/>
          <w:sz w:val="24"/>
          <w:szCs w:val="24"/>
        </w:rPr>
        <w:t>, friends</w:t>
      </w:r>
    </w:p>
    <w:p w14:paraId="7620818E" w14:textId="77D40897" w:rsidR="0000173F" w:rsidRPr="009658F0" w:rsidRDefault="0000173F" w:rsidP="006C1960">
      <w:pPr>
        <w:tabs>
          <w:tab w:val="left" w:pos="1887"/>
        </w:tabs>
        <w:spacing w:line="360" w:lineRule="auto"/>
        <w:rPr>
          <w:rFonts w:ascii="Times New Roman" w:eastAsia="Times New Roman" w:hAnsi="Times New Roman" w:cs="Times New Roman"/>
          <w:sz w:val="24"/>
          <w:szCs w:val="24"/>
          <w:u w:val="single"/>
        </w:rPr>
      </w:pPr>
      <w:r w:rsidRPr="009658F0">
        <w:rPr>
          <w:rFonts w:ascii="Times New Roman" w:eastAsia="Times New Roman" w:hAnsi="Times New Roman" w:cs="Times New Roman"/>
          <w:sz w:val="24"/>
          <w:szCs w:val="24"/>
          <w:u w:val="single"/>
        </w:rPr>
        <w:t>Conflict Plus Unity</w:t>
      </w:r>
    </w:p>
    <w:p w14:paraId="582657BF" w14:textId="76DC4BE1" w:rsidR="0000173F" w:rsidRPr="009658F0" w:rsidRDefault="0000173F"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Tent, behind abattoir, Hasidim sell Sephardim holy oil, Seph look to </w:t>
      </w:r>
      <w:proofErr w:type="spellStart"/>
      <w:r w:rsidRPr="009658F0">
        <w:rPr>
          <w:rFonts w:ascii="Times New Roman" w:eastAsia="Times New Roman" w:hAnsi="Times New Roman" w:cs="Times New Roman"/>
          <w:sz w:val="24"/>
          <w:szCs w:val="24"/>
        </w:rPr>
        <w:t>Ashk</w:t>
      </w:r>
      <w:proofErr w:type="spellEnd"/>
      <w:r w:rsidRPr="009658F0">
        <w:rPr>
          <w:rFonts w:ascii="Times New Roman" w:eastAsia="Times New Roman" w:hAnsi="Times New Roman" w:cs="Times New Roman"/>
          <w:sz w:val="24"/>
          <w:szCs w:val="24"/>
        </w:rPr>
        <w:t xml:space="preserve"> for validations – BUT Seph disregard Hasid + main line conflict, all </w:t>
      </w:r>
      <w:proofErr w:type="spellStart"/>
      <w:r w:rsidRPr="009658F0">
        <w:rPr>
          <w:rFonts w:ascii="Times New Roman" w:eastAsia="Times New Roman" w:hAnsi="Times New Roman" w:cs="Times New Roman"/>
          <w:sz w:val="24"/>
          <w:szCs w:val="24"/>
        </w:rPr>
        <w:t>relig</w:t>
      </w:r>
      <w:proofErr w:type="spellEnd"/>
      <w:r w:rsidRPr="009658F0">
        <w:rPr>
          <w:rFonts w:ascii="Times New Roman" w:eastAsia="Times New Roman" w:hAnsi="Times New Roman" w:cs="Times New Roman"/>
          <w:sz w:val="24"/>
          <w:szCs w:val="24"/>
        </w:rPr>
        <w:t>.</w:t>
      </w:r>
    </w:p>
    <w:p w14:paraId="52EBECDA" w14:textId="53F9DEDF" w:rsidR="0000173F" w:rsidRPr="009658F0" w:rsidRDefault="0000173F"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[Asterisk marked in pencil] </w:t>
      </w:r>
      <w:r w:rsidRPr="009658F0">
        <w:rPr>
          <w:rFonts w:ascii="Times New Roman" w:eastAsia="Times New Roman" w:hAnsi="Times New Roman" w:cs="Times New Roman"/>
          <w:sz w:val="24"/>
          <w:szCs w:val="24"/>
          <w:u w:val="single"/>
        </w:rPr>
        <w:t>Re liberating of Ethnicity</w:t>
      </w:r>
      <w:r w:rsidRPr="009658F0">
        <w:rPr>
          <w:rFonts w:ascii="Times New Roman" w:eastAsia="Times New Roman" w:hAnsi="Times New Roman" w:cs="Times New Roman"/>
          <w:sz w:val="24"/>
          <w:szCs w:val="24"/>
        </w:rPr>
        <w:t xml:space="preserve"> </w:t>
      </w:r>
    </w:p>
    <w:p w14:paraId="633ABE17" w14:textId="63B4D5D2" w:rsidR="0000173F" w:rsidRPr="009658F0" w:rsidRDefault="0000173F"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2 eras of suppression</w:t>
      </w:r>
    </w:p>
    <w:p w14:paraId="45FDCEDB" w14:textId="402665A4" w:rsidR="0000173F" w:rsidRPr="009658F0" w:rsidRDefault="0000173F"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1) in home country</w:t>
      </w:r>
    </w:p>
    <w:p w14:paraId="155A5078" w14:textId="24A389F1" w:rsidR="0000173F" w:rsidRPr="009658F0" w:rsidRDefault="0000173F"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2) </w:t>
      </w:r>
      <w:proofErr w:type="gramStart"/>
      <w:r w:rsidRPr="009658F0">
        <w:rPr>
          <w:rFonts w:ascii="Times New Roman" w:eastAsia="Times New Roman" w:hAnsi="Times New Roman" w:cs="Times New Roman"/>
          <w:sz w:val="24"/>
          <w:szCs w:val="24"/>
        </w:rPr>
        <w:t>unspoken;</w:t>
      </w:r>
      <w:proofErr w:type="gramEnd"/>
    </w:p>
    <w:p w14:paraId="76EA67B5" w14:textId="74B051EC" w:rsidR="0000173F" w:rsidRPr="009658F0" w:rsidRDefault="0000173F"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r>
      <w:proofErr w:type="spellStart"/>
      <w:r w:rsidRPr="009658F0">
        <w:rPr>
          <w:rFonts w:ascii="Times New Roman" w:eastAsia="Times New Roman" w:hAnsi="Times New Roman" w:cs="Times New Roman"/>
          <w:sz w:val="24"/>
          <w:szCs w:val="24"/>
        </w:rPr>
        <w:t>Ashkenazation</w:t>
      </w:r>
      <w:proofErr w:type="spellEnd"/>
      <w:r w:rsidRPr="009658F0">
        <w:rPr>
          <w:rFonts w:ascii="Times New Roman" w:eastAsia="Times New Roman" w:hAnsi="Times New Roman" w:cs="Times New Roman"/>
          <w:sz w:val="24"/>
          <w:szCs w:val="24"/>
        </w:rPr>
        <w:t xml:space="preserve"> </w:t>
      </w:r>
    </w:p>
    <w:p w14:paraId="61A5182E" w14:textId="438FC411" w:rsidR="0000173F" w:rsidRPr="009658F0" w:rsidRDefault="0000173F"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Via [the next word and a half are written over whited out text] govt bureaucratization</w:t>
      </w:r>
    </w:p>
    <w:p w14:paraId="22CD5F21" w14:textId="119BEFFB" w:rsidR="0000173F" w:rsidRPr="009658F0" w:rsidRDefault="0000173F"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At Bar </w:t>
      </w:r>
      <w:proofErr w:type="spellStart"/>
      <w:r w:rsidRPr="009658F0">
        <w:rPr>
          <w:rFonts w:ascii="Times New Roman" w:eastAsia="Times New Roman" w:hAnsi="Times New Roman" w:cs="Times New Roman"/>
          <w:sz w:val="24"/>
          <w:szCs w:val="24"/>
        </w:rPr>
        <w:t>Yohai</w:t>
      </w:r>
      <w:proofErr w:type="spellEnd"/>
      <w:r w:rsidRPr="009658F0">
        <w:rPr>
          <w:rFonts w:ascii="Times New Roman" w:eastAsia="Times New Roman" w:hAnsi="Times New Roman" w:cs="Times New Roman"/>
          <w:sz w:val="24"/>
          <w:szCs w:val="24"/>
        </w:rPr>
        <w:t>: 100% Israeli</w:t>
      </w:r>
    </w:p>
    <w:p w14:paraId="3B5F3757" w14:textId="3F7BB695" w:rsidR="0000173F" w:rsidRPr="009658F0" w:rsidRDefault="0000173F" w:rsidP="006C1960">
      <w:pPr>
        <w:tabs>
          <w:tab w:val="left" w:pos="1887"/>
        </w:tabs>
        <w:spacing w:line="360" w:lineRule="auto"/>
        <w:rPr>
          <w:rFonts w:ascii="Times New Roman" w:eastAsia="Times New Roman" w:hAnsi="Times New Roman" w:cs="Times New Roman"/>
          <w:sz w:val="24"/>
          <w:szCs w:val="24"/>
          <w:u w:val="single"/>
        </w:rPr>
      </w:pPr>
      <w:r w:rsidRPr="009658F0">
        <w:rPr>
          <w:rFonts w:ascii="Times New Roman" w:eastAsia="Times New Roman" w:hAnsi="Times New Roman" w:cs="Times New Roman"/>
          <w:sz w:val="24"/>
          <w:szCs w:val="24"/>
        </w:rPr>
        <w:t xml:space="preserve">Saint [“therefore”] Liberation </w:t>
      </w:r>
      <w:proofErr w:type="spellStart"/>
      <w:r w:rsidRPr="009658F0">
        <w:rPr>
          <w:rFonts w:ascii="Times New Roman" w:eastAsia="Times New Roman" w:hAnsi="Times New Roman" w:cs="Times New Roman"/>
          <w:sz w:val="24"/>
          <w:szCs w:val="24"/>
        </w:rPr>
        <w:t>fr</w:t>
      </w:r>
      <w:proofErr w:type="spellEnd"/>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sz w:val="24"/>
          <w:szCs w:val="24"/>
          <w:u w:val="single"/>
        </w:rPr>
        <w:t>secular taboos</w:t>
      </w:r>
    </w:p>
    <w:p w14:paraId="24167E13" w14:textId="2659BBC4" w:rsidR="0000173F" w:rsidRPr="009658F0" w:rsidRDefault="0000173F"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[Asterisk in pencil] </w:t>
      </w:r>
      <w:r w:rsidRPr="009658F0">
        <w:rPr>
          <w:rFonts w:ascii="Times New Roman" w:eastAsia="Times New Roman" w:hAnsi="Times New Roman" w:cs="Times New Roman"/>
          <w:sz w:val="24"/>
          <w:szCs w:val="24"/>
          <w:u w:val="single"/>
        </w:rPr>
        <w:t>Argument re Primitivism</w:t>
      </w:r>
      <w:r w:rsidRPr="009658F0">
        <w:rPr>
          <w:rFonts w:ascii="Times New Roman" w:eastAsia="Times New Roman" w:hAnsi="Times New Roman" w:cs="Times New Roman"/>
          <w:sz w:val="24"/>
          <w:szCs w:val="24"/>
        </w:rPr>
        <w:t xml:space="preserve"> </w:t>
      </w:r>
    </w:p>
    <w:p w14:paraId="7B1F874F" w14:textId="63F0C245" w:rsidR="0000173F" w:rsidRPr="009658F0" w:rsidRDefault="0000173F" w:rsidP="006C1960">
      <w:pPr>
        <w:tabs>
          <w:tab w:val="left" w:pos="1887"/>
        </w:tabs>
        <w:spacing w:line="360" w:lineRule="auto"/>
        <w:rPr>
          <w:rFonts w:ascii="Times New Roman" w:eastAsia="Times New Roman" w:hAnsi="Times New Roman" w:cs="Times New Roman"/>
          <w:sz w:val="24"/>
          <w:szCs w:val="24"/>
          <w:u w:val="single"/>
        </w:rPr>
      </w:pPr>
      <w:r w:rsidRPr="009658F0">
        <w:rPr>
          <w:rFonts w:ascii="Times New Roman" w:eastAsia="Times New Roman" w:hAnsi="Times New Roman" w:cs="Times New Roman"/>
          <w:sz w:val="24"/>
          <w:szCs w:val="24"/>
        </w:rPr>
        <w:lastRenderedPageBreak/>
        <w:t xml:space="preserve">[Asterisk in pencil] </w:t>
      </w:r>
      <w:r w:rsidRPr="009658F0">
        <w:rPr>
          <w:rFonts w:ascii="Times New Roman" w:eastAsia="Times New Roman" w:hAnsi="Times New Roman" w:cs="Times New Roman"/>
          <w:sz w:val="24"/>
          <w:szCs w:val="24"/>
          <w:u w:val="single"/>
        </w:rPr>
        <w:t>Liminal characteristics: -</w:t>
      </w:r>
    </w:p>
    <w:p w14:paraId="3281E4F0" w14:textId="2B307A0E" w:rsidR="00EE2C59" w:rsidRPr="009658F0" w:rsidRDefault="00EE2C5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Up North, far:</w:t>
      </w:r>
    </w:p>
    <w:p w14:paraId="5F37CA84" w14:textId="61397DF7" w:rsidR="00EE2C59" w:rsidRPr="009658F0" w:rsidRDefault="00EE2C59" w:rsidP="006C1960">
      <w:pPr>
        <w:tabs>
          <w:tab w:val="left" w:pos="56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North </w:t>
      </w:r>
      <w:r w:rsidRPr="009658F0">
        <w:rPr>
          <w:rFonts w:ascii="Times New Roman" w:eastAsia="Times New Roman" w:hAnsi="Times New Roman" w:cs="Times New Roman"/>
          <w:sz w:val="24"/>
          <w:szCs w:val="24"/>
        </w:rPr>
        <w:tab/>
        <w:t>= mountains</w:t>
      </w:r>
    </w:p>
    <w:p w14:paraId="4B1E373A" w14:textId="2CAAAEC5" w:rsidR="00EE2C59" w:rsidRPr="009658F0" w:rsidRDefault="00EE2C59"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t>=frontier</w:t>
      </w:r>
    </w:p>
    <w:p w14:paraId="5412D6D8" w14:textId="3FF78CDE" w:rsidR="00EE2C59" w:rsidRPr="009658F0" w:rsidRDefault="00EE2C59"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t>= route N-S Passage</w:t>
      </w:r>
    </w:p>
    <w:p w14:paraId="442152AB" w14:textId="20676AF8" w:rsidR="00EE2C59" w:rsidRPr="009658F0" w:rsidRDefault="00EE2C59"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Bar </w:t>
      </w:r>
      <w:proofErr w:type="spellStart"/>
      <w:r w:rsidRPr="009658F0">
        <w:rPr>
          <w:rFonts w:ascii="Times New Roman" w:eastAsia="Times New Roman" w:hAnsi="Times New Roman" w:cs="Times New Roman"/>
          <w:sz w:val="24"/>
          <w:szCs w:val="24"/>
        </w:rPr>
        <w:t>Yohai</w:t>
      </w:r>
      <w:proofErr w:type="spellEnd"/>
      <w:r w:rsidRPr="009658F0">
        <w:rPr>
          <w:rFonts w:ascii="Times New Roman" w:eastAsia="Times New Roman" w:hAnsi="Times New Roman" w:cs="Times New Roman"/>
          <w:sz w:val="24"/>
          <w:szCs w:val="24"/>
        </w:rPr>
        <w:t xml:space="preserve"> scholar not king</w:t>
      </w:r>
    </w:p>
    <w:p w14:paraId="4681B32E" w14:textId="4316B8EC" w:rsidR="00EE2C59" w:rsidRPr="009658F0" w:rsidRDefault="00EE2C59"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Kabbalist not regular </w:t>
      </w:r>
      <w:proofErr w:type="spellStart"/>
      <w:r w:rsidRPr="009658F0">
        <w:rPr>
          <w:rFonts w:ascii="Times New Roman" w:eastAsia="Times New Roman" w:hAnsi="Times New Roman" w:cs="Times New Roman"/>
          <w:sz w:val="24"/>
          <w:szCs w:val="24"/>
        </w:rPr>
        <w:t>relig</w:t>
      </w:r>
      <w:proofErr w:type="spellEnd"/>
    </w:p>
    <w:p w14:paraId="5C6E63DE" w14:textId="24FEFA4C" w:rsidR="00EE2C59" w:rsidRPr="009658F0" w:rsidRDefault="00EE2C59"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Miracles – outside nature</w:t>
      </w:r>
    </w:p>
    <w:p w14:paraId="5A125F3A" w14:textId="1C757ECA" w:rsidR="00EE2C59" w:rsidRPr="009658F0" w:rsidRDefault="00EE2C59"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Gambling, chance not causality</w:t>
      </w:r>
    </w:p>
    <w:p w14:paraId="7701A000" w14:textId="486CC189" w:rsidR="00EE2C59" w:rsidRPr="009658F0" w:rsidRDefault="00EE2C59"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Marginal </w:t>
      </w:r>
      <w:proofErr w:type="spellStart"/>
      <w:r w:rsidRPr="009658F0">
        <w:rPr>
          <w:rFonts w:ascii="Times New Roman" w:eastAsia="Times New Roman" w:hAnsi="Times New Roman" w:cs="Times New Roman"/>
          <w:sz w:val="24"/>
          <w:szCs w:val="24"/>
        </w:rPr>
        <w:t>grps</w:t>
      </w:r>
      <w:proofErr w:type="spellEnd"/>
      <w:r w:rsidRPr="009658F0">
        <w:rPr>
          <w:rFonts w:ascii="Times New Roman" w:eastAsia="Times New Roman" w:hAnsi="Times New Roman" w:cs="Times New Roman"/>
          <w:sz w:val="24"/>
          <w:szCs w:val="24"/>
        </w:rPr>
        <w:t>.  Moroccans. Hasidim.</w:t>
      </w:r>
    </w:p>
    <w:p w14:paraId="125FAEC7" w14:textId="552ABF11" w:rsidR="0087331B" w:rsidRPr="009658F0" w:rsidRDefault="00EE2C59"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[added in left margin and circled in pencil] </w:t>
      </w:r>
      <w:r w:rsidRPr="009658F0">
        <w:rPr>
          <w:rFonts w:ascii="Times New Roman" w:eastAsia="Times New Roman" w:hAnsi="Times New Roman" w:cs="Times New Roman"/>
          <w:i/>
          <w:iCs/>
          <w:sz w:val="24"/>
          <w:szCs w:val="24"/>
        </w:rPr>
        <w:t xml:space="preserve">Moroccans when immigrated, put on outside areas of cities or in desert devel towns </w:t>
      </w:r>
      <w:r w:rsidR="00D075BE" w:rsidRPr="009658F0">
        <w:rPr>
          <w:rFonts w:ascii="Times New Roman" w:eastAsia="Times New Roman" w:hAnsi="Times New Roman" w:cs="Times New Roman"/>
          <w:i/>
          <w:iCs/>
          <w:sz w:val="24"/>
          <w:szCs w:val="24"/>
        </w:rPr>
        <w:sym w:font="Wingdings" w:char="F0E0"/>
      </w:r>
      <w:r w:rsidR="00D075BE" w:rsidRPr="009658F0">
        <w:rPr>
          <w:rFonts w:ascii="Times New Roman" w:eastAsia="Times New Roman" w:hAnsi="Times New Roman" w:cs="Times New Roman"/>
          <w:i/>
          <w:iCs/>
          <w:sz w:val="24"/>
          <w:szCs w:val="24"/>
        </w:rPr>
        <w:t xml:space="preserve"> Structurally.</w:t>
      </w:r>
    </w:p>
    <w:p w14:paraId="7BF80A8B" w14:textId="77777777" w:rsidR="0087331B" w:rsidRPr="009658F0" w:rsidRDefault="0087331B"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5B989D55" w14:textId="78A385D8" w:rsidR="00EE2C59" w:rsidRPr="009658F0" w:rsidRDefault="0087331B" w:rsidP="006C1960">
      <w:pPr>
        <w:tabs>
          <w:tab w:val="left" w:pos="1887"/>
        </w:tabs>
        <w:spacing w:line="360" w:lineRule="auto"/>
        <w:rPr>
          <w:rFonts w:ascii="Times New Roman" w:eastAsia="Times New Roman" w:hAnsi="Times New Roman" w:cs="Times New Roman"/>
          <w:sz w:val="24"/>
          <w:szCs w:val="24"/>
        </w:rPr>
      </w:pPr>
      <w:r w:rsidRPr="0038102D">
        <w:rPr>
          <w:rFonts w:ascii="Times New Roman" w:eastAsia="Times New Roman" w:hAnsi="Times New Roman" w:cs="Times New Roman"/>
          <w:sz w:val="24"/>
          <w:szCs w:val="24"/>
          <w:highlight w:val="yellow"/>
        </w:rPr>
        <w:lastRenderedPageBreak/>
        <w:t>EDITH PAGE 66</w:t>
      </w:r>
    </w:p>
    <w:p w14:paraId="616F7F25" w14:textId="3F4668C9" w:rsidR="0087331B" w:rsidRPr="009658F0" w:rsidRDefault="005F7CF0"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(66) “Those who return to God in repentance”</w:t>
      </w:r>
    </w:p>
    <w:p w14:paraId="470C19B7" w14:textId="77777777" w:rsidR="00594ED1" w:rsidRPr="009658F0" w:rsidRDefault="005F7CF0" w:rsidP="006C1960">
      <w:pPr>
        <w:tabs>
          <w:tab w:val="left" w:pos="1887"/>
        </w:tabs>
        <w:spacing w:line="360" w:lineRule="auto"/>
        <w:rPr>
          <w:rFonts w:ascii="Times New Roman" w:eastAsia="Times New Roman" w:hAnsi="Times New Roman" w:cs="Times New Roman"/>
          <w:sz w:val="24"/>
          <w:szCs w:val="24"/>
        </w:rPr>
      </w:pPr>
      <w:commentRangeStart w:id="41"/>
      <w:r w:rsidRPr="009658F0">
        <w:rPr>
          <w:rFonts w:ascii="Times New Roman" w:eastAsia="Times New Roman" w:hAnsi="Times New Roman" w:cs="Times New Roman"/>
          <w:sz w:val="24"/>
          <w:szCs w:val="24"/>
        </w:rPr>
        <w:t xml:space="preserve">Yoram’s </w:t>
      </w:r>
      <w:commentRangeEnd w:id="41"/>
      <w:r w:rsidR="000A05D7" w:rsidRPr="009658F0">
        <w:rPr>
          <w:rStyle w:val="CommentReference"/>
          <w:rFonts w:ascii="Times New Roman" w:hAnsi="Times New Roman" w:cs="Times New Roman"/>
        </w:rPr>
        <w:commentReference w:id="41"/>
      </w:r>
      <w:r w:rsidRPr="009658F0">
        <w:rPr>
          <w:rFonts w:ascii="Times New Roman" w:eastAsia="Times New Roman" w:hAnsi="Times New Roman" w:cs="Times New Roman"/>
          <w:sz w:val="24"/>
          <w:szCs w:val="24"/>
        </w:rPr>
        <w:t xml:space="preserve">report of conflict on roof: - </w:t>
      </w:r>
      <w:proofErr w:type="spellStart"/>
      <w:r w:rsidRPr="009658F0">
        <w:rPr>
          <w:rFonts w:ascii="Times New Roman" w:eastAsia="Times New Roman" w:hAnsi="Times New Roman" w:cs="Times New Roman"/>
          <w:sz w:val="24"/>
          <w:szCs w:val="24"/>
        </w:rPr>
        <w:t>Meditationists</w:t>
      </w:r>
      <w:proofErr w:type="spellEnd"/>
      <w:r w:rsidRPr="009658F0">
        <w:rPr>
          <w:rFonts w:ascii="Times New Roman" w:eastAsia="Times New Roman" w:hAnsi="Times New Roman" w:cs="Times New Roman"/>
          <w:sz w:val="24"/>
          <w:szCs w:val="24"/>
        </w:rPr>
        <w:t xml:space="preserve"> (Ashkenazi). Big </w:t>
      </w:r>
      <w:proofErr w:type="spellStart"/>
      <w:r w:rsidRPr="009658F0">
        <w:rPr>
          <w:rFonts w:ascii="Times New Roman" w:eastAsia="Times New Roman" w:hAnsi="Times New Roman" w:cs="Times New Roman"/>
          <w:sz w:val="24"/>
          <w:szCs w:val="24"/>
        </w:rPr>
        <w:t>grps</w:t>
      </w:r>
      <w:proofErr w:type="spellEnd"/>
      <w:r w:rsidRPr="009658F0">
        <w:rPr>
          <w:rFonts w:ascii="Times New Roman" w:eastAsia="Times New Roman" w:hAnsi="Times New Roman" w:cs="Times New Roman"/>
          <w:sz w:val="24"/>
          <w:szCs w:val="24"/>
        </w:rPr>
        <w:t xml:space="preserve"> of Neo Kabbalists (some dressed in modern costumes as we had seen at Seder??). Went up to roof of shrine at sunrises to make devotions [added above] “</w:t>
      </w:r>
      <w:r w:rsidRPr="009658F0">
        <w:rPr>
          <w:rFonts w:ascii="Times New Roman" w:eastAsia="Times New Roman" w:hAnsi="Times New Roman" w:cs="Times New Roman"/>
          <w:i/>
          <w:iCs/>
          <w:sz w:val="24"/>
          <w:szCs w:val="24"/>
        </w:rPr>
        <w:t>make devotions</w:t>
      </w:r>
      <w:r w:rsidRPr="009658F0">
        <w:rPr>
          <w:rFonts w:ascii="Times New Roman" w:eastAsia="Times New Roman" w:hAnsi="Times New Roman" w:cs="Times New Roman"/>
          <w:sz w:val="24"/>
          <w:szCs w:val="24"/>
        </w:rPr>
        <w:t xml:space="preserve">”. Many Hasidim there. The Neo Kabbalists led by Rabbi Bird. They had women with them, in an outer circle. The Rabbi was reading out of the Zohar + explaining </w:t>
      </w:r>
      <w:r w:rsidRPr="009658F0">
        <w:rPr>
          <w:rFonts w:ascii="Times New Roman" w:eastAsia="Times New Roman" w:hAnsi="Times New Roman" w:cs="Times New Roman"/>
          <w:i/>
          <w:iCs/>
          <w:sz w:val="24"/>
          <w:szCs w:val="24"/>
        </w:rPr>
        <w:t>interpreting</w:t>
      </w:r>
      <w:r w:rsidRPr="009658F0">
        <w:rPr>
          <w:rFonts w:ascii="Times New Roman" w:eastAsia="Times New Roman" w:hAnsi="Times New Roman" w:cs="Times New Roman"/>
          <w:sz w:val="24"/>
          <w:szCs w:val="24"/>
        </w:rPr>
        <w:t xml:space="preserve"> it to his whole group. The Hasidim began to protest, these Neo Kabbalists were young and shouldn’t read the Zohar until they were over 40. The women were hearing it too. An argument started; the Hasidim got violent and started to use fisticuffs. In an instant the police were there and put a cordon between the two groups. </w:t>
      </w:r>
    </w:p>
    <w:p w14:paraId="184290C8" w14:textId="6EA18F87" w:rsidR="005F7CF0" w:rsidRPr="009658F0" w:rsidRDefault="005F7CF0"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i/>
          <w:iCs/>
          <w:sz w:val="24"/>
          <w:szCs w:val="24"/>
        </w:rPr>
        <w:t xml:space="preserve">Neo K’s driven out. Vic: “Fire, full moon, dawn, on roof, the Zohar interpreted: if these are made cognitive, it is a “bad thing”. (All </w:t>
      </w:r>
      <w:proofErr w:type="spellStart"/>
      <w:r w:rsidRPr="009658F0">
        <w:rPr>
          <w:rFonts w:ascii="Times New Roman" w:eastAsia="Times New Roman" w:hAnsi="Times New Roman" w:cs="Times New Roman"/>
          <w:i/>
          <w:iCs/>
          <w:sz w:val="24"/>
          <w:szCs w:val="24"/>
        </w:rPr>
        <w:t>symbs</w:t>
      </w:r>
      <w:proofErr w:type="spellEnd"/>
      <w:r w:rsidRPr="009658F0">
        <w:rPr>
          <w:rFonts w:ascii="Times New Roman" w:eastAsia="Times New Roman" w:hAnsi="Times New Roman" w:cs="Times New Roman"/>
          <w:i/>
          <w:iCs/>
          <w:sz w:val="24"/>
          <w:szCs w:val="24"/>
        </w:rPr>
        <w:t xml:space="preserve"> of light-Zohar.</w:t>
      </w:r>
      <w:r w:rsidR="00594ED1" w:rsidRPr="009658F0">
        <w:rPr>
          <w:rFonts w:ascii="Times New Roman" w:eastAsia="Times New Roman" w:hAnsi="Times New Roman" w:cs="Times New Roman"/>
          <w:i/>
          <w:iCs/>
          <w:sz w:val="24"/>
          <w:szCs w:val="24"/>
        </w:rPr>
        <w:t>)</w:t>
      </w:r>
    </w:p>
    <w:p w14:paraId="588475E3" w14:textId="02E4EABD" w:rsidR="005F7CF0" w:rsidRPr="009658F0" w:rsidRDefault="005F7CF0"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About 3 times I heard that the Zohar is too (difficult, important etc.) for us to read.</w:t>
      </w:r>
    </w:p>
    <w:p w14:paraId="6C2A1A96" w14:textId="03170A95" w:rsidR="005F7CF0" w:rsidRPr="009658F0" w:rsidRDefault="005F7CF0"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About 3 times, people (Moroccans) told me of the importance of faith – their eyes shining.</w:t>
      </w:r>
    </w:p>
    <w:p w14:paraId="0CAE9006" w14:textId="4AF89D61" w:rsidR="005F7CF0" w:rsidRPr="009658F0" w:rsidRDefault="005F7CF0"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Later information: “Hasidim did not have their principal rabbis there”; yet we saw many revered old leaders – not rebbes?</w:t>
      </w:r>
    </w:p>
    <w:p w14:paraId="3EBA5C58" w14:textId="77777777" w:rsidR="005F7CF0" w:rsidRPr="009658F0" w:rsidRDefault="005F7CF0"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7C0445D9" w14:textId="6A241AF9" w:rsidR="005F7CF0" w:rsidRPr="009658F0" w:rsidRDefault="005F7CF0" w:rsidP="006C1960">
      <w:pPr>
        <w:tabs>
          <w:tab w:val="left" w:pos="1887"/>
        </w:tabs>
        <w:spacing w:line="360" w:lineRule="auto"/>
        <w:rPr>
          <w:rFonts w:ascii="Times New Roman" w:eastAsia="Times New Roman" w:hAnsi="Times New Roman" w:cs="Times New Roman"/>
          <w:sz w:val="24"/>
          <w:szCs w:val="24"/>
        </w:rPr>
      </w:pPr>
      <w:r w:rsidRPr="00BB2E6B">
        <w:rPr>
          <w:rFonts w:ascii="Times New Roman" w:eastAsia="Times New Roman" w:hAnsi="Times New Roman" w:cs="Times New Roman"/>
          <w:sz w:val="24"/>
          <w:szCs w:val="24"/>
          <w:highlight w:val="yellow"/>
        </w:rPr>
        <w:lastRenderedPageBreak/>
        <w:t>EDITH PAGE 67</w:t>
      </w:r>
    </w:p>
    <w:p w14:paraId="2F9EED41" w14:textId="77777777" w:rsidR="00594ED1" w:rsidRPr="009658F0" w:rsidRDefault="00BB76A5" w:rsidP="006C1960">
      <w:pPr>
        <w:tabs>
          <w:tab w:val="left" w:pos="1887"/>
        </w:tabs>
        <w:spacing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(67)</w:t>
      </w:r>
    </w:p>
    <w:p w14:paraId="370141E2" w14:textId="22659F59" w:rsidR="00BB76A5" w:rsidRPr="009658F0" w:rsidRDefault="00BB76A5"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[illegible] </w:t>
      </w:r>
      <w:r w:rsidRPr="009658F0">
        <w:rPr>
          <w:rFonts w:ascii="Times New Roman" w:eastAsia="Times New Roman" w:hAnsi="Times New Roman" w:cs="Times New Roman"/>
          <w:i/>
          <w:iCs/>
          <w:sz w:val="24"/>
          <w:szCs w:val="24"/>
        </w:rPr>
        <w:t>look back on</w:t>
      </w:r>
    </w:p>
    <w:p w14:paraId="0C20B0EB" w14:textId="3285AADD" w:rsidR="00BB76A5" w:rsidRPr="009658F0" w:rsidRDefault="00BB76A5"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I remember Lag Ba Omer with great fondness – even the dust, heat, thirst, throat quenched at the welcome steel faucets. The exhilaration. The whole layout – one could begin like Richard Schechner about Ramlila with his great sense of belief.</w:t>
      </w:r>
    </w:p>
    <w:p w14:paraId="79EA133F" w14:textId="546C9CE8" w:rsidR="00BB76A5" w:rsidRPr="009658F0" w:rsidRDefault="00BB76A5" w:rsidP="006C1960">
      <w:pPr>
        <w:tabs>
          <w:tab w:val="left" w:pos="1887"/>
        </w:tabs>
        <w:spacing w:line="360" w:lineRule="auto"/>
        <w:rPr>
          <w:rFonts w:ascii="Times New Roman" w:eastAsia="Times New Roman" w:hAnsi="Times New Roman" w:cs="Times New Roman"/>
          <w:sz w:val="24"/>
          <w:szCs w:val="24"/>
        </w:rPr>
      </w:pPr>
      <w:proofErr w:type="gramStart"/>
      <w:r w:rsidRPr="009658F0">
        <w:rPr>
          <w:rFonts w:ascii="Times New Roman" w:eastAsia="Times New Roman" w:hAnsi="Times New Roman" w:cs="Times New Roman"/>
          <w:sz w:val="24"/>
          <w:szCs w:val="24"/>
        </w:rPr>
        <w:t>So</w:t>
      </w:r>
      <w:proofErr w:type="gramEnd"/>
      <w:r w:rsidRPr="009658F0">
        <w:rPr>
          <w:rFonts w:ascii="Times New Roman" w:eastAsia="Times New Roman" w:hAnsi="Times New Roman" w:cs="Times New Roman"/>
          <w:sz w:val="24"/>
          <w:szCs w:val="24"/>
        </w:rPr>
        <w:t xml:space="preserve"> what is Meron?</w:t>
      </w:r>
    </w:p>
    <w:p w14:paraId="6CE4CF29" w14:textId="127C0D0B" w:rsidR="00DC491F" w:rsidRPr="009658F0" w:rsidRDefault="00BB76A5"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i/>
          <w:iCs/>
          <w:sz w:val="24"/>
          <w:szCs w:val="24"/>
        </w:rPr>
        <w:t>at</w:t>
      </w:r>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i/>
          <w:iCs/>
          <w:sz w:val="24"/>
          <w:szCs w:val="24"/>
        </w:rPr>
        <w:t>northern border</w:t>
      </w:r>
      <w:r w:rsidRPr="009658F0">
        <w:rPr>
          <w:rFonts w:ascii="Times New Roman" w:eastAsia="Times New Roman" w:hAnsi="Times New Roman" w:cs="Times New Roman"/>
          <w:sz w:val="24"/>
          <w:szCs w:val="24"/>
        </w:rPr>
        <w:t xml:space="preserve">. The end of Israel, where it ends in the north among wild mountains and forests, dominated by the father of mountains, white haired Hermon himself. Out on those foothills, lodged on the spurs overlooking Galilee, stand the holy villages and caves of the mystics. From the heights of </w:t>
      </w:r>
      <w:r w:rsidR="00DC491F" w:rsidRPr="009658F0">
        <w:rPr>
          <w:rFonts w:ascii="Times New Roman" w:eastAsia="Times New Roman" w:hAnsi="Times New Roman" w:cs="Times New Roman"/>
          <w:sz w:val="24"/>
          <w:szCs w:val="24"/>
        </w:rPr>
        <w:t xml:space="preserve">old, those bearded men, Bar </w:t>
      </w:r>
      <w:proofErr w:type="spellStart"/>
      <w:r w:rsidR="00DC491F" w:rsidRPr="009658F0">
        <w:rPr>
          <w:rFonts w:ascii="Times New Roman" w:eastAsia="Times New Roman" w:hAnsi="Times New Roman" w:cs="Times New Roman"/>
          <w:sz w:val="24"/>
          <w:szCs w:val="24"/>
        </w:rPr>
        <w:t>Yohai</w:t>
      </w:r>
      <w:proofErr w:type="spellEnd"/>
      <w:r w:rsidR="00DC491F" w:rsidRPr="009658F0">
        <w:rPr>
          <w:rFonts w:ascii="Times New Roman" w:eastAsia="Times New Roman" w:hAnsi="Times New Roman" w:cs="Times New Roman"/>
          <w:sz w:val="24"/>
          <w:szCs w:val="24"/>
        </w:rPr>
        <w:t xml:space="preserve">, </w:t>
      </w:r>
      <w:r w:rsidR="00DC491F" w:rsidRPr="009658F0">
        <w:rPr>
          <w:rFonts w:ascii="Times New Roman" w:eastAsia="Times New Roman" w:hAnsi="Times New Roman" w:cs="Times New Roman"/>
          <w:i/>
          <w:iCs/>
          <w:sz w:val="24"/>
          <w:szCs w:val="24"/>
        </w:rPr>
        <w:t xml:space="preserve">Hillel, Meir Hanes [illegible], Vital </w:t>
      </w:r>
      <w:proofErr w:type="spellStart"/>
      <w:r w:rsidR="00DC491F" w:rsidRPr="009658F0">
        <w:rPr>
          <w:rFonts w:ascii="Times New Roman" w:eastAsia="Times New Roman" w:hAnsi="Times New Roman" w:cs="Times New Roman"/>
          <w:i/>
          <w:iCs/>
          <w:sz w:val="24"/>
          <w:szCs w:val="24"/>
        </w:rPr>
        <w:t>Alcabes</w:t>
      </w:r>
      <w:proofErr w:type="spellEnd"/>
      <w:r w:rsidR="00DC491F" w:rsidRPr="009658F0">
        <w:rPr>
          <w:rFonts w:ascii="Times New Roman" w:eastAsia="Times New Roman" w:hAnsi="Times New Roman" w:cs="Times New Roman"/>
          <w:i/>
          <w:iCs/>
          <w:sz w:val="24"/>
          <w:szCs w:val="24"/>
        </w:rPr>
        <w:t xml:space="preserve">, Tiberias, Akiva </w:t>
      </w:r>
      <w:proofErr w:type="spellStart"/>
      <w:r w:rsidR="00DC491F" w:rsidRPr="009658F0">
        <w:rPr>
          <w:rFonts w:ascii="Times New Roman" w:eastAsia="Times New Roman" w:hAnsi="Times New Roman" w:cs="Times New Roman"/>
          <w:i/>
          <w:iCs/>
          <w:sz w:val="24"/>
          <w:szCs w:val="24"/>
        </w:rPr>
        <w:t>AKIVA</w:t>
      </w:r>
      <w:proofErr w:type="spellEnd"/>
      <w:r w:rsidR="00DC491F" w:rsidRPr="009658F0">
        <w:rPr>
          <w:rFonts w:ascii="Times New Roman" w:eastAsia="Times New Roman" w:hAnsi="Times New Roman" w:cs="Times New Roman"/>
          <w:i/>
          <w:iCs/>
          <w:sz w:val="24"/>
          <w:szCs w:val="24"/>
        </w:rPr>
        <w:t xml:space="preserve">, Rabbi </w:t>
      </w:r>
      <w:proofErr w:type="spellStart"/>
      <w:r w:rsidR="00DC491F" w:rsidRPr="009658F0">
        <w:rPr>
          <w:rFonts w:ascii="Times New Roman" w:eastAsia="Times New Roman" w:hAnsi="Times New Roman" w:cs="Times New Roman"/>
          <w:i/>
          <w:iCs/>
          <w:sz w:val="24"/>
          <w:szCs w:val="24"/>
        </w:rPr>
        <w:t>Sh</w:t>
      </w:r>
      <w:proofErr w:type="spellEnd"/>
      <w:r w:rsidR="00DC491F" w:rsidRPr="009658F0">
        <w:rPr>
          <w:rFonts w:ascii="Times New Roman" w:eastAsia="Times New Roman" w:hAnsi="Times New Roman" w:cs="Times New Roman"/>
          <w:i/>
          <w:iCs/>
          <w:sz w:val="24"/>
          <w:szCs w:val="24"/>
        </w:rPr>
        <w:t xml:space="preserve"> Meir</w:t>
      </w:r>
      <w:r w:rsidR="00DC491F" w:rsidRPr="009658F0">
        <w:rPr>
          <w:rFonts w:ascii="Times New Roman" w:eastAsia="Times New Roman" w:hAnsi="Times New Roman" w:cs="Times New Roman"/>
          <w:sz w:val="24"/>
          <w:szCs w:val="24"/>
        </w:rPr>
        <w:t>, stand upon the mists, forever drawing forward in their minds the threads of the even more ancient writings from Ezekiel, Song of Songs, Abraham’s act, the legends of angelic Enoch, and the greatest of the searchers, Simon Bar Yochai, a little after Christ (who knows that he didn’t see Christ as a spark of the Ein Sof too) began</w:t>
      </w:r>
    </w:p>
    <w:p w14:paraId="1043B3B7" w14:textId="77777777" w:rsidR="00DC491F" w:rsidRPr="009658F0" w:rsidRDefault="00DC491F"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07924A30" w14:textId="00BAC88C" w:rsidR="00BB76A5" w:rsidRPr="009658F0" w:rsidRDefault="00DC491F" w:rsidP="006C1960">
      <w:pPr>
        <w:tabs>
          <w:tab w:val="left" w:pos="1887"/>
        </w:tabs>
        <w:spacing w:line="360" w:lineRule="auto"/>
        <w:rPr>
          <w:rFonts w:ascii="Times New Roman" w:eastAsia="Times New Roman" w:hAnsi="Times New Roman" w:cs="Times New Roman"/>
          <w:sz w:val="24"/>
          <w:szCs w:val="24"/>
        </w:rPr>
      </w:pPr>
      <w:r w:rsidRPr="00BB2E6B">
        <w:rPr>
          <w:rFonts w:ascii="Times New Roman" w:eastAsia="Times New Roman" w:hAnsi="Times New Roman" w:cs="Times New Roman"/>
          <w:sz w:val="24"/>
          <w:szCs w:val="24"/>
          <w:highlight w:val="yellow"/>
        </w:rPr>
        <w:lastRenderedPageBreak/>
        <w:t>EDITH PAGE 68</w:t>
      </w:r>
    </w:p>
    <w:p w14:paraId="2581BE0A" w14:textId="64023136" w:rsidR="00DC491F" w:rsidRPr="009658F0" w:rsidRDefault="00370C11"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(68) to write – so we are told </w:t>
      </w:r>
      <w:r w:rsidRPr="009658F0">
        <w:rPr>
          <w:rFonts w:ascii="Times New Roman" w:eastAsia="Times New Roman" w:hAnsi="Times New Roman" w:cs="Times New Roman"/>
          <w:i/>
          <w:iCs/>
          <w:sz w:val="24"/>
          <w:szCs w:val="24"/>
        </w:rPr>
        <w:t>so the folk tell us</w:t>
      </w:r>
      <w:r w:rsidRPr="009658F0">
        <w:rPr>
          <w:rFonts w:ascii="Times New Roman" w:eastAsia="Times New Roman" w:hAnsi="Times New Roman" w:cs="Times New Roman"/>
          <w:sz w:val="24"/>
          <w:szCs w:val="24"/>
        </w:rPr>
        <w:t xml:space="preserve"> – the great mystic book of the Zohar – No this is untrue, say modern scholars, Moses de Leon wrote it a thousand years later. But, where did this mere insignificant man get the ideas – concepts which had been there before, coming to a head in his work, </w:t>
      </w:r>
      <w:r w:rsidRPr="009658F0">
        <w:rPr>
          <w:rFonts w:ascii="Times New Roman" w:eastAsia="Times New Roman" w:hAnsi="Times New Roman" w:cs="Times New Roman"/>
          <w:strike/>
          <w:sz w:val="24"/>
          <w:szCs w:val="24"/>
        </w:rPr>
        <w:t>but</w:t>
      </w:r>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i/>
          <w:iCs/>
          <w:sz w:val="24"/>
          <w:szCs w:val="24"/>
        </w:rPr>
        <w:t>which was</w:t>
      </w:r>
      <w:r w:rsidRPr="009658F0">
        <w:rPr>
          <w:rFonts w:ascii="Times New Roman" w:eastAsia="Times New Roman" w:hAnsi="Times New Roman" w:cs="Times New Roman"/>
          <w:sz w:val="24"/>
          <w:szCs w:val="24"/>
        </w:rPr>
        <w:t xml:space="preserve"> clearly no more than a recording of an ancient tradition. Bar </w:t>
      </w:r>
      <w:proofErr w:type="spellStart"/>
      <w:r w:rsidRPr="009658F0">
        <w:rPr>
          <w:rFonts w:ascii="Times New Roman" w:eastAsia="Times New Roman" w:hAnsi="Times New Roman" w:cs="Times New Roman"/>
          <w:sz w:val="24"/>
          <w:szCs w:val="24"/>
        </w:rPr>
        <w:t>Yohai</w:t>
      </w:r>
      <w:proofErr w:type="spellEnd"/>
      <w:r w:rsidRPr="009658F0">
        <w:rPr>
          <w:rFonts w:ascii="Times New Roman" w:eastAsia="Times New Roman" w:hAnsi="Times New Roman" w:cs="Times New Roman"/>
          <w:sz w:val="24"/>
          <w:szCs w:val="24"/>
        </w:rPr>
        <w:t xml:space="preserve"> [white out] had withdrawn himself into the mountains, away from Jerusalem. He knew the mystics</w:t>
      </w:r>
      <w:r w:rsidR="006A2FF0" w:rsidRPr="009658F0">
        <w:rPr>
          <w:rFonts w:ascii="Times New Roman" w:eastAsia="Times New Roman" w:hAnsi="Times New Roman" w:cs="Times New Roman"/>
          <w:sz w:val="24"/>
          <w:szCs w:val="24"/>
        </w:rPr>
        <w:t xml:space="preserve">’ liminality. </w:t>
      </w:r>
      <w:r w:rsidR="006A2FF0" w:rsidRPr="009658F0">
        <w:rPr>
          <w:rFonts w:ascii="Times New Roman" w:eastAsia="Times New Roman" w:hAnsi="Times New Roman" w:cs="Times New Roman"/>
          <w:i/>
          <w:iCs/>
          <w:sz w:val="24"/>
          <w:szCs w:val="24"/>
        </w:rPr>
        <w:t>Did</w:t>
      </w:r>
      <w:r w:rsidR="006A2FF0" w:rsidRPr="009658F0">
        <w:rPr>
          <w:rFonts w:ascii="Times New Roman" w:eastAsia="Times New Roman" w:hAnsi="Times New Roman" w:cs="Times New Roman"/>
          <w:sz w:val="24"/>
          <w:szCs w:val="24"/>
        </w:rPr>
        <w:t xml:space="preserve"> </w:t>
      </w:r>
      <w:r w:rsidR="006A2FF0" w:rsidRPr="009658F0">
        <w:rPr>
          <w:rFonts w:ascii="Times New Roman" w:eastAsia="Times New Roman" w:hAnsi="Times New Roman" w:cs="Times New Roman"/>
          <w:strike/>
          <w:sz w:val="24"/>
          <w:szCs w:val="24"/>
        </w:rPr>
        <w:t xml:space="preserve">He </w:t>
      </w:r>
      <w:proofErr w:type="gramStart"/>
      <w:r w:rsidR="006A2FF0" w:rsidRPr="009658F0">
        <w:rPr>
          <w:rFonts w:ascii="Times New Roman" w:eastAsia="Times New Roman" w:hAnsi="Times New Roman" w:cs="Times New Roman"/>
          <w:strike/>
          <w:sz w:val="24"/>
          <w:szCs w:val="24"/>
        </w:rPr>
        <w:t>knew</w:t>
      </w:r>
      <w:proofErr w:type="gramEnd"/>
      <w:r w:rsidR="006A2FF0" w:rsidRPr="009658F0">
        <w:rPr>
          <w:rFonts w:ascii="Times New Roman" w:eastAsia="Times New Roman" w:hAnsi="Times New Roman" w:cs="Times New Roman"/>
          <w:sz w:val="24"/>
          <w:szCs w:val="24"/>
        </w:rPr>
        <w:t xml:space="preserve"> </w:t>
      </w:r>
      <w:r w:rsidR="006A2FF0" w:rsidRPr="009658F0">
        <w:rPr>
          <w:rFonts w:ascii="Times New Roman" w:eastAsia="Times New Roman" w:hAnsi="Times New Roman" w:cs="Times New Roman"/>
          <w:i/>
          <w:iCs/>
          <w:sz w:val="24"/>
          <w:szCs w:val="24"/>
        </w:rPr>
        <w:t>he</w:t>
      </w:r>
      <w:r w:rsidR="006A2FF0" w:rsidRPr="009658F0">
        <w:rPr>
          <w:rFonts w:ascii="Times New Roman" w:eastAsia="Times New Roman" w:hAnsi="Times New Roman" w:cs="Times New Roman"/>
          <w:sz w:val="24"/>
          <w:szCs w:val="24"/>
        </w:rPr>
        <w:t xml:space="preserve"> </w:t>
      </w:r>
      <w:r w:rsidR="006A2FF0" w:rsidRPr="009658F0">
        <w:rPr>
          <w:rFonts w:ascii="Times New Roman" w:eastAsia="Times New Roman" w:hAnsi="Times New Roman" w:cs="Times New Roman"/>
          <w:i/>
          <w:iCs/>
          <w:sz w:val="24"/>
          <w:szCs w:val="24"/>
        </w:rPr>
        <w:t xml:space="preserve">know </w:t>
      </w:r>
      <w:r w:rsidR="009F6C76" w:rsidRPr="009658F0">
        <w:rPr>
          <w:rFonts w:ascii="Times New Roman" w:eastAsia="Times New Roman" w:hAnsi="Times New Roman" w:cs="Times New Roman"/>
          <w:sz w:val="24"/>
          <w:szCs w:val="24"/>
        </w:rPr>
        <w:t xml:space="preserve">that God had contracted himself to give freedom to man. Perhaps he had [white out] heard about Jesus’s emergence from sweet flower-strewn Galilee, to impart the same doctrine, Blessed are the humble and meek – that spiritual jiu jitsu – Jesus – combining this mystery with a passionate love of the ordinary people, a fatal love </w:t>
      </w:r>
      <w:r w:rsidR="00D209E2" w:rsidRPr="009658F0">
        <w:rPr>
          <w:rFonts w:ascii="Times New Roman" w:eastAsia="Times New Roman" w:hAnsi="Times New Roman" w:cs="Times New Roman"/>
          <w:sz w:val="24"/>
          <w:szCs w:val="24"/>
        </w:rPr>
        <w:t>–</w:t>
      </w:r>
      <w:r w:rsidR="009F6C76" w:rsidRPr="009658F0">
        <w:rPr>
          <w:rFonts w:ascii="Times New Roman" w:eastAsia="Times New Roman" w:hAnsi="Times New Roman" w:cs="Times New Roman"/>
          <w:sz w:val="24"/>
          <w:szCs w:val="24"/>
        </w:rPr>
        <w:t xml:space="preserve"> for religion had also its pyramidical structure, its law, which has somehow come into contradiction with the act of the Ein Sof, the zimzum</w:t>
      </w:r>
    </w:p>
    <w:p w14:paraId="1C12C415" w14:textId="2703039D" w:rsidR="009F6C76" w:rsidRPr="009658F0" w:rsidRDefault="009F6C7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i/>
          <w:iCs/>
          <w:sz w:val="24"/>
          <w:szCs w:val="24"/>
        </w:rPr>
        <w:t>Tikun</w:t>
      </w:r>
      <w:r w:rsidR="00E959ED" w:rsidRPr="009658F0">
        <w:rPr>
          <w:rFonts w:ascii="Times New Roman" w:eastAsia="Times New Roman" w:hAnsi="Times New Roman" w:cs="Times New Roman"/>
          <w:sz w:val="24"/>
          <w:szCs w:val="24"/>
        </w:rPr>
        <w:t>?</w:t>
      </w:r>
      <w:r w:rsidRPr="009658F0">
        <w:rPr>
          <w:rFonts w:ascii="Times New Roman" w:eastAsia="Times New Roman" w:hAnsi="Times New Roman" w:cs="Times New Roman"/>
          <w:sz w:val="24"/>
          <w:szCs w:val="24"/>
        </w:rPr>
        <w:t xml:space="preserve"> [illegible]</w:t>
      </w:r>
    </w:p>
    <w:p w14:paraId="38C869F0" w14:textId="77777777" w:rsidR="009F6C76" w:rsidRPr="009658F0" w:rsidRDefault="009F6C76"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54AE05D1" w14:textId="027A02DA" w:rsidR="009F6C76" w:rsidRPr="009658F0" w:rsidRDefault="009F6C76" w:rsidP="006C1960">
      <w:pPr>
        <w:tabs>
          <w:tab w:val="left" w:pos="1887"/>
        </w:tabs>
        <w:spacing w:line="360" w:lineRule="auto"/>
        <w:rPr>
          <w:rFonts w:ascii="Times New Roman" w:eastAsia="Times New Roman" w:hAnsi="Times New Roman" w:cs="Times New Roman"/>
          <w:sz w:val="24"/>
          <w:szCs w:val="24"/>
        </w:rPr>
      </w:pPr>
      <w:r w:rsidRPr="00BB2E6B">
        <w:rPr>
          <w:rFonts w:ascii="Times New Roman" w:eastAsia="Times New Roman" w:hAnsi="Times New Roman" w:cs="Times New Roman"/>
          <w:sz w:val="24"/>
          <w:szCs w:val="24"/>
          <w:highlight w:val="yellow"/>
        </w:rPr>
        <w:lastRenderedPageBreak/>
        <w:t>EDITH PAGE 69</w:t>
      </w:r>
    </w:p>
    <w:p w14:paraId="3809A51C" w14:textId="1D2388E4" w:rsidR="009F6C76" w:rsidRPr="009658F0" w:rsidRDefault="0024087E" w:rsidP="006C1960">
      <w:pPr>
        <w:tabs>
          <w:tab w:val="left" w:pos="1887"/>
        </w:tabs>
        <w:spacing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(69)</w:t>
      </w:r>
    </w:p>
    <w:p w14:paraId="6EB6B14E" w14:textId="77AB774F" w:rsidR="00F15AE0" w:rsidRPr="009658F0" w:rsidRDefault="0024087E" w:rsidP="006C1960">
      <w:pPr>
        <w:tabs>
          <w:tab w:val="left" w:pos="1887"/>
        </w:tabs>
        <w:spacing w:line="360" w:lineRule="auto"/>
        <w:rPr>
          <w:rFonts w:ascii="Times New Roman" w:eastAsia="Times New Roman" w:hAnsi="Times New Roman" w:cs="Times New Roman"/>
          <w:sz w:val="24"/>
          <w:szCs w:val="24"/>
        </w:rPr>
      </w:pPr>
      <w:proofErr w:type="gramStart"/>
      <w:r w:rsidRPr="009658F0">
        <w:rPr>
          <w:rFonts w:ascii="Times New Roman" w:eastAsia="Times New Roman" w:hAnsi="Times New Roman" w:cs="Times New Roman"/>
          <w:sz w:val="24"/>
          <w:szCs w:val="24"/>
        </w:rPr>
        <w:t>So</w:t>
      </w:r>
      <w:proofErr w:type="gramEnd"/>
      <w:r w:rsidRPr="009658F0">
        <w:rPr>
          <w:rFonts w:ascii="Times New Roman" w:eastAsia="Times New Roman" w:hAnsi="Times New Roman" w:cs="Times New Roman"/>
          <w:sz w:val="24"/>
          <w:szCs w:val="24"/>
        </w:rPr>
        <w:t xml:space="preserve"> Ben </w:t>
      </w:r>
      <w:proofErr w:type="spellStart"/>
      <w:r w:rsidRPr="009658F0">
        <w:rPr>
          <w:rFonts w:ascii="Times New Roman" w:eastAsia="Times New Roman" w:hAnsi="Times New Roman" w:cs="Times New Roman"/>
          <w:sz w:val="24"/>
          <w:szCs w:val="24"/>
        </w:rPr>
        <w:t>Yohai</w:t>
      </w:r>
      <w:proofErr w:type="spellEnd"/>
      <w:r w:rsidRPr="009658F0">
        <w:rPr>
          <w:rFonts w:ascii="Times New Roman" w:eastAsia="Times New Roman" w:hAnsi="Times New Roman" w:cs="Times New Roman"/>
          <w:sz w:val="24"/>
          <w:szCs w:val="24"/>
        </w:rPr>
        <w:t xml:space="preserve"> wrote, </w:t>
      </w:r>
      <w:r w:rsidRPr="009658F0">
        <w:rPr>
          <w:rFonts w:ascii="Times New Roman" w:eastAsia="Times New Roman" w:hAnsi="Times New Roman" w:cs="Times New Roman"/>
          <w:strike/>
          <w:sz w:val="24"/>
          <w:szCs w:val="24"/>
        </w:rPr>
        <w:t xml:space="preserve">not long after St Paul, who </w:t>
      </w:r>
      <w:r w:rsidR="00B11354" w:rsidRPr="009658F0">
        <w:rPr>
          <w:rFonts w:ascii="Times New Roman" w:eastAsia="Times New Roman" w:hAnsi="Times New Roman" w:cs="Times New Roman"/>
          <w:strike/>
          <w:sz w:val="24"/>
          <w:szCs w:val="24"/>
        </w:rPr>
        <w:t>with</w:t>
      </w:r>
      <w:r w:rsidRPr="009658F0">
        <w:rPr>
          <w:rFonts w:ascii="Times New Roman" w:eastAsia="Times New Roman" w:hAnsi="Times New Roman" w:cs="Times New Roman"/>
          <w:sz w:val="24"/>
          <w:szCs w:val="24"/>
        </w:rPr>
        <w:t xml:space="preserve"> </w:t>
      </w:r>
      <w:r w:rsidR="00B11354" w:rsidRPr="009658F0">
        <w:rPr>
          <w:rFonts w:ascii="Times New Roman" w:eastAsia="Times New Roman" w:hAnsi="Times New Roman" w:cs="Times New Roman"/>
          <w:i/>
          <w:iCs/>
          <w:sz w:val="24"/>
          <w:szCs w:val="24"/>
        </w:rPr>
        <w:t xml:space="preserve">at around the time the </w:t>
      </w:r>
      <w:r w:rsidRPr="009658F0">
        <w:rPr>
          <w:rFonts w:ascii="Times New Roman" w:eastAsia="Times New Roman" w:hAnsi="Times New Roman" w:cs="Times New Roman"/>
          <w:sz w:val="24"/>
          <w:szCs w:val="24"/>
        </w:rPr>
        <w:t xml:space="preserve">later </w:t>
      </w:r>
      <w:proofErr w:type="spellStart"/>
      <w:r w:rsidRPr="009658F0">
        <w:rPr>
          <w:rFonts w:ascii="Times New Roman" w:eastAsia="Times New Roman" w:hAnsi="Times New Roman" w:cs="Times New Roman"/>
          <w:sz w:val="24"/>
          <w:szCs w:val="24"/>
        </w:rPr>
        <w:t>regula</w:t>
      </w:r>
      <w:r w:rsidR="00750981" w:rsidRPr="009658F0">
        <w:rPr>
          <w:rFonts w:ascii="Times New Roman" w:eastAsia="Times New Roman" w:hAnsi="Times New Roman" w:cs="Times New Roman"/>
          <w:sz w:val="24"/>
          <w:szCs w:val="24"/>
        </w:rPr>
        <w:t>r</w:t>
      </w:r>
      <w:r w:rsidR="00B11354" w:rsidRPr="009658F0">
        <w:rPr>
          <w:rFonts w:ascii="Times New Roman" w:eastAsia="Times New Roman" w:hAnsi="Times New Roman" w:cs="Times New Roman"/>
          <w:sz w:val="24"/>
          <w:szCs w:val="24"/>
        </w:rPr>
        <w:t>izers</w:t>
      </w:r>
      <w:proofErr w:type="spellEnd"/>
      <w:r w:rsidR="00B11354" w:rsidRPr="009658F0">
        <w:rPr>
          <w:rFonts w:ascii="Times New Roman" w:eastAsia="Times New Roman" w:hAnsi="Times New Roman" w:cs="Times New Roman"/>
          <w:sz w:val="24"/>
          <w:szCs w:val="24"/>
        </w:rPr>
        <w:t xml:space="preserve"> </w:t>
      </w:r>
      <w:r w:rsidR="00B11354" w:rsidRPr="009658F0">
        <w:rPr>
          <w:rFonts w:ascii="Times New Roman" w:eastAsia="Times New Roman" w:hAnsi="Times New Roman" w:cs="Times New Roman"/>
          <w:i/>
          <w:iCs/>
          <w:sz w:val="24"/>
          <w:szCs w:val="24"/>
        </w:rPr>
        <w:t xml:space="preserve">of </w:t>
      </w:r>
      <w:proofErr w:type="spellStart"/>
      <w:r w:rsidR="00B11354" w:rsidRPr="009658F0">
        <w:rPr>
          <w:rFonts w:ascii="Times New Roman" w:eastAsia="Times New Roman" w:hAnsi="Times New Roman" w:cs="Times New Roman"/>
          <w:i/>
          <w:iCs/>
          <w:sz w:val="24"/>
          <w:szCs w:val="24"/>
        </w:rPr>
        <w:t>Xtianity</w:t>
      </w:r>
      <w:proofErr w:type="spellEnd"/>
      <w:r w:rsidR="00F15AE0" w:rsidRPr="009658F0">
        <w:rPr>
          <w:rFonts w:ascii="Times New Roman" w:eastAsia="Times New Roman" w:hAnsi="Times New Roman" w:cs="Times New Roman"/>
          <w:sz w:val="24"/>
          <w:szCs w:val="24"/>
        </w:rPr>
        <w:t xml:space="preserve"> </w:t>
      </w:r>
      <w:r w:rsidR="00B11354" w:rsidRPr="009658F0">
        <w:rPr>
          <w:rFonts w:ascii="Times New Roman" w:eastAsia="Times New Roman" w:hAnsi="Times New Roman" w:cs="Times New Roman"/>
          <w:sz w:val="24"/>
          <w:szCs w:val="24"/>
        </w:rPr>
        <w:t>were</w:t>
      </w:r>
      <w:r w:rsidR="00F15AE0" w:rsidRPr="009658F0">
        <w:rPr>
          <w:rFonts w:ascii="Times New Roman" w:eastAsia="Times New Roman" w:hAnsi="Times New Roman" w:cs="Times New Roman"/>
          <w:sz w:val="24"/>
          <w:szCs w:val="24"/>
        </w:rPr>
        <w:t xml:space="preserve"> </w:t>
      </w:r>
      <w:r w:rsidR="00750981" w:rsidRPr="009658F0">
        <w:rPr>
          <w:rFonts w:ascii="Times New Roman" w:eastAsia="Times New Roman" w:hAnsi="Times New Roman" w:cs="Times New Roman"/>
          <w:sz w:val="24"/>
          <w:szCs w:val="24"/>
        </w:rPr>
        <w:t xml:space="preserve">building up institutions + creating </w:t>
      </w:r>
      <w:r w:rsidR="00B11354" w:rsidRPr="009658F0">
        <w:rPr>
          <w:rFonts w:ascii="Times New Roman" w:eastAsia="Times New Roman" w:hAnsi="Times New Roman" w:cs="Times New Roman"/>
          <w:sz w:val="24"/>
          <w:szCs w:val="24"/>
        </w:rPr>
        <w:t>re</w:t>
      </w:r>
      <w:r w:rsidR="00750981" w:rsidRPr="009658F0">
        <w:rPr>
          <w:rFonts w:ascii="Times New Roman" w:eastAsia="Times New Roman" w:hAnsi="Times New Roman" w:cs="Times New Roman"/>
          <w:sz w:val="24"/>
          <w:szCs w:val="24"/>
        </w:rPr>
        <w:t>pressive rules</w:t>
      </w:r>
      <w:r w:rsidR="00B11354" w:rsidRPr="009658F0">
        <w:rPr>
          <w:rFonts w:ascii="Times New Roman" w:eastAsia="Times New Roman" w:hAnsi="Times New Roman" w:cs="Times New Roman"/>
          <w:sz w:val="24"/>
          <w:szCs w:val="24"/>
        </w:rPr>
        <w:t>. T</w:t>
      </w:r>
      <w:r w:rsidR="00750981" w:rsidRPr="009658F0">
        <w:rPr>
          <w:rFonts w:ascii="Times New Roman" w:eastAsia="Times New Roman" w:hAnsi="Times New Roman" w:cs="Times New Roman"/>
          <w:sz w:val="24"/>
          <w:szCs w:val="24"/>
        </w:rPr>
        <w:t xml:space="preserve">he mystic who kept the faith: so that later Christian mystics, Boehme, the </w:t>
      </w:r>
      <w:proofErr w:type="spellStart"/>
      <w:r w:rsidR="00750981" w:rsidRPr="009658F0">
        <w:rPr>
          <w:rFonts w:ascii="Times New Roman" w:eastAsia="Times New Roman" w:hAnsi="Times New Roman" w:cs="Times New Roman"/>
          <w:sz w:val="24"/>
          <w:szCs w:val="24"/>
        </w:rPr>
        <w:t>Rhinelanders</w:t>
      </w:r>
      <w:proofErr w:type="spellEnd"/>
      <w:r w:rsidR="00750981" w:rsidRPr="009658F0">
        <w:rPr>
          <w:rFonts w:ascii="Times New Roman" w:eastAsia="Times New Roman" w:hAnsi="Times New Roman" w:cs="Times New Roman"/>
          <w:sz w:val="24"/>
          <w:szCs w:val="24"/>
        </w:rPr>
        <w:t>, Blake, could light their tapers from his testament of light. And just as in India when a holy man dies, and the simple people feel his touch of mystic love – perhaps more after his death than before, so the legends started</w:t>
      </w:r>
      <w:r w:rsidR="00594ED1" w:rsidRPr="009658F0">
        <w:rPr>
          <w:rFonts w:ascii="Times New Roman" w:eastAsia="Times New Roman" w:hAnsi="Times New Roman" w:cs="Times New Roman"/>
          <w:sz w:val="24"/>
          <w:szCs w:val="24"/>
        </w:rPr>
        <w:t xml:space="preserve"> </w:t>
      </w:r>
      <w:r w:rsidR="00750981" w:rsidRPr="009658F0">
        <w:rPr>
          <w:rFonts w:ascii="Times New Roman" w:eastAsia="Times New Roman" w:hAnsi="Times New Roman" w:cs="Times New Roman"/>
          <w:i/>
          <w:iCs/>
          <w:sz w:val="24"/>
          <w:szCs w:val="24"/>
        </w:rPr>
        <w:t>about</w:t>
      </w:r>
      <w:r w:rsidR="00750981" w:rsidRPr="009658F0">
        <w:rPr>
          <w:rFonts w:ascii="Times New Roman" w:eastAsia="Times New Roman" w:hAnsi="Times New Roman" w:cs="Times New Roman"/>
          <w:sz w:val="24"/>
          <w:szCs w:val="24"/>
        </w:rPr>
        <w:t xml:space="preserve"> </w:t>
      </w:r>
      <w:r w:rsidR="00750981" w:rsidRPr="009658F0">
        <w:rPr>
          <w:rFonts w:ascii="Times New Roman" w:eastAsia="Times New Roman" w:hAnsi="Times New Roman" w:cs="Times New Roman"/>
          <w:i/>
          <w:iCs/>
          <w:sz w:val="24"/>
          <w:szCs w:val="24"/>
        </w:rPr>
        <w:t>B.Y. Many legends of</w:t>
      </w:r>
      <w:r w:rsidR="00750981" w:rsidRPr="009658F0">
        <w:rPr>
          <w:rFonts w:ascii="Times New Roman" w:eastAsia="Times New Roman" w:hAnsi="Times New Roman" w:cs="Times New Roman"/>
          <w:sz w:val="24"/>
          <w:szCs w:val="24"/>
        </w:rPr>
        <w:t xml:space="preserve"> healings, favors, even resurrections at the Tomb. </w:t>
      </w:r>
      <w:r w:rsidR="00750981" w:rsidRPr="009658F0">
        <w:rPr>
          <w:rFonts w:ascii="Times New Roman" w:eastAsia="Times New Roman" w:hAnsi="Times New Roman" w:cs="Times New Roman"/>
          <w:i/>
          <w:iCs/>
          <w:sz w:val="24"/>
          <w:szCs w:val="24"/>
        </w:rPr>
        <w:t>repeatedly</w:t>
      </w:r>
      <w:r w:rsidR="00750981" w:rsidRPr="009658F0">
        <w:rPr>
          <w:rFonts w:ascii="Times New Roman" w:eastAsia="Times New Roman" w:hAnsi="Times New Roman" w:cs="Times New Roman"/>
          <w:sz w:val="24"/>
          <w:szCs w:val="24"/>
        </w:rPr>
        <w:t xml:space="preserve"> by scholars, </w:t>
      </w:r>
      <w:r w:rsidR="00750981" w:rsidRPr="009658F0">
        <w:rPr>
          <w:rFonts w:ascii="Times New Roman" w:eastAsia="Times New Roman" w:hAnsi="Times New Roman" w:cs="Times New Roman"/>
          <w:i/>
          <w:iCs/>
          <w:strike/>
          <w:sz w:val="24"/>
          <w:szCs w:val="24"/>
        </w:rPr>
        <w:t>and</w:t>
      </w:r>
      <w:r w:rsidR="00750981" w:rsidRPr="009658F0">
        <w:rPr>
          <w:rFonts w:ascii="Times New Roman" w:eastAsia="Times New Roman" w:hAnsi="Times New Roman" w:cs="Times New Roman"/>
          <w:strike/>
          <w:sz w:val="24"/>
          <w:szCs w:val="24"/>
        </w:rPr>
        <w:t xml:space="preserve"> </w:t>
      </w:r>
      <w:r w:rsidR="00750981" w:rsidRPr="009658F0">
        <w:rPr>
          <w:rFonts w:ascii="Times New Roman" w:eastAsia="Times New Roman" w:hAnsi="Times New Roman" w:cs="Times New Roman"/>
          <w:i/>
          <w:iCs/>
          <w:strike/>
          <w:sz w:val="24"/>
          <w:szCs w:val="24"/>
        </w:rPr>
        <w:t>repeatedly</w:t>
      </w:r>
      <w:r w:rsidR="00750981" w:rsidRPr="009658F0">
        <w:rPr>
          <w:rFonts w:ascii="Times New Roman" w:eastAsia="Times New Roman" w:hAnsi="Times New Roman" w:cs="Times New Roman"/>
          <w:sz w:val="24"/>
          <w:szCs w:val="24"/>
        </w:rPr>
        <w:t xml:space="preserve">, that the common people don’t </w:t>
      </w:r>
      <w:r w:rsidR="00750981" w:rsidRPr="009658F0">
        <w:rPr>
          <w:rFonts w:ascii="Times New Roman" w:eastAsia="Times New Roman" w:hAnsi="Times New Roman" w:cs="Times New Roman"/>
          <w:i/>
          <w:iCs/>
          <w:sz w:val="24"/>
          <w:szCs w:val="24"/>
        </w:rPr>
        <w:t xml:space="preserve">know </w:t>
      </w:r>
      <w:proofErr w:type="gramStart"/>
      <w:r w:rsidR="00750981" w:rsidRPr="009658F0">
        <w:rPr>
          <w:rFonts w:ascii="Times New Roman" w:eastAsia="Times New Roman" w:hAnsi="Times New Roman" w:cs="Times New Roman"/>
          <w:i/>
          <w:iCs/>
          <w:sz w:val="24"/>
          <w:szCs w:val="24"/>
        </w:rPr>
        <w:t>anything</w:t>
      </w:r>
      <w:r w:rsidR="00750981" w:rsidRPr="009658F0">
        <w:rPr>
          <w:rFonts w:ascii="Times New Roman" w:eastAsia="Times New Roman" w:hAnsi="Times New Roman" w:cs="Times New Roman"/>
          <w:sz w:val="24"/>
          <w:szCs w:val="24"/>
        </w:rPr>
        <w:t xml:space="preserve"> </w:t>
      </w:r>
      <w:r w:rsidR="00750981" w:rsidRPr="009658F0">
        <w:rPr>
          <w:rFonts w:ascii="Times New Roman" w:eastAsia="Times New Roman" w:hAnsi="Times New Roman" w:cs="Times New Roman"/>
          <w:i/>
          <w:iCs/>
          <w:strike/>
          <w:sz w:val="24"/>
          <w:szCs w:val="24"/>
        </w:rPr>
        <w:t>think</w:t>
      </w:r>
      <w:proofErr w:type="gramEnd"/>
      <w:r w:rsidR="00750981" w:rsidRPr="009658F0">
        <w:rPr>
          <w:rFonts w:ascii="Times New Roman" w:eastAsia="Times New Roman" w:hAnsi="Times New Roman" w:cs="Times New Roman"/>
          <w:sz w:val="24"/>
          <w:szCs w:val="24"/>
        </w:rPr>
        <w:t xml:space="preserve"> about Bar </w:t>
      </w:r>
      <w:proofErr w:type="spellStart"/>
      <w:r w:rsidR="00750981" w:rsidRPr="009658F0">
        <w:rPr>
          <w:rFonts w:ascii="Times New Roman" w:eastAsia="Times New Roman" w:hAnsi="Times New Roman" w:cs="Times New Roman"/>
          <w:sz w:val="24"/>
          <w:szCs w:val="24"/>
        </w:rPr>
        <w:t>Yohai’s</w:t>
      </w:r>
      <w:proofErr w:type="spellEnd"/>
      <w:r w:rsidR="00750981" w:rsidRPr="009658F0">
        <w:rPr>
          <w:rFonts w:ascii="Times New Roman" w:eastAsia="Times New Roman" w:hAnsi="Times New Roman" w:cs="Times New Roman"/>
          <w:sz w:val="24"/>
          <w:szCs w:val="24"/>
        </w:rPr>
        <w:t xml:space="preserve"> doctrine</w:t>
      </w:r>
      <w:r w:rsidR="007B1958" w:rsidRPr="009658F0">
        <w:rPr>
          <w:rFonts w:ascii="Times New Roman" w:eastAsia="Times New Roman" w:hAnsi="Times New Roman" w:cs="Times New Roman"/>
          <w:sz w:val="24"/>
          <w:szCs w:val="24"/>
        </w:rPr>
        <w:t xml:space="preserve"> (they </w:t>
      </w:r>
      <w:r w:rsidR="007B1958" w:rsidRPr="009658F0">
        <w:rPr>
          <w:rFonts w:ascii="Times New Roman" w:eastAsia="Times New Roman" w:hAnsi="Times New Roman" w:cs="Times New Roman"/>
          <w:strike/>
          <w:sz w:val="24"/>
          <w:szCs w:val="24"/>
        </w:rPr>
        <w:t>weren’t</w:t>
      </w:r>
      <w:r w:rsidR="007B1958" w:rsidRPr="009658F0">
        <w:rPr>
          <w:rFonts w:ascii="Times New Roman" w:eastAsia="Times New Roman" w:hAnsi="Times New Roman" w:cs="Times New Roman"/>
          <w:sz w:val="24"/>
          <w:szCs w:val="24"/>
        </w:rPr>
        <w:t xml:space="preserve"> </w:t>
      </w:r>
      <w:r w:rsidR="007B1958" w:rsidRPr="009658F0">
        <w:rPr>
          <w:rFonts w:ascii="Times New Roman" w:eastAsia="Times New Roman" w:hAnsi="Times New Roman" w:cs="Times New Roman"/>
          <w:i/>
          <w:iCs/>
          <w:sz w:val="24"/>
          <w:szCs w:val="24"/>
        </w:rPr>
        <w:t>haven’t</w:t>
      </w:r>
      <w:r w:rsidR="007B1958" w:rsidRPr="009658F0">
        <w:rPr>
          <w:rFonts w:ascii="Times New Roman" w:eastAsia="Times New Roman" w:hAnsi="Times New Roman" w:cs="Times New Roman"/>
          <w:sz w:val="24"/>
          <w:szCs w:val="24"/>
        </w:rPr>
        <w:t xml:space="preserve"> </w:t>
      </w:r>
      <w:r w:rsidR="007B1958" w:rsidRPr="009658F0">
        <w:rPr>
          <w:rFonts w:ascii="Times New Roman" w:eastAsia="Times New Roman" w:hAnsi="Times New Roman" w:cs="Times New Roman"/>
          <w:i/>
          <w:iCs/>
          <w:sz w:val="24"/>
          <w:szCs w:val="24"/>
        </w:rPr>
        <w:t>been</w:t>
      </w:r>
      <w:r w:rsidR="007B1958" w:rsidRPr="009658F0">
        <w:rPr>
          <w:rFonts w:ascii="Times New Roman" w:eastAsia="Times New Roman" w:hAnsi="Times New Roman" w:cs="Times New Roman"/>
          <w:sz w:val="24"/>
          <w:szCs w:val="24"/>
        </w:rPr>
        <w:t xml:space="preserve"> allowed to), they don’t care to, the shrine is just a center for folk medicine or magic. There’s no explaining why the folk hit on a certain Sai</w:t>
      </w:r>
      <w:r w:rsidR="00D209E2" w:rsidRPr="009658F0">
        <w:rPr>
          <w:rFonts w:ascii="Times New Roman" w:eastAsia="Times New Roman" w:hAnsi="Times New Roman" w:cs="Times New Roman"/>
          <w:sz w:val="24"/>
          <w:szCs w:val="24"/>
        </w:rPr>
        <w:t>n</w:t>
      </w:r>
      <w:r w:rsidR="007B1958" w:rsidRPr="009658F0">
        <w:rPr>
          <w:rFonts w:ascii="Times New Roman" w:eastAsia="Times New Roman" w:hAnsi="Times New Roman" w:cs="Times New Roman"/>
          <w:sz w:val="24"/>
          <w:szCs w:val="24"/>
        </w:rPr>
        <w:t>t and so on and so on. These ladies and gentlemen with their PhDs and clean lavatories, gave reasons I very much distrust [white out] not to look very closely at their [white out] sisters’ religion.</w:t>
      </w:r>
    </w:p>
    <w:p w14:paraId="297666A9" w14:textId="77777777" w:rsidR="00F15AE0" w:rsidRPr="009658F0" w:rsidRDefault="00F15AE0"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3D2FA2A7" w14:textId="68EEAFA7" w:rsidR="00750981" w:rsidRPr="009658F0" w:rsidRDefault="00F15AE0" w:rsidP="006C1960">
      <w:pPr>
        <w:tabs>
          <w:tab w:val="left" w:pos="1887"/>
        </w:tabs>
        <w:spacing w:line="360" w:lineRule="auto"/>
        <w:rPr>
          <w:rFonts w:ascii="Times New Roman" w:eastAsia="Times New Roman" w:hAnsi="Times New Roman" w:cs="Times New Roman"/>
          <w:sz w:val="24"/>
          <w:szCs w:val="24"/>
        </w:rPr>
      </w:pPr>
      <w:r w:rsidRPr="00BB2E6B">
        <w:rPr>
          <w:rFonts w:ascii="Times New Roman" w:eastAsia="Times New Roman" w:hAnsi="Times New Roman" w:cs="Times New Roman"/>
          <w:sz w:val="24"/>
          <w:szCs w:val="24"/>
          <w:highlight w:val="yellow"/>
        </w:rPr>
        <w:lastRenderedPageBreak/>
        <w:t>EDITH PAGE 70</w:t>
      </w:r>
    </w:p>
    <w:p w14:paraId="443E4292" w14:textId="1A603A46" w:rsidR="00AB56E2" w:rsidRPr="009658F0" w:rsidRDefault="00A64FAA"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(70) let’s see: where else is there such an old continuously-used healing shrine? Benares is not principally a healing center, nor is St Patrick Purgatory. The Japanese ones aren’t so old, Jagan</w:t>
      </w:r>
      <w:r w:rsidR="00E959ED" w:rsidRPr="009658F0">
        <w:rPr>
          <w:rFonts w:ascii="Times New Roman" w:eastAsia="Times New Roman" w:hAnsi="Times New Roman" w:cs="Times New Roman"/>
          <w:sz w:val="24"/>
          <w:szCs w:val="24"/>
        </w:rPr>
        <w:t>n</w:t>
      </w:r>
      <w:r w:rsidRPr="009658F0">
        <w:rPr>
          <w:rFonts w:ascii="Times New Roman" w:eastAsia="Times New Roman" w:hAnsi="Times New Roman" w:cs="Times New Roman"/>
          <w:sz w:val="24"/>
          <w:szCs w:val="24"/>
        </w:rPr>
        <w:t xml:space="preserve">atha is for devotion mainly, Le Pay is nearly as old – maybe the Mediterranean lured? such great old shrines. </w:t>
      </w:r>
      <w:r w:rsidR="00646B13" w:rsidRPr="009658F0">
        <w:rPr>
          <w:rFonts w:ascii="Times New Roman" w:eastAsia="Times New Roman" w:hAnsi="Times New Roman" w:cs="Times New Roman"/>
          <w:sz w:val="24"/>
          <w:szCs w:val="24"/>
        </w:rPr>
        <w:t xml:space="preserve">How did </w:t>
      </w:r>
      <w:r w:rsidRPr="009658F0">
        <w:rPr>
          <w:rFonts w:ascii="Times New Roman" w:eastAsia="Times New Roman" w:hAnsi="Times New Roman" w:cs="Times New Roman"/>
          <w:sz w:val="24"/>
          <w:szCs w:val="24"/>
        </w:rPr>
        <w:t xml:space="preserve">this one hold the attention of Jewry – somehow – all along the Dark Ages, during the coming and going of the ancient Jewish </w:t>
      </w:r>
      <w:r w:rsidRPr="009658F0">
        <w:rPr>
          <w:rFonts w:ascii="Times New Roman" w:eastAsia="Times New Roman" w:hAnsi="Times New Roman" w:cs="Times New Roman"/>
          <w:i/>
          <w:iCs/>
          <w:sz w:val="24"/>
          <w:szCs w:val="24"/>
        </w:rPr>
        <w:t>mystic</w:t>
      </w:r>
      <w:r w:rsidRPr="009658F0">
        <w:rPr>
          <w:rFonts w:ascii="Times New Roman" w:eastAsia="Times New Roman" w:hAnsi="Times New Roman" w:cs="Times New Roman"/>
          <w:sz w:val="24"/>
          <w:szCs w:val="24"/>
        </w:rPr>
        <w:t xml:space="preserve"> sages from Babylonia? Then withstood Islam, how we don’t know – whi</w:t>
      </w:r>
      <w:r w:rsidR="00646B13" w:rsidRPr="009658F0">
        <w:rPr>
          <w:rFonts w:ascii="Times New Roman" w:eastAsia="Times New Roman" w:hAnsi="Times New Roman" w:cs="Times New Roman"/>
          <w:sz w:val="24"/>
          <w:szCs w:val="24"/>
        </w:rPr>
        <w:t>le</w:t>
      </w:r>
      <w:r w:rsidRPr="009658F0">
        <w:rPr>
          <w:rFonts w:ascii="Times New Roman" w:eastAsia="Times New Roman" w:hAnsi="Times New Roman" w:cs="Times New Roman"/>
          <w:sz w:val="24"/>
          <w:szCs w:val="24"/>
        </w:rPr>
        <w:t xml:space="preserve"> Palestine was used practically as a crap ground for loss caliphs and became eaten into deep by goats until the land was dry, a living skeleton with no humus at all – never mind the pro Bedouin argument that goats are harmless, this place has been obviously overstocked – but still on these </w:t>
      </w:r>
      <w:r w:rsidRPr="009658F0">
        <w:rPr>
          <w:rFonts w:ascii="Times New Roman" w:eastAsia="Times New Roman" w:hAnsi="Times New Roman" w:cs="Times New Roman"/>
          <w:i/>
          <w:iCs/>
          <w:sz w:val="24"/>
          <w:szCs w:val="24"/>
        </w:rPr>
        <w:t>Northern rain</w:t>
      </w:r>
      <w:r w:rsidRPr="009658F0">
        <w:rPr>
          <w:rFonts w:ascii="Times New Roman" w:eastAsia="Times New Roman" w:hAnsi="Times New Roman" w:cs="Times New Roman"/>
          <w:sz w:val="24"/>
          <w:szCs w:val="24"/>
        </w:rPr>
        <w:t xml:space="preserve"> [white out] obscured heights </w:t>
      </w:r>
      <w:r w:rsidRPr="009658F0">
        <w:rPr>
          <w:rFonts w:ascii="Times New Roman" w:eastAsia="Times New Roman" w:hAnsi="Times New Roman" w:cs="Times New Roman"/>
          <w:i/>
          <w:iCs/>
          <w:sz w:val="24"/>
          <w:szCs w:val="24"/>
        </w:rPr>
        <w:t>of North Galilee</w:t>
      </w:r>
      <w:r w:rsidRPr="009658F0">
        <w:rPr>
          <w:rFonts w:ascii="Times New Roman" w:eastAsia="Times New Roman" w:hAnsi="Times New Roman" w:cs="Times New Roman"/>
          <w:sz w:val="24"/>
          <w:szCs w:val="24"/>
        </w:rPr>
        <w:t xml:space="preserve"> thinkers and mystics gathered having brought back from Spain, where the “cabals” had gathered </w:t>
      </w:r>
      <w:r w:rsidRPr="009658F0">
        <w:rPr>
          <w:rFonts w:ascii="Times New Roman" w:eastAsia="Times New Roman" w:hAnsi="Times New Roman" w:cs="Times New Roman"/>
          <w:i/>
          <w:iCs/>
          <w:sz w:val="24"/>
          <w:szCs w:val="24"/>
        </w:rPr>
        <w:t>the sacred</w:t>
      </w:r>
      <w:r w:rsidRPr="009658F0">
        <w:rPr>
          <w:rFonts w:ascii="Times New Roman" w:eastAsia="Times New Roman" w:hAnsi="Times New Roman" w:cs="Times New Roman"/>
          <w:sz w:val="24"/>
          <w:szCs w:val="24"/>
        </w:rPr>
        <w:t xml:space="preserve"> Zohar</w:t>
      </w:r>
      <w:r w:rsidR="00E959ED" w:rsidRPr="009658F0">
        <w:rPr>
          <w:rFonts w:ascii="Times New Roman" w:eastAsia="Times New Roman" w:hAnsi="Times New Roman" w:cs="Times New Roman"/>
          <w:sz w:val="24"/>
          <w:szCs w:val="24"/>
        </w:rPr>
        <w:t xml:space="preserve">, treasuring under the old human law of anamnesis what might one day save the human race. No wars whatever can do this, however much brainwashed Sabras [added] </w:t>
      </w:r>
      <w:r w:rsidR="00E959ED" w:rsidRPr="009658F0">
        <w:rPr>
          <w:rFonts w:ascii="Times New Roman" w:eastAsia="Times New Roman" w:hAnsi="Times New Roman" w:cs="Times New Roman"/>
          <w:i/>
          <w:iCs/>
          <w:sz w:val="24"/>
          <w:szCs w:val="24"/>
        </w:rPr>
        <w:t>tense their shoulders and elbows</w:t>
      </w:r>
      <w:r w:rsidR="00E959ED" w:rsidRPr="009658F0">
        <w:rPr>
          <w:rFonts w:ascii="Times New Roman" w:eastAsia="Times New Roman" w:hAnsi="Times New Roman" w:cs="Times New Roman"/>
          <w:sz w:val="24"/>
          <w:szCs w:val="24"/>
        </w:rPr>
        <w:t xml:space="preserve"> </w:t>
      </w:r>
      <w:r w:rsidR="00E959ED" w:rsidRPr="009658F0">
        <w:rPr>
          <w:rFonts w:ascii="Times New Roman" w:eastAsia="Times New Roman" w:hAnsi="Times New Roman" w:cs="Times New Roman"/>
          <w:strike/>
          <w:sz w:val="24"/>
          <w:szCs w:val="24"/>
        </w:rPr>
        <w:t xml:space="preserve">hold out their chests </w:t>
      </w:r>
      <w:r w:rsidR="00E959ED" w:rsidRPr="009658F0">
        <w:rPr>
          <w:rFonts w:ascii="Times New Roman" w:eastAsia="Times New Roman" w:hAnsi="Times New Roman" w:cs="Times New Roman"/>
          <w:sz w:val="24"/>
          <w:szCs w:val="24"/>
        </w:rPr>
        <w:t>in military strong-talk “commonsense”, “realism”…</w:t>
      </w:r>
    </w:p>
    <w:p w14:paraId="4C300310" w14:textId="77777777" w:rsidR="00AB56E2" w:rsidRPr="009658F0" w:rsidRDefault="00AB56E2"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4C6384C9" w14:textId="7CBEE6B4" w:rsidR="00F15AE0" w:rsidRPr="009658F0" w:rsidRDefault="00AB56E2" w:rsidP="006C1960">
      <w:pPr>
        <w:tabs>
          <w:tab w:val="left" w:pos="1887"/>
        </w:tabs>
        <w:spacing w:line="360" w:lineRule="auto"/>
        <w:rPr>
          <w:rFonts w:ascii="Times New Roman" w:eastAsia="Times New Roman" w:hAnsi="Times New Roman" w:cs="Times New Roman"/>
          <w:sz w:val="24"/>
          <w:szCs w:val="24"/>
        </w:rPr>
      </w:pPr>
      <w:r w:rsidRPr="00BB2E6B">
        <w:rPr>
          <w:rFonts w:ascii="Times New Roman" w:eastAsia="Times New Roman" w:hAnsi="Times New Roman" w:cs="Times New Roman"/>
          <w:sz w:val="24"/>
          <w:szCs w:val="24"/>
          <w:highlight w:val="yellow"/>
        </w:rPr>
        <w:lastRenderedPageBreak/>
        <w:t>EDITH PAGE 71</w:t>
      </w:r>
    </w:p>
    <w:p w14:paraId="1BD8AA37" w14:textId="710AACEF" w:rsidR="002A6964" w:rsidRPr="009658F0" w:rsidRDefault="003928AC"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And now under the burning ripe sky, we crowd up and up walking with our fellow men, stopping like them at some sideshow </w:t>
      </w:r>
      <w:r w:rsidRPr="009658F0">
        <w:rPr>
          <w:rFonts w:ascii="Times New Roman" w:eastAsia="Times New Roman" w:hAnsi="Times New Roman" w:cs="Times New Roman"/>
          <w:i/>
          <w:iCs/>
          <w:sz w:val="24"/>
          <w:szCs w:val="24"/>
        </w:rPr>
        <w:t>an old Sephardi in white selling blessings; someone putting on phylacteries</w:t>
      </w:r>
      <w:r w:rsidRPr="009658F0">
        <w:rPr>
          <w:rFonts w:ascii="Times New Roman" w:eastAsia="Times New Roman" w:hAnsi="Times New Roman" w:cs="Times New Roman"/>
          <w:sz w:val="24"/>
          <w:szCs w:val="24"/>
        </w:rPr>
        <w:t xml:space="preserve">. </w:t>
      </w:r>
      <w:r w:rsidR="003F0DE8" w:rsidRPr="009658F0">
        <w:rPr>
          <w:rFonts w:ascii="Times New Roman" w:eastAsia="Times New Roman" w:hAnsi="Times New Roman" w:cs="Times New Roman"/>
          <w:i/>
          <w:iCs/>
          <w:sz w:val="24"/>
          <w:szCs w:val="24"/>
        </w:rPr>
        <w:t>*</w:t>
      </w:r>
      <w:r w:rsidRPr="009658F0">
        <w:rPr>
          <w:rFonts w:ascii="Times New Roman" w:eastAsia="Times New Roman" w:hAnsi="Times New Roman" w:cs="Times New Roman"/>
          <w:i/>
          <w:iCs/>
          <w:sz w:val="24"/>
          <w:szCs w:val="24"/>
        </w:rPr>
        <w:t>p 15,</w:t>
      </w:r>
      <w:r w:rsidRPr="009658F0">
        <w:rPr>
          <w:rFonts w:ascii="Times New Roman" w:eastAsia="Times New Roman" w:hAnsi="Times New Roman" w:cs="Times New Roman"/>
          <w:sz w:val="24"/>
          <w:szCs w:val="24"/>
        </w:rPr>
        <w:t xml:space="preserve"> a display of incense grains, heaped in different colors, medicines too, perhaps from the ancient kabbalistic times -- so far from sorcery really, this joyous crowd with its love of the Rabbi </w:t>
      </w:r>
      <w:r w:rsidR="002C187B" w:rsidRPr="009658F0">
        <w:rPr>
          <w:rFonts w:ascii="Times New Roman" w:eastAsia="Times New Roman" w:hAnsi="Times New Roman" w:cs="Times New Roman"/>
          <w:i/>
          <w:iCs/>
          <w:sz w:val="24"/>
          <w:szCs w:val="24"/>
        </w:rPr>
        <w:t xml:space="preserve">for [illegible] was Bar </w:t>
      </w:r>
      <w:proofErr w:type="spellStart"/>
      <w:r w:rsidR="002C187B" w:rsidRPr="009658F0">
        <w:rPr>
          <w:rFonts w:ascii="Times New Roman" w:eastAsia="Times New Roman" w:hAnsi="Times New Roman" w:cs="Times New Roman"/>
          <w:i/>
          <w:iCs/>
          <w:sz w:val="24"/>
          <w:szCs w:val="24"/>
        </w:rPr>
        <w:t>Yohai</w:t>
      </w:r>
      <w:proofErr w:type="spellEnd"/>
      <w:r w:rsidR="002C187B" w:rsidRPr="009658F0">
        <w:rPr>
          <w:rFonts w:ascii="Times New Roman" w:eastAsia="Times New Roman" w:hAnsi="Times New Roman" w:cs="Times New Roman"/>
          <w:sz w:val="24"/>
          <w:szCs w:val="24"/>
        </w:rPr>
        <w:t xml:space="preserve"> not just a law Rabbi </w:t>
      </w:r>
      <w:r w:rsidR="002C187B" w:rsidRPr="009658F0">
        <w:rPr>
          <w:rFonts w:ascii="Times New Roman" w:eastAsia="Times New Roman" w:hAnsi="Times New Roman" w:cs="Times New Roman"/>
          <w:strike/>
          <w:sz w:val="24"/>
          <w:szCs w:val="24"/>
        </w:rPr>
        <w:t xml:space="preserve">here </w:t>
      </w:r>
      <w:r w:rsidR="002C187B" w:rsidRPr="009658F0">
        <w:rPr>
          <w:rFonts w:ascii="Times New Roman" w:eastAsia="Times New Roman" w:hAnsi="Times New Roman" w:cs="Times New Roman"/>
          <w:sz w:val="24"/>
          <w:szCs w:val="24"/>
        </w:rPr>
        <w:t xml:space="preserve">– Moses </w:t>
      </w:r>
      <w:r w:rsidR="002C187B" w:rsidRPr="009658F0">
        <w:rPr>
          <w:rFonts w:ascii="Times New Roman" w:eastAsia="Times New Roman" w:hAnsi="Times New Roman" w:cs="Times New Roman"/>
          <w:i/>
          <w:iCs/>
          <w:sz w:val="24"/>
          <w:szCs w:val="24"/>
        </w:rPr>
        <w:t>himself</w:t>
      </w:r>
      <w:r w:rsidR="002C187B" w:rsidRPr="009658F0">
        <w:rPr>
          <w:rFonts w:ascii="Times New Roman" w:eastAsia="Times New Roman" w:hAnsi="Times New Roman" w:cs="Times New Roman"/>
          <w:sz w:val="24"/>
          <w:szCs w:val="24"/>
        </w:rPr>
        <w:t xml:space="preserve"> never got such a crowd </w:t>
      </w:r>
      <w:r w:rsidR="002C187B" w:rsidRPr="009658F0">
        <w:rPr>
          <w:rFonts w:ascii="Times New Roman" w:eastAsia="Times New Roman" w:hAnsi="Times New Roman" w:cs="Times New Roman"/>
          <w:i/>
          <w:iCs/>
          <w:sz w:val="24"/>
          <w:szCs w:val="24"/>
        </w:rPr>
        <w:t>on pilgrimages</w:t>
      </w:r>
      <w:r w:rsidR="002C187B" w:rsidRPr="009658F0">
        <w:rPr>
          <w:rFonts w:ascii="Times New Roman" w:eastAsia="Times New Roman" w:hAnsi="Times New Roman" w:cs="Times New Roman"/>
          <w:sz w:val="24"/>
          <w:szCs w:val="24"/>
        </w:rPr>
        <w:t xml:space="preserve"> – but a </w:t>
      </w:r>
      <w:r w:rsidR="002C187B" w:rsidRPr="009658F0">
        <w:rPr>
          <w:rFonts w:ascii="Times New Roman" w:eastAsia="Times New Roman" w:hAnsi="Times New Roman" w:cs="Times New Roman"/>
          <w:strike/>
          <w:sz w:val="24"/>
          <w:szCs w:val="24"/>
        </w:rPr>
        <w:t>God communicator</w:t>
      </w:r>
      <w:r w:rsidR="002C187B" w:rsidRPr="009658F0">
        <w:rPr>
          <w:rFonts w:ascii="Times New Roman" w:eastAsia="Times New Roman" w:hAnsi="Times New Roman" w:cs="Times New Roman"/>
          <w:sz w:val="24"/>
          <w:szCs w:val="24"/>
        </w:rPr>
        <w:t xml:space="preserve">, a visionary and the thrill is here in the crowd with deep sun, his </w:t>
      </w:r>
      <w:r w:rsidR="002C187B" w:rsidRPr="009658F0">
        <w:rPr>
          <w:rFonts w:ascii="Times New Roman" w:eastAsia="Times New Roman" w:hAnsi="Times New Roman" w:cs="Times New Roman"/>
          <w:i/>
          <w:iCs/>
          <w:sz w:val="24"/>
          <w:szCs w:val="24"/>
        </w:rPr>
        <w:t xml:space="preserve">holy </w:t>
      </w:r>
      <w:r w:rsidR="00606290" w:rsidRPr="009658F0">
        <w:rPr>
          <w:rFonts w:ascii="Times New Roman" w:eastAsia="Times New Roman" w:hAnsi="Times New Roman" w:cs="Times New Roman"/>
          <w:sz w:val="24"/>
          <w:szCs w:val="24"/>
        </w:rPr>
        <w:t xml:space="preserve">picture is in everyone’s hands, he is to be seen bearing the </w:t>
      </w:r>
      <w:r w:rsidR="00606290" w:rsidRPr="009658F0">
        <w:rPr>
          <w:rFonts w:ascii="Times New Roman" w:eastAsia="Times New Roman" w:hAnsi="Times New Roman" w:cs="Times New Roman"/>
          <w:i/>
          <w:iCs/>
          <w:sz w:val="24"/>
          <w:szCs w:val="24"/>
        </w:rPr>
        <w:t xml:space="preserve">depicted </w:t>
      </w:r>
      <w:r w:rsidR="00606290" w:rsidRPr="009658F0">
        <w:rPr>
          <w:rFonts w:ascii="Times New Roman" w:eastAsia="Times New Roman" w:hAnsi="Times New Roman" w:cs="Times New Roman"/>
          <w:sz w:val="24"/>
          <w:szCs w:val="24"/>
        </w:rPr>
        <w:t xml:space="preserve">scroll of the Zohar  </w:t>
      </w:r>
      <w:r w:rsidR="00606290" w:rsidRPr="009658F0">
        <w:rPr>
          <w:rFonts w:ascii="Times New Roman" w:eastAsia="Times New Roman" w:hAnsi="Times New Roman" w:cs="Times New Roman"/>
          <w:i/>
          <w:iCs/>
          <w:sz w:val="24"/>
          <w:szCs w:val="24"/>
        </w:rPr>
        <w:t>even I can r</w:t>
      </w:r>
      <w:r w:rsidR="003F0DE8" w:rsidRPr="009658F0">
        <w:rPr>
          <w:rFonts w:ascii="Times New Roman" w:eastAsia="Times New Roman" w:hAnsi="Times New Roman" w:cs="Times New Roman"/>
          <w:i/>
          <w:iCs/>
          <w:sz w:val="24"/>
          <w:szCs w:val="24"/>
        </w:rPr>
        <w:t>e</w:t>
      </w:r>
      <w:r w:rsidR="00606290" w:rsidRPr="009658F0">
        <w:rPr>
          <w:rFonts w:ascii="Times New Roman" w:eastAsia="Times New Roman" w:hAnsi="Times New Roman" w:cs="Times New Roman"/>
          <w:i/>
          <w:iCs/>
          <w:sz w:val="24"/>
          <w:szCs w:val="24"/>
        </w:rPr>
        <w:t xml:space="preserve">ad the title </w:t>
      </w:r>
      <w:r w:rsidR="00606290" w:rsidRPr="009658F0">
        <w:rPr>
          <w:rFonts w:ascii="Times New Roman" w:eastAsia="Times New Roman" w:hAnsi="Times New Roman" w:cs="Times New Roman"/>
          <w:sz w:val="24"/>
          <w:szCs w:val="24"/>
        </w:rPr>
        <w:t xml:space="preserve">in the holy Hebrew script. The germ of thrill – </w:t>
      </w:r>
      <w:r w:rsidR="00606290" w:rsidRPr="009658F0">
        <w:rPr>
          <w:rFonts w:ascii="Times New Roman" w:eastAsia="Times New Roman" w:hAnsi="Times New Roman" w:cs="Times New Roman"/>
          <w:i/>
          <w:iCs/>
          <w:sz w:val="24"/>
          <w:szCs w:val="24"/>
        </w:rPr>
        <w:t xml:space="preserve">still </w:t>
      </w:r>
      <w:r w:rsidR="00606290" w:rsidRPr="009658F0">
        <w:rPr>
          <w:rFonts w:ascii="Times New Roman" w:eastAsia="Times New Roman" w:hAnsi="Times New Roman" w:cs="Times New Roman"/>
          <w:sz w:val="24"/>
          <w:szCs w:val="24"/>
        </w:rPr>
        <w:t xml:space="preserve">yet small in us because we know so little, </w:t>
      </w:r>
      <w:r w:rsidR="00606290" w:rsidRPr="009658F0">
        <w:rPr>
          <w:rFonts w:ascii="Times New Roman" w:eastAsia="Times New Roman" w:hAnsi="Times New Roman" w:cs="Times New Roman"/>
          <w:strike/>
          <w:sz w:val="24"/>
          <w:szCs w:val="24"/>
        </w:rPr>
        <w:t>yet it</w:t>
      </w:r>
      <w:r w:rsidR="00606290" w:rsidRPr="009658F0">
        <w:rPr>
          <w:rFonts w:ascii="Times New Roman" w:eastAsia="Times New Roman" w:hAnsi="Times New Roman" w:cs="Times New Roman"/>
          <w:sz w:val="24"/>
          <w:szCs w:val="24"/>
        </w:rPr>
        <w:t xml:space="preserve"> grows as we get pressed through the old shrine doors and sight of his body, nearly two millennia old.  </w:t>
      </w:r>
      <w:r w:rsidR="00606290" w:rsidRPr="009658F0">
        <w:rPr>
          <w:rFonts w:ascii="Times New Roman" w:eastAsia="Times New Roman" w:hAnsi="Times New Roman" w:cs="Times New Roman"/>
          <w:i/>
          <w:iCs/>
          <w:sz w:val="24"/>
          <w:szCs w:val="24"/>
        </w:rPr>
        <w:t xml:space="preserve">woman menstruating 47 above, woman childless. </w:t>
      </w:r>
      <w:r w:rsidR="00606290" w:rsidRPr="009658F0">
        <w:rPr>
          <w:rFonts w:ascii="Times New Roman" w:eastAsia="Times New Roman" w:hAnsi="Times New Roman" w:cs="Times New Roman"/>
          <w:sz w:val="24"/>
          <w:szCs w:val="24"/>
        </w:rPr>
        <w:t xml:space="preserve">Then we throw in candles – we can’t light them </w:t>
      </w:r>
      <w:r w:rsidR="00606290" w:rsidRPr="009658F0">
        <w:rPr>
          <w:rFonts w:ascii="Times New Roman" w:eastAsia="Times New Roman" w:hAnsi="Times New Roman" w:cs="Times New Roman"/>
          <w:i/>
          <w:iCs/>
          <w:sz w:val="24"/>
          <w:szCs w:val="24"/>
        </w:rPr>
        <w:t xml:space="preserve">here, </w:t>
      </w:r>
      <w:r w:rsidR="00606290" w:rsidRPr="009658F0">
        <w:rPr>
          <w:rFonts w:ascii="Times New Roman" w:eastAsia="Times New Roman" w:hAnsi="Times New Roman" w:cs="Times New Roman"/>
          <w:sz w:val="24"/>
          <w:szCs w:val="24"/>
        </w:rPr>
        <w:t xml:space="preserve">of course not, the </w:t>
      </w:r>
      <w:r w:rsidR="00606290" w:rsidRPr="009658F0">
        <w:rPr>
          <w:rFonts w:ascii="Times New Roman" w:eastAsia="Times New Roman" w:hAnsi="Times New Roman" w:cs="Times New Roman"/>
          <w:i/>
          <w:iCs/>
          <w:sz w:val="24"/>
          <w:szCs w:val="24"/>
        </w:rPr>
        <w:t>shrine</w:t>
      </w:r>
      <w:r w:rsidR="00606290" w:rsidRPr="009658F0">
        <w:rPr>
          <w:rFonts w:ascii="Times New Roman" w:eastAsia="Times New Roman" w:hAnsi="Times New Roman" w:cs="Times New Roman"/>
          <w:sz w:val="24"/>
          <w:szCs w:val="24"/>
        </w:rPr>
        <w:t xml:space="preserve"> wood would roast</w:t>
      </w:r>
      <w:r w:rsidR="00794A10" w:rsidRPr="009658F0">
        <w:rPr>
          <w:rFonts w:ascii="Times New Roman" w:eastAsia="Times New Roman" w:hAnsi="Times New Roman" w:cs="Times New Roman"/>
          <w:sz w:val="24"/>
          <w:szCs w:val="24"/>
        </w:rPr>
        <w:t xml:space="preserve"> – but the pile up in white waxen innocence, saying love, flame, prayer – they </w:t>
      </w:r>
      <w:proofErr w:type="gramStart"/>
      <w:r w:rsidR="00794A10" w:rsidRPr="009658F0">
        <w:rPr>
          <w:rFonts w:ascii="Times New Roman" w:eastAsia="Times New Roman" w:hAnsi="Times New Roman" w:cs="Times New Roman"/>
          <w:i/>
          <w:iCs/>
          <w:sz w:val="24"/>
          <w:szCs w:val="24"/>
        </w:rPr>
        <w:t>will</w:t>
      </w:r>
      <w:r w:rsidR="00794A10" w:rsidRPr="009658F0">
        <w:rPr>
          <w:rFonts w:ascii="Times New Roman" w:eastAsia="Times New Roman" w:hAnsi="Times New Roman" w:cs="Times New Roman"/>
          <w:sz w:val="24"/>
          <w:szCs w:val="24"/>
        </w:rPr>
        <w:t xml:space="preserve"> </w:t>
      </w:r>
      <w:r w:rsidR="00794A10" w:rsidRPr="009658F0">
        <w:rPr>
          <w:rFonts w:ascii="Times New Roman" w:eastAsia="Times New Roman" w:hAnsi="Times New Roman" w:cs="Times New Roman"/>
          <w:strike/>
          <w:sz w:val="24"/>
          <w:szCs w:val="24"/>
        </w:rPr>
        <w:t>might</w:t>
      </w:r>
      <w:proofErr w:type="gramEnd"/>
      <w:r w:rsidR="00794A10" w:rsidRPr="009658F0">
        <w:rPr>
          <w:rFonts w:ascii="Times New Roman" w:eastAsia="Times New Roman" w:hAnsi="Times New Roman" w:cs="Times New Roman"/>
          <w:sz w:val="24"/>
          <w:szCs w:val="24"/>
        </w:rPr>
        <w:t xml:space="preserve"> be used for the bonfires!</w:t>
      </w:r>
    </w:p>
    <w:p w14:paraId="45EF8FC6" w14:textId="77777777" w:rsidR="002A6964" w:rsidRPr="009658F0" w:rsidRDefault="002A6964"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6E85D355" w14:textId="508494B8" w:rsidR="003928AC" w:rsidRPr="009658F0" w:rsidRDefault="002A6964" w:rsidP="006C1960">
      <w:pPr>
        <w:tabs>
          <w:tab w:val="left" w:pos="1887"/>
        </w:tabs>
        <w:spacing w:line="360" w:lineRule="auto"/>
        <w:rPr>
          <w:rFonts w:ascii="Times New Roman" w:eastAsia="Times New Roman" w:hAnsi="Times New Roman" w:cs="Times New Roman"/>
        </w:rPr>
      </w:pPr>
      <w:r w:rsidRPr="00BB2E6B">
        <w:rPr>
          <w:rFonts w:ascii="Times New Roman" w:eastAsia="Times New Roman" w:hAnsi="Times New Roman" w:cs="Times New Roman"/>
          <w:highlight w:val="yellow"/>
        </w:rPr>
        <w:lastRenderedPageBreak/>
        <w:t>EDITH PAGE 72</w:t>
      </w:r>
    </w:p>
    <w:p w14:paraId="00CCBDA2" w14:textId="1A7141E8" w:rsidR="002A6964" w:rsidRPr="009658F0" w:rsidRDefault="007E149E"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(72) The faces to my left are faces gone, gone into prayer + light + faith Round with the knowledge – “we are here” and “oh my prayer, Bar </w:t>
      </w:r>
      <w:proofErr w:type="spellStart"/>
      <w:r w:rsidRPr="009658F0">
        <w:rPr>
          <w:rFonts w:ascii="Times New Roman" w:eastAsia="Times New Roman" w:hAnsi="Times New Roman" w:cs="Times New Roman"/>
          <w:sz w:val="24"/>
          <w:szCs w:val="24"/>
        </w:rPr>
        <w:t>Yohai</w:t>
      </w:r>
      <w:proofErr w:type="spellEnd"/>
      <w:r w:rsidRPr="009658F0">
        <w:rPr>
          <w:rFonts w:ascii="Times New Roman" w:eastAsia="Times New Roman" w:hAnsi="Times New Roman" w:cs="Times New Roman"/>
          <w:sz w:val="24"/>
          <w:szCs w:val="24"/>
        </w:rPr>
        <w:t xml:space="preserve">, hear and grant </w:t>
      </w:r>
      <w:r w:rsidRPr="009658F0">
        <w:rPr>
          <w:rFonts w:ascii="Times New Roman" w:eastAsia="Times New Roman" w:hAnsi="Times New Roman" w:cs="Times New Roman"/>
          <w:i/>
          <w:iCs/>
          <w:sz w:val="24"/>
          <w:szCs w:val="24"/>
        </w:rPr>
        <w:t>my child will recover</w:t>
      </w:r>
      <w:r w:rsidRPr="009658F0">
        <w:rPr>
          <w:rFonts w:ascii="Times New Roman" w:eastAsia="Times New Roman" w:hAnsi="Times New Roman" w:cs="Times New Roman"/>
          <w:sz w:val="24"/>
          <w:szCs w:val="24"/>
        </w:rPr>
        <w:t xml:space="preserve"> – and I will promise [pencil] </w:t>
      </w:r>
      <w:r w:rsidRPr="009658F0">
        <w:rPr>
          <w:rFonts w:ascii="Times New Roman" w:eastAsia="Times New Roman" w:hAnsi="Times New Roman" w:cs="Times New Roman"/>
          <w:i/>
          <w:iCs/>
          <w:sz w:val="24"/>
          <w:szCs w:val="24"/>
        </w:rPr>
        <w:t>to come here every year</w:t>
      </w:r>
      <w:r w:rsidRPr="009658F0">
        <w:rPr>
          <w:rFonts w:ascii="Times New Roman" w:eastAsia="Times New Roman" w:hAnsi="Times New Roman" w:cs="Times New Roman"/>
          <w:sz w:val="24"/>
          <w:szCs w:val="24"/>
        </w:rPr>
        <w:t>.</w:t>
      </w:r>
      <w:r w:rsidR="00527722" w:rsidRPr="009658F0">
        <w:rPr>
          <w:rFonts w:ascii="Times New Roman" w:eastAsia="Times New Roman" w:hAnsi="Times New Roman" w:cs="Times New Roman"/>
          <w:sz w:val="24"/>
          <w:szCs w:val="24"/>
        </w:rPr>
        <w:t xml:space="preserve"> I pray for Rene + that down-bearing of the older womb, how can we tell whether the instincts will be strong after 35 years? Her body needs to be fully used, Bar </w:t>
      </w:r>
      <w:proofErr w:type="spellStart"/>
      <w:r w:rsidR="00527722" w:rsidRPr="009658F0">
        <w:rPr>
          <w:rFonts w:ascii="Times New Roman" w:eastAsia="Times New Roman" w:hAnsi="Times New Roman" w:cs="Times New Roman"/>
          <w:sz w:val="24"/>
          <w:szCs w:val="24"/>
        </w:rPr>
        <w:t>Yohai</w:t>
      </w:r>
      <w:proofErr w:type="spellEnd"/>
      <w:r w:rsidR="00527722" w:rsidRPr="009658F0">
        <w:rPr>
          <w:rFonts w:ascii="Times New Roman" w:eastAsia="Times New Roman" w:hAnsi="Times New Roman" w:cs="Times New Roman"/>
          <w:sz w:val="24"/>
          <w:szCs w:val="24"/>
        </w:rPr>
        <w:t xml:space="preserve">! Give her this grace Blessed are the givers. I </w:t>
      </w:r>
      <w:proofErr w:type="gramStart"/>
      <w:r w:rsidR="00527722" w:rsidRPr="009658F0">
        <w:rPr>
          <w:rFonts w:ascii="Times New Roman" w:eastAsia="Times New Roman" w:hAnsi="Times New Roman" w:cs="Times New Roman"/>
          <w:sz w:val="24"/>
          <w:szCs w:val="24"/>
        </w:rPr>
        <w:t>leaping</w:t>
      </w:r>
      <w:proofErr w:type="gramEnd"/>
      <w:r w:rsidR="00527722" w:rsidRPr="009658F0">
        <w:rPr>
          <w:rFonts w:ascii="Times New Roman" w:eastAsia="Times New Roman" w:hAnsi="Times New Roman" w:cs="Times New Roman"/>
          <w:sz w:val="24"/>
          <w:szCs w:val="24"/>
        </w:rPr>
        <w:t xml:space="preserve"> about clumsily finding good camera stances, never tired, pushing on, greeting [pencil in margin] </w:t>
      </w:r>
      <w:r w:rsidR="00527722" w:rsidRPr="009658F0">
        <w:rPr>
          <w:rFonts w:ascii="Times New Roman" w:eastAsia="Times New Roman" w:hAnsi="Times New Roman" w:cs="Times New Roman"/>
          <w:i/>
          <w:iCs/>
          <w:sz w:val="24"/>
          <w:szCs w:val="24"/>
        </w:rPr>
        <w:t>((17 ¾</w:t>
      </w:r>
      <w:r w:rsidR="00527722" w:rsidRPr="009658F0">
        <w:rPr>
          <w:rFonts w:ascii="Times New Roman" w:eastAsia="Times New Roman" w:hAnsi="Times New Roman" w:cs="Times New Roman"/>
          <w:sz w:val="24"/>
          <w:szCs w:val="24"/>
        </w:rPr>
        <w:t xml:space="preserve"> Zohar strange women, </w:t>
      </w:r>
      <w:r w:rsidR="00527722" w:rsidRPr="009658F0">
        <w:rPr>
          <w:rFonts w:ascii="Times New Roman" w:eastAsia="Times New Roman" w:hAnsi="Times New Roman" w:cs="Times New Roman"/>
          <w:i/>
          <w:iCs/>
          <w:sz w:val="24"/>
          <w:szCs w:val="24"/>
        </w:rPr>
        <w:t>talking to a Hasid w from Brooklyn ^^</w:t>
      </w:r>
      <w:r w:rsidR="00527722" w:rsidRPr="009658F0">
        <w:rPr>
          <w:rFonts w:ascii="Times New Roman" w:eastAsia="Times New Roman" w:hAnsi="Times New Roman" w:cs="Times New Roman"/>
          <w:sz w:val="24"/>
          <w:szCs w:val="24"/>
        </w:rPr>
        <w:t xml:space="preserve"> gazing thru the bars of the “stalls” in the public hospice at the terrible</w:t>
      </w:r>
      <w:r w:rsidR="00210C28" w:rsidRPr="009658F0">
        <w:rPr>
          <w:rFonts w:ascii="Times New Roman" w:eastAsia="Times New Roman" w:hAnsi="Times New Roman" w:cs="Times New Roman"/>
          <w:sz w:val="24"/>
          <w:szCs w:val="24"/>
        </w:rPr>
        <w:t xml:space="preserve"> quarrel of the 2 Moroccan women: they </w:t>
      </w:r>
      <w:r w:rsidR="00210C28" w:rsidRPr="009658F0">
        <w:rPr>
          <w:rFonts w:ascii="Times New Roman" w:eastAsia="Times New Roman" w:hAnsi="Times New Roman" w:cs="Times New Roman"/>
          <w:i/>
          <w:iCs/>
          <w:sz w:val="24"/>
          <w:szCs w:val="24"/>
        </w:rPr>
        <w:t>both</w:t>
      </w:r>
      <w:r w:rsidR="00210C28" w:rsidRPr="009658F0">
        <w:rPr>
          <w:rFonts w:ascii="Times New Roman" w:eastAsia="Times New Roman" w:hAnsi="Times New Roman" w:cs="Times New Roman"/>
          <w:sz w:val="24"/>
          <w:szCs w:val="24"/>
        </w:rPr>
        <w:t xml:space="preserve"> s</w:t>
      </w:r>
      <w:r w:rsidR="0068289A" w:rsidRPr="009658F0">
        <w:rPr>
          <w:rFonts w:ascii="Times New Roman" w:eastAsia="Times New Roman" w:hAnsi="Times New Roman" w:cs="Times New Roman"/>
          <w:sz w:val="24"/>
          <w:szCs w:val="24"/>
        </w:rPr>
        <w:t>h</w:t>
      </w:r>
      <w:r w:rsidR="00210C28" w:rsidRPr="009658F0">
        <w:rPr>
          <w:rFonts w:ascii="Times New Roman" w:eastAsia="Times New Roman" w:hAnsi="Times New Roman" w:cs="Times New Roman"/>
          <w:sz w:val="24"/>
          <w:szCs w:val="24"/>
        </w:rPr>
        <w:t>riek like dragon sized petulant peacocks in a wild crescendo of barbwire sound, all gather; alarmed relatives try to pull them apart. One contestant pulls the other’s bedding away and throws it out, the other grabs it back battering bodily against her foe. Will it subside? We pass on like Dante and Virgil, with bowed heads.</w:t>
      </w:r>
    </w:p>
    <w:p w14:paraId="185B6283" w14:textId="7D1B3DA2" w:rsidR="00C638B3" w:rsidRPr="009658F0" w:rsidRDefault="00C638B3" w:rsidP="006C1960">
      <w:pPr>
        <w:spacing w:line="360" w:lineRule="auto"/>
        <w:rPr>
          <w:rFonts w:ascii="Times New Roman" w:eastAsia="Times New Roman" w:hAnsi="Times New Roman" w:cs="Times New Roman"/>
        </w:rPr>
      </w:pPr>
      <w:r w:rsidRPr="009658F0">
        <w:rPr>
          <w:rFonts w:ascii="Times New Roman" w:eastAsia="Times New Roman" w:hAnsi="Times New Roman" w:cs="Times New Roman"/>
        </w:rPr>
        <w:br w:type="page"/>
      </w:r>
    </w:p>
    <w:p w14:paraId="191879F2" w14:textId="4AF4C77A" w:rsidR="00210C28" w:rsidRPr="009658F0" w:rsidRDefault="00C638B3" w:rsidP="006C1960">
      <w:pPr>
        <w:tabs>
          <w:tab w:val="left" w:pos="1887"/>
        </w:tabs>
        <w:spacing w:line="360" w:lineRule="auto"/>
        <w:rPr>
          <w:rFonts w:ascii="Times New Roman" w:eastAsia="Times New Roman" w:hAnsi="Times New Roman" w:cs="Times New Roman"/>
        </w:rPr>
      </w:pPr>
      <w:r w:rsidRPr="00BB2E6B">
        <w:rPr>
          <w:rFonts w:ascii="Times New Roman" w:eastAsia="Times New Roman" w:hAnsi="Times New Roman" w:cs="Times New Roman"/>
          <w:highlight w:val="yellow"/>
        </w:rPr>
        <w:lastRenderedPageBreak/>
        <w:t>EDITH PAGE 73</w:t>
      </w:r>
    </w:p>
    <w:p w14:paraId="20EAF427" w14:textId="5EEC3374" w:rsidR="00C638B3" w:rsidRPr="009658F0" w:rsidRDefault="002B0296" w:rsidP="006C1960">
      <w:pPr>
        <w:tabs>
          <w:tab w:val="left" w:pos="1887"/>
        </w:tabs>
        <w:spacing w:line="360" w:lineRule="auto"/>
        <w:rPr>
          <w:rFonts w:ascii="Times New Roman" w:eastAsia="Times New Roman" w:hAnsi="Times New Roman" w:cs="Times New Roman"/>
        </w:rPr>
      </w:pPr>
      <w:r w:rsidRPr="009658F0">
        <w:rPr>
          <w:rFonts w:ascii="Times New Roman" w:eastAsia="Times New Roman" w:hAnsi="Times New Roman" w:cs="Times New Roman"/>
        </w:rPr>
        <w:t>[Pencil] * include ((17 ((17</w:t>
      </w:r>
    </w:p>
    <w:p w14:paraId="02B766C0" w14:textId="683F8457" w:rsidR="00A73AC7" w:rsidRPr="009658F0" w:rsidRDefault="00A73AC7" w:rsidP="006C1960">
      <w:pPr>
        <w:tabs>
          <w:tab w:val="left" w:pos="1887"/>
        </w:tabs>
        <w:spacing w:line="360" w:lineRule="auto"/>
        <w:jc w:val="right"/>
        <w:rPr>
          <w:rFonts w:ascii="Times New Roman" w:eastAsia="Times New Roman" w:hAnsi="Times New Roman" w:cs="Times New Roman"/>
        </w:rPr>
      </w:pPr>
      <w:r w:rsidRPr="009658F0">
        <w:rPr>
          <w:rFonts w:ascii="Times New Roman" w:eastAsia="Times New Roman" w:hAnsi="Times New Roman" w:cs="Times New Roman"/>
        </w:rPr>
        <w:t>(73)</w:t>
      </w:r>
    </w:p>
    <w:p w14:paraId="6A3B6FA2" w14:textId="60ADB900" w:rsidR="00C474E2" w:rsidRPr="009658F0" w:rsidRDefault="00A73AC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Then to the long avenues of </w:t>
      </w:r>
      <w:proofErr w:type="gramStart"/>
      <w:r w:rsidRPr="009658F0">
        <w:rPr>
          <w:rFonts w:ascii="Times New Roman" w:eastAsia="Times New Roman" w:hAnsi="Times New Roman" w:cs="Times New Roman"/>
          <w:sz w:val="24"/>
          <w:szCs w:val="24"/>
        </w:rPr>
        <w:t>tents;</w:t>
      </w:r>
      <w:proofErr w:type="gramEnd"/>
      <w:r w:rsidRPr="009658F0">
        <w:rPr>
          <w:rFonts w:ascii="Times New Roman" w:eastAsia="Times New Roman" w:hAnsi="Times New Roman" w:cs="Times New Roman"/>
          <w:sz w:val="24"/>
          <w:szCs w:val="24"/>
        </w:rPr>
        <w:t xml:space="preserve"> peace + comfort everywhere, portable TVs,</w:t>
      </w:r>
      <w:r w:rsidR="0068289A" w:rsidRPr="009658F0">
        <w:rPr>
          <w:rFonts w:ascii="Times New Roman" w:eastAsia="Times New Roman" w:hAnsi="Times New Roman" w:cs="Times New Roman"/>
          <w:sz w:val="24"/>
          <w:szCs w:val="24"/>
        </w:rPr>
        <w:t xml:space="preserve"> </w:t>
      </w:r>
      <w:proofErr w:type="spellStart"/>
      <w:r w:rsidRPr="009658F0">
        <w:rPr>
          <w:rFonts w:ascii="Times New Roman" w:eastAsia="Times New Roman" w:hAnsi="Times New Roman" w:cs="Times New Roman"/>
          <w:i/>
          <w:iCs/>
          <w:sz w:val="24"/>
          <w:szCs w:val="24"/>
        </w:rPr>
        <w:t>elec</w:t>
      </w:r>
      <w:proofErr w:type="spellEnd"/>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i/>
          <w:iCs/>
          <w:sz w:val="24"/>
          <w:szCs w:val="24"/>
        </w:rPr>
        <w:t>generator $4000</w:t>
      </w:r>
      <w:r w:rsidRPr="009658F0">
        <w:rPr>
          <w:rFonts w:ascii="Times New Roman" w:eastAsia="Times New Roman" w:hAnsi="Times New Roman" w:cs="Times New Roman"/>
          <w:sz w:val="24"/>
          <w:szCs w:val="24"/>
        </w:rPr>
        <w:t xml:space="preserve">, stoves, water pails, huge thermoses of chilled drinks, carpets even </w:t>
      </w:r>
      <w:r w:rsidRPr="009658F0">
        <w:rPr>
          <w:rFonts w:ascii="Times New Roman" w:eastAsia="Times New Roman" w:hAnsi="Times New Roman" w:cs="Times New Roman"/>
          <w:i/>
          <w:iCs/>
          <w:sz w:val="24"/>
          <w:szCs w:val="24"/>
        </w:rPr>
        <w:t xml:space="preserve">on the tent floors, </w:t>
      </w:r>
      <w:r w:rsidRPr="009658F0">
        <w:rPr>
          <w:rFonts w:ascii="Times New Roman" w:eastAsia="Times New Roman" w:hAnsi="Times New Roman" w:cs="Times New Roman"/>
          <w:sz w:val="24"/>
          <w:szCs w:val="24"/>
        </w:rPr>
        <w:t xml:space="preserve">wall hangings of crude velvet pictures [in left margin] </w:t>
      </w:r>
      <w:r w:rsidRPr="009658F0">
        <w:rPr>
          <w:rFonts w:ascii="Times New Roman" w:eastAsia="Times New Roman" w:hAnsi="Times New Roman" w:cs="Times New Roman"/>
          <w:i/>
          <w:iCs/>
          <w:sz w:val="24"/>
          <w:szCs w:val="24"/>
        </w:rPr>
        <w:t>Augustine mother figs Berbers</w:t>
      </w:r>
      <w:r w:rsidRPr="009658F0">
        <w:rPr>
          <w:rFonts w:ascii="Times New Roman" w:eastAsia="Times New Roman" w:hAnsi="Times New Roman" w:cs="Times New Roman"/>
          <w:sz w:val="24"/>
          <w:szCs w:val="24"/>
        </w:rPr>
        <w:t xml:space="preserve">, independence flags, children with wide eyes, </w:t>
      </w:r>
      <w:r w:rsidRPr="009658F0">
        <w:rPr>
          <w:rFonts w:ascii="Times New Roman" w:eastAsia="Times New Roman" w:hAnsi="Times New Roman" w:cs="Times New Roman"/>
          <w:i/>
          <w:iCs/>
          <w:sz w:val="24"/>
          <w:szCs w:val="24"/>
        </w:rPr>
        <w:t>as</w:t>
      </w:r>
      <w:r w:rsidRPr="009658F0">
        <w:rPr>
          <w:rFonts w:ascii="Times New Roman" w:eastAsia="Times New Roman" w:hAnsi="Times New Roman" w:cs="Times New Roman"/>
          <w:sz w:val="24"/>
          <w:szCs w:val="24"/>
        </w:rPr>
        <w:t xml:space="preserve"> happy as at the beach [in left margin] </w:t>
      </w:r>
      <w:r w:rsidRPr="009658F0">
        <w:rPr>
          <w:rFonts w:ascii="Times New Roman" w:eastAsia="Times New Roman" w:hAnsi="Times New Roman" w:cs="Times New Roman"/>
          <w:i/>
          <w:iCs/>
          <w:sz w:val="24"/>
          <w:szCs w:val="24"/>
        </w:rPr>
        <w:t>[illegible] exude milk tree</w:t>
      </w:r>
      <w:r w:rsidRPr="009658F0">
        <w:rPr>
          <w:rFonts w:ascii="Times New Roman" w:eastAsia="Times New Roman" w:hAnsi="Times New Roman" w:cs="Times New Roman"/>
          <w:sz w:val="24"/>
          <w:szCs w:val="24"/>
        </w:rPr>
        <w:t xml:space="preserve">. The fig tree by the caves all covered with holy tags of cloth. “Give us babies give us babies give us babies”. The grand instinct goes on. It’ll stop w a jerk when the economic crash hits them – as has </w:t>
      </w:r>
      <w:r w:rsidRPr="009658F0">
        <w:rPr>
          <w:rFonts w:ascii="Times New Roman" w:eastAsia="Times New Roman" w:hAnsi="Times New Roman" w:cs="Times New Roman"/>
          <w:i/>
          <w:iCs/>
          <w:sz w:val="24"/>
          <w:szCs w:val="24"/>
        </w:rPr>
        <w:t>often</w:t>
      </w:r>
      <w:r w:rsidRPr="009658F0">
        <w:rPr>
          <w:rFonts w:ascii="Times New Roman" w:eastAsia="Times New Roman" w:hAnsi="Times New Roman" w:cs="Times New Roman"/>
          <w:sz w:val="24"/>
          <w:szCs w:val="24"/>
        </w:rPr>
        <w:t xml:space="preserve"> happened, all down history. But </w:t>
      </w:r>
      <w:r w:rsidRPr="009658F0">
        <w:rPr>
          <w:rFonts w:ascii="Times New Roman" w:eastAsia="Times New Roman" w:hAnsi="Times New Roman" w:cs="Times New Roman"/>
          <w:i/>
          <w:iCs/>
          <w:sz w:val="24"/>
          <w:szCs w:val="24"/>
        </w:rPr>
        <w:t>for</w:t>
      </w:r>
      <w:r w:rsidRPr="009658F0">
        <w:rPr>
          <w:rFonts w:ascii="Times New Roman" w:eastAsia="Times New Roman" w:hAnsi="Times New Roman" w:cs="Times New Roman"/>
          <w:sz w:val="24"/>
          <w:szCs w:val="24"/>
        </w:rPr>
        <w:t xml:space="preserve"> </w:t>
      </w:r>
      <w:proofErr w:type="gramStart"/>
      <w:r w:rsidRPr="009658F0">
        <w:rPr>
          <w:rFonts w:ascii="Times New Roman" w:eastAsia="Times New Roman" w:hAnsi="Times New Roman" w:cs="Times New Roman"/>
          <w:sz w:val="24"/>
          <w:szCs w:val="24"/>
        </w:rPr>
        <w:t>now</w:t>
      </w:r>
      <w:proofErr w:type="gramEnd"/>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i/>
          <w:iCs/>
          <w:sz w:val="24"/>
          <w:szCs w:val="24"/>
        </w:rPr>
        <w:t>there’s</w:t>
      </w:r>
      <w:r w:rsidRPr="009658F0">
        <w:rPr>
          <w:rFonts w:ascii="Times New Roman" w:eastAsia="Times New Roman" w:hAnsi="Times New Roman" w:cs="Times New Roman"/>
          <w:sz w:val="24"/>
          <w:szCs w:val="24"/>
        </w:rPr>
        <w:t xml:space="preserve"> the glory</w:t>
      </w:r>
      <w:r w:rsidR="0065563C" w:rsidRPr="009658F0">
        <w:rPr>
          <w:rFonts w:ascii="Times New Roman" w:eastAsia="Times New Roman" w:hAnsi="Times New Roman" w:cs="Times New Roman"/>
          <w:sz w:val="24"/>
          <w:szCs w:val="24"/>
        </w:rPr>
        <w:t xml:space="preserve"> </w:t>
      </w:r>
      <w:r w:rsidR="0065563C" w:rsidRPr="009658F0">
        <w:rPr>
          <w:rFonts w:ascii="Times New Roman" w:eastAsia="Times New Roman" w:hAnsi="Times New Roman" w:cs="Times New Roman"/>
          <w:i/>
          <w:iCs/>
          <w:sz w:val="24"/>
          <w:szCs w:val="24"/>
        </w:rPr>
        <w:t>illegible</w:t>
      </w:r>
      <w:r w:rsidR="0065563C" w:rsidRPr="009658F0">
        <w:rPr>
          <w:rFonts w:ascii="Times New Roman" w:eastAsia="Times New Roman" w:hAnsi="Times New Roman" w:cs="Times New Roman"/>
          <w:sz w:val="24"/>
          <w:szCs w:val="24"/>
        </w:rPr>
        <w:t xml:space="preserve"> the strength of numbers, the voting power, </w:t>
      </w:r>
      <w:proofErr w:type="spellStart"/>
      <w:r w:rsidR="0065563C" w:rsidRPr="009658F0">
        <w:rPr>
          <w:rFonts w:ascii="Times New Roman" w:eastAsia="Times New Roman" w:hAnsi="Times New Roman" w:cs="Times New Roman"/>
          <w:i/>
          <w:iCs/>
          <w:sz w:val="24"/>
          <w:szCs w:val="24"/>
        </w:rPr>
        <w:t>its</w:t>
      </w:r>
      <w:proofErr w:type="spellEnd"/>
      <w:r w:rsidR="0065563C" w:rsidRPr="009658F0">
        <w:rPr>
          <w:rFonts w:ascii="Times New Roman" w:eastAsia="Times New Roman" w:hAnsi="Times New Roman" w:cs="Times New Roman"/>
          <w:sz w:val="24"/>
          <w:szCs w:val="24"/>
        </w:rPr>
        <w:t xml:space="preserve"> our country </w:t>
      </w:r>
      <w:r w:rsidR="00542A3B" w:rsidRPr="009658F0">
        <w:rPr>
          <w:rFonts w:ascii="Times New Roman" w:eastAsia="Times New Roman" w:hAnsi="Times New Roman" w:cs="Times New Roman"/>
          <w:sz w:val="24"/>
          <w:szCs w:val="24"/>
        </w:rPr>
        <w:t xml:space="preserve">– + we could make </w:t>
      </w:r>
      <w:r w:rsidR="00542A3B" w:rsidRPr="009658F0">
        <w:rPr>
          <w:rFonts w:ascii="Times New Roman" w:eastAsia="Times New Roman" w:hAnsi="Times New Roman" w:cs="Times New Roman"/>
          <w:i/>
          <w:iCs/>
          <w:sz w:val="24"/>
          <w:szCs w:val="24"/>
        </w:rPr>
        <w:t>Israel</w:t>
      </w:r>
      <w:r w:rsidR="00542A3B" w:rsidRPr="009658F0">
        <w:rPr>
          <w:rFonts w:ascii="Times New Roman" w:eastAsia="Times New Roman" w:hAnsi="Times New Roman" w:cs="Times New Roman"/>
          <w:sz w:val="24"/>
          <w:szCs w:val="24"/>
        </w:rPr>
        <w:t xml:space="preserve"> into a more blissful Morocco, </w:t>
      </w:r>
      <w:r w:rsidR="00542A3B" w:rsidRPr="009658F0">
        <w:rPr>
          <w:rFonts w:ascii="Times New Roman" w:eastAsia="Times New Roman" w:hAnsi="Times New Roman" w:cs="Times New Roman"/>
          <w:i/>
          <w:iCs/>
          <w:sz w:val="24"/>
          <w:szCs w:val="24"/>
        </w:rPr>
        <w:t xml:space="preserve">with </w:t>
      </w:r>
      <w:r w:rsidR="00542A3B" w:rsidRPr="009658F0">
        <w:rPr>
          <w:rFonts w:ascii="Times New Roman" w:eastAsia="Times New Roman" w:hAnsi="Times New Roman" w:cs="Times New Roman"/>
          <w:sz w:val="24"/>
          <w:szCs w:val="24"/>
        </w:rPr>
        <w:t xml:space="preserve">jobs, schools, new towns, we’re </w:t>
      </w:r>
      <w:r w:rsidR="00542A3B" w:rsidRPr="009658F0">
        <w:rPr>
          <w:rFonts w:ascii="Times New Roman" w:eastAsia="Times New Roman" w:hAnsi="Times New Roman" w:cs="Times New Roman"/>
          <w:i/>
          <w:iCs/>
          <w:sz w:val="24"/>
          <w:szCs w:val="24"/>
        </w:rPr>
        <w:t xml:space="preserve">illegible (suddenly?)  </w:t>
      </w:r>
      <w:r w:rsidR="00542A3B" w:rsidRPr="009658F0">
        <w:rPr>
          <w:rFonts w:ascii="Times New Roman" w:eastAsia="Times New Roman" w:hAnsi="Times New Roman" w:cs="Times New Roman"/>
          <w:sz w:val="24"/>
          <w:szCs w:val="24"/>
        </w:rPr>
        <w:t xml:space="preserve">favored, </w:t>
      </w:r>
      <w:r w:rsidR="00542A3B" w:rsidRPr="009658F0">
        <w:rPr>
          <w:rFonts w:ascii="Times New Roman" w:eastAsia="Times New Roman" w:hAnsi="Times New Roman" w:cs="Times New Roman"/>
          <w:i/>
          <w:iCs/>
          <w:sz w:val="24"/>
          <w:szCs w:val="24"/>
        </w:rPr>
        <w:t xml:space="preserve">there’s no anti </w:t>
      </w:r>
      <w:proofErr w:type="spellStart"/>
      <w:r w:rsidR="00542A3B" w:rsidRPr="009658F0">
        <w:rPr>
          <w:rFonts w:ascii="Times New Roman" w:eastAsia="Times New Roman" w:hAnsi="Times New Roman" w:cs="Times New Roman"/>
          <w:i/>
          <w:iCs/>
          <w:sz w:val="24"/>
          <w:szCs w:val="24"/>
        </w:rPr>
        <w:t>semitism</w:t>
      </w:r>
      <w:proofErr w:type="spellEnd"/>
      <w:r w:rsidR="00542A3B" w:rsidRPr="009658F0">
        <w:rPr>
          <w:rFonts w:ascii="Times New Roman" w:eastAsia="Times New Roman" w:hAnsi="Times New Roman" w:cs="Times New Roman"/>
          <w:sz w:val="24"/>
          <w:szCs w:val="24"/>
        </w:rPr>
        <w:t xml:space="preserve">, not disapproved of. They, we </w:t>
      </w:r>
      <w:proofErr w:type="spellStart"/>
      <w:r w:rsidR="00542A3B" w:rsidRPr="009658F0">
        <w:rPr>
          <w:rFonts w:ascii="Times New Roman" w:eastAsia="Times New Roman" w:hAnsi="Times New Roman" w:cs="Times New Roman"/>
          <w:i/>
          <w:iCs/>
          <w:sz w:val="24"/>
          <w:szCs w:val="24"/>
        </w:rPr>
        <w:t>we</w:t>
      </w:r>
      <w:proofErr w:type="spellEnd"/>
      <w:r w:rsidR="00542A3B" w:rsidRPr="009658F0">
        <w:rPr>
          <w:rFonts w:ascii="Times New Roman" w:eastAsia="Times New Roman" w:hAnsi="Times New Roman" w:cs="Times New Roman"/>
          <w:i/>
          <w:iCs/>
          <w:sz w:val="24"/>
          <w:szCs w:val="24"/>
        </w:rPr>
        <w:t xml:space="preserve"> (all?) </w:t>
      </w:r>
      <w:r w:rsidR="00542A3B" w:rsidRPr="009658F0">
        <w:rPr>
          <w:rFonts w:ascii="Times New Roman" w:eastAsia="Times New Roman" w:hAnsi="Times New Roman" w:cs="Times New Roman"/>
          <w:sz w:val="24"/>
          <w:szCs w:val="24"/>
        </w:rPr>
        <w:t xml:space="preserve">turn to Bar </w:t>
      </w:r>
      <w:proofErr w:type="spellStart"/>
      <w:r w:rsidR="00542A3B" w:rsidRPr="009658F0">
        <w:rPr>
          <w:rFonts w:ascii="Times New Roman" w:eastAsia="Times New Roman" w:hAnsi="Times New Roman" w:cs="Times New Roman"/>
          <w:sz w:val="24"/>
          <w:szCs w:val="24"/>
        </w:rPr>
        <w:t>Yohai</w:t>
      </w:r>
      <w:proofErr w:type="spellEnd"/>
      <w:r w:rsidR="00542A3B" w:rsidRPr="009658F0">
        <w:rPr>
          <w:rFonts w:ascii="Times New Roman" w:eastAsia="Times New Roman" w:hAnsi="Times New Roman" w:cs="Times New Roman"/>
          <w:sz w:val="24"/>
          <w:szCs w:val="24"/>
        </w:rPr>
        <w:t xml:space="preserve"> </w:t>
      </w:r>
      <w:r w:rsidR="00542A3B" w:rsidRPr="009658F0">
        <w:rPr>
          <w:rFonts w:ascii="Times New Roman" w:eastAsia="Times New Roman" w:hAnsi="Times New Roman" w:cs="Times New Roman"/>
          <w:i/>
          <w:iCs/>
          <w:sz w:val="24"/>
          <w:szCs w:val="24"/>
        </w:rPr>
        <w:t xml:space="preserve">and a changed illegible </w:t>
      </w:r>
      <w:r w:rsidR="00542A3B" w:rsidRPr="009658F0">
        <w:rPr>
          <w:rFonts w:ascii="Times New Roman" w:eastAsia="Times New Roman" w:hAnsi="Times New Roman" w:cs="Times New Roman"/>
          <w:sz w:val="24"/>
          <w:szCs w:val="24"/>
        </w:rPr>
        <w:t xml:space="preserve">we don’t rejoice in our sons being far away in danger. No!! I </w:t>
      </w:r>
      <w:r w:rsidR="00542A3B" w:rsidRPr="009658F0">
        <w:rPr>
          <w:rFonts w:ascii="Times New Roman" w:eastAsia="Times New Roman" w:hAnsi="Times New Roman" w:cs="Times New Roman"/>
          <w:strike/>
          <w:sz w:val="24"/>
          <w:szCs w:val="24"/>
        </w:rPr>
        <w:t>Edie</w:t>
      </w:r>
      <w:r w:rsidR="00542A3B" w:rsidRPr="009658F0">
        <w:rPr>
          <w:rFonts w:ascii="Times New Roman" w:eastAsia="Times New Roman" w:hAnsi="Times New Roman" w:cs="Times New Roman"/>
          <w:sz w:val="24"/>
          <w:szCs w:val="24"/>
        </w:rPr>
        <w:t xml:space="preserve"> saw the awe and stillness in their eyes when they spoke of their sons in the army. They weren’t </w:t>
      </w:r>
      <w:proofErr w:type="spellStart"/>
      <w:r w:rsidR="00542A3B" w:rsidRPr="009658F0">
        <w:rPr>
          <w:rFonts w:ascii="Times New Roman" w:eastAsia="Times New Roman" w:hAnsi="Times New Roman" w:cs="Times New Roman"/>
          <w:sz w:val="24"/>
          <w:szCs w:val="24"/>
        </w:rPr>
        <w:t>sabre</w:t>
      </w:r>
      <w:proofErr w:type="spellEnd"/>
      <w:r w:rsidR="00542A3B" w:rsidRPr="009658F0">
        <w:rPr>
          <w:rFonts w:ascii="Times New Roman" w:eastAsia="Times New Roman" w:hAnsi="Times New Roman" w:cs="Times New Roman"/>
          <w:sz w:val="24"/>
          <w:szCs w:val="24"/>
        </w:rPr>
        <w:t xml:space="preserve"> </w:t>
      </w:r>
      <w:proofErr w:type="gramStart"/>
      <w:r w:rsidR="00542A3B" w:rsidRPr="009658F0">
        <w:rPr>
          <w:rFonts w:ascii="Times New Roman" w:eastAsia="Times New Roman" w:hAnsi="Times New Roman" w:cs="Times New Roman"/>
          <w:sz w:val="24"/>
          <w:szCs w:val="24"/>
        </w:rPr>
        <w:t>rattling,</w:t>
      </w:r>
      <w:proofErr w:type="gramEnd"/>
      <w:r w:rsidR="00542A3B" w:rsidRPr="009658F0">
        <w:rPr>
          <w:rFonts w:ascii="Times New Roman" w:eastAsia="Times New Roman" w:hAnsi="Times New Roman" w:cs="Times New Roman"/>
          <w:sz w:val="24"/>
          <w:szCs w:val="24"/>
        </w:rPr>
        <w:t xml:space="preserve"> they were as I wd put it “keeping their fingers cros</w:t>
      </w:r>
      <w:r w:rsidR="00C474E2" w:rsidRPr="009658F0">
        <w:rPr>
          <w:rFonts w:ascii="Times New Roman" w:eastAsia="Times New Roman" w:hAnsi="Times New Roman" w:cs="Times New Roman"/>
          <w:sz w:val="24"/>
          <w:szCs w:val="24"/>
        </w:rPr>
        <w:t>s</w:t>
      </w:r>
      <w:r w:rsidR="00542A3B" w:rsidRPr="009658F0">
        <w:rPr>
          <w:rFonts w:ascii="Times New Roman" w:eastAsia="Times New Roman" w:hAnsi="Times New Roman" w:cs="Times New Roman"/>
          <w:sz w:val="24"/>
          <w:szCs w:val="24"/>
        </w:rPr>
        <w:t>ed”</w:t>
      </w:r>
    </w:p>
    <w:p w14:paraId="23F3530D" w14:textId="77777777" w:rsidR="00C474E2" w:rsidRPr="009658F0" w:rsidRDefault="00C474E2" w:rsidP="006C1960">
      <w:pPr>
        <w:spacing w:line="360" w:lineRule="auto"/>
        <w:rPr>
          <w:rFonts w:ascii="Times New Roman" w:eastAsia="Times New Roman" w:hAnsi="Times New Roman" w:cs="Times New Roman"/>
        </w:rPr>
      </w:pPr>
      <w:r w:rsidRPr="009658F0">
        <w:rPr>
          <w:rFonts w:ascii="Times New Roman" w:eastAsia="Times New Roman" w:hAnsi="Times New Roman" w:cs="Times New Roman"/>
        </w:rPr>
        <w:br w:type="page"/>
      </w:r>
    </w:p>
    <w:p w14:paraId="3CC0B3D5" w14:textId="7B75A7CD" w:rsidR="002B0296" w:rsidRPr="009658F0" w:rsidRDefault="00C474E2" w:rsidP="006C1960">
      <w:pPr>
        <w:tabs>
          <w:tab w:val="left" w:pos="1887"/>
        </w:tabs>
        <w:spacing w:line="360" w:lineRule="auto"/>
        <w:rPr>
          <w:rFonts w:ascii="Times New Roman" w:eastAsia="Times New Roman" w:hAnsi="Times New Roman" w:cs="Times New Roman"/>
        </w:rPr>
      </w:pPr>
      <w:r w:rsidRPr="00BB2E6B">
        <w:rPr>
          <w:rFonts w:ascii="Times New Roman" w:eastAsia="Times New Roman" w:hAnsi="Times New Roman" w:cs="Times New Roman"/>
          <w:highlight w:val="yellow"/>
        </w:rPr>
        <w:lastRenderedPageBreak/>
        <w:t>EDITH PAGE 74</w:t>
      </w:r>
    </w:p>
    <w:p w14:paraId="5C00D5CC" w14:textId="4ED7EF78" w:rsidR="00FF1911" w:rsidRPr="009658F0" w:rsidRDefault="002A5E4E"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(74) I pushed on up the stairs at night, Saturday night, on the side stairs, exploring. There was a gate seemingly [previous </w:t>
      </w:r>
      <w:proofErr w:type="gramStart"/>
      <w:r w:rsidRPr="009658F0">
        <w:rPr>
          <w:rFonts w:ascii="Times New Roman" w:eastAsia="Times New Roman" w:hAnsi="Times New Roman" w:cs="Times New Roman"/>
          <w:sz w:val="24"/>
          <w:szCs w:val="24"/>
        </w:rPr>
        <w:t>word</w:t>
      </w:r>
      <w:proofErr w:type="gramEnd"/>
      <w:r w:rsidRPr="009658F0">
        <w:rPr>
          <w:rFonts w:ascii="Times New Roman" w:eastAsia="Times New Roman" w:hAnsi="Times New Roman" w:cs="Times New Roman"/>
          <w:sz w:val="24"/>
          <w:szCs w:val="24"/>
        </w:rPr>
        <w:t xml:space="preserve"> circled in pencil] guarded by soldiers, but as I watched, women went through unmolested. I went on through + found myself </w:t>
      </w:r>
      <w:r w:rsidR="00A47CC9" w:rsidRPr="009658F0">
        <w:rPr>
          <w:rFonts w:ascii="Times New Roman" w:eastAsia="Times New Roman" w:hAnsi="Times New Roman" w:cs="Times New Roman"/>
          <w:sz w:val="24"/>
          <w:szCs w:val="24"/>
        </w:rPr>
        <w:t xml:space="preserve">on a long, wide balcony overlooking the shrine courtyard. In front were more stairs up to the roof – there a fire blazed – the one on the right (for the Sephardim). It had already been lit (the TV had announced that the lighting wouldn’t be till noon Sun, in case people broke the Sabbath, driving to reach for Meron on Sat afternoon.) The main dome of the shrine rose on the left, behind the fire barrel The “barrel” was a </w:t>
      </w:r>
      <w:r w:rsidR="00A47CC9" w:rsidRPr="009658F0">
        <w:rPr>
          <w:rFonts w:ascii="Times New Roman" w:eastAsia="Times New Roman" w:hAnsi="Times New Roman" w:cs="Times New Roman"/>
          <w:strike/>
          <w:sz w:val="24"/>
          <w:szCs w:val="24"/>
        </w:rPr>
        <w:t xml:space="preserve">barrel-shaped </w:t>
      </w:r>
      <w:r w:rsidR="00A47CC9" w:rsidRPr="009658F0">
        <w:rPr>
          <w:rFonts w:ascii="Times New Roman" w:eastAsia="Times New Roman" w:hAnsi="Times New Roman" w:cs="Times New Roman"/>
          <w:sz w:val="24"/>
          <w:szCs w:val="24"/>
        </w:rPr>
        <w:t xml:space="preserve">wide rimmed phallic </w:t>
      </w:r>
      <w:r w:rsidR="00A47CC9" w:rsidRPr="009658F0">
        <w:rPr>
          <w:rFonts w:ascii="Times New Roman" w:eastAsia="Times New Roman" w:hAnsi="Times New Roman" w:cs="Times New Roman"/>
          <w:i/>
          <w:iCs/>
          <w:sz w:val="24"/>
          <w:szCs w:val="24"/>
        </w:rPr>
        <w:t>upright</w:t>
      </w:r>
      <w:r w:rsidR="00A47CC9" w:rsidRPr="009658F0">
        <w:rPr>
          <w:rFonts w:ascii="Times New Roman" w:eastAsia="Times New Roman" w:hAnsi="Times New Roman" w:cs="Times New Roman"/>
          <w:sz w:val="24"/>
          <w:szCs w:val="24"/>
        </w:rPr>
        <w:t xml:space="preserve"> concrete cylinder, about twice the size of an oil drum, set on a wide concrete dish </w:t>
      </w:r>
      <w:r w:rsidR="00A47CC9" w:rsidRPr="009658F0">
        <w:rPr>
          <w:rFonts w:ascii="Times New Roman" w:eastAsia="Times New Roman" w:hAnsi="Times New Roman" w:cs="Times New Roman"/>
          <w:i/>
          <w:iCs/>
          <w:sz w:val="24"/>
          <w:szCs w:val="24"/>
        </w:rPr>
        <w:t xml:space="preserve">there </w:t>
      </w:r>
      <w:r w:rsidR="00A47CC9" w:rsidRPr="009658F0">
        <w:rPr>
          <w:rFonts w:ascii="Times New Roman" w:eastAsia="Times New Roman" w:hAnsi="Times New Roman" w:cs="Times New Roman"/>
          <w:sz w:val="24"/>
          <w:szCs w:val="24"/>
        </w:rPr>
        <w:t xml:space="preserve">to catch burning debris from the fire. </w:t>
      </w:r>
      <w:r w:rsidR="00A47CC9" w:rsidRPr="009658F0">
        <w:rPr>
          <w:rFonts w:ascii="Times New Roman" w:eastAsia="Times New Roman" w:hAnsi="Times New Roman" w:cs="Times New Roman"/>
          <w:strike/>
          <w:sz w:val="24"/>
          <w:szCs w:val="24"/>
        </w:rPr>
        <w:t xml:space="preserve">Later, we all went up </w:t>
      </w:r>
      <w:r w:rsidR="00A47CC9" w:rsidRPr="009658F0">
        <w:rPr>
          <w:rFonts w:ascii="Times New Roman" w:eastAsia="Times New Roman" w:hAnsi="Times New Roman" w:cs="Times New Roman"/>
          <w:i/>
          <w:iCs/>
          <w:sz w:val="24"/>
          <w:szCs w:val="24"/>
        </w:rPr>
        <w:t>many of us gathered</w:t>
      </w:r>
      <w:r w:rsidR="00A47CC9" w:rsidRPr="009658F0">
        <w:rPr>
          <w:rFonts w:ascii="Times New Roman" w:eastAsia="Times New Roman" w:hAnsi="Times New Roman" w:cs="Times New Roman"/>
          <w:sz w:val="24"/>
          <w:szCs w:val="24"/>
        </w:rPr>
        <w:t xml:space="preserve"> on the roof, and </w:t>
      </w:r>
      <w:r w:rsidR="00A47CC9" w:rsidRPr="009658F0">
        <w:rPr>
          <w:rFonts w:ascii="Times New Roman" w:eastAsia="Times New Roman" w:hAnsi="Times New Roman" w:cs="Times New Roman"/>
          <w:i/>
          <w:iCs/>
          <w:sz w:val="24"/>
          <w:szCs w:val="24"/>
        </w:rPr>
        <w:t xml:space="preserve">we </w:t>
      </w:r>
      <w:r w:rsidR="00A47CC9" w:rsidRPr="009658F0">
        <w:rPr>
          <w:rFonts w:ascii="Times New Roman" w:eastAsia="Times New Roman" w:hAnsi="Times New Roman" w:cs="Times New Roman"/>
          <w:sz w:val="24"/>
          <w:szCs w:val="24"/>
        </w:rPr>
        <w:t xml:space="preserve">penetrated to the far left of the dome, where stood the second fire barrel, now </w:t>
      </w:r>
      <w:r w:rsidR="00A47CC9" w:rsidRPr="009658F0">
        <w:rPr>
          <w:rFonts w:ascii="Times New Roman" w:eastAsia="Times New Roman" w:hAnsi="Times New Roman" w:cs="Times New Roman"/>
          <w:i/>
          <w:iCs/>
          <w:sz w:val="24"/>
          <w:szCs w:val="24"/>
        </w:rPr>
        <w:t xml:space="preserve">it was </w:t>
      </w:r>
      <w:r w:rsidR="00A47CC9" w:rsidRPr="009658F0">
        <w:rPr>
          <w:rFonts w:ascii="Times New Roman" w:eastAsia="Times New Roman" w:hAnsi="Times New Roman" w:cs="Times New Roman"/>
          <w:sz w:val="24"/>
          <w:szCs w:val="24"/>
        </w:rPr>
        <w:t>surrounded by 5 or 6 Hasidim</w:t>
      </w:r>
      <w:r w:rsidR="00A47CC9" w:rsidRPr="009658F0">
        <w:rPr>
          <w:rFonts w:ascii="Times New Roman" w:eastAsia="Times New Roman" w:hAnsi="Times New Roman" w:cs="Times New Roman"/>
          <w:i/>
          <w:iCs/>
          <w:sz w:val="24"/>
          <w:szCs w:val="24"/>
        </w:rPr>
        <w:t xml:space="preserve"> a group.</w:t>
      </w:r>
      <w:r w:rsidR="00A47CC9" w:rsidRPr="009658F0">
        <w:rPr>
          <w:rFonts w:ascii="Times New Roman" w:eastAsia="Times New Roman" w:hAnsi="Times New Roman" w:cs="Times New Roman"/>
          <w:sz w:val="24"/>
          <w:szCs w:val="24"/>
        </w:rPr>
        <w:t xml:space="preserve"> This barrel was full and </w:t>
      </w:r>
      <w:r w:rsidR="00FF1911" w:rsidRPr="009658F0">
        <w:rPr>
          <w:rFonts w:ascii="Times New Roman" w:eastAsia="Times New Roman" w:hAnsi="Times New Roman" w:cs="Times New Roman"/>
          <w:i/>
          <w:iCs/>
          <w:sz w:val="24"/>
          <w:szCs w:val="24"/>
        </w:rPr>
        <w:t xml:space="preserve">who were </w:t>
      </w:r>
      <w:r w:rsidR="00A47CC9" w:rsidRPr="009658F0">
        <w:rPr>
          <w:rFonts w:ascii="Times New Roman" w:eastAsia="Times New Roman" w:hAnsi="Times New Roman" w:cs="Times New Roman"/>
          <w:sz w:val="24"/>
          <w:szCs w:val="24"/>
        </w:rPr>
        <w:t>mound</w:t>
      </w:r>
      <w:r w:rsidR="00FF1911" w:rsidRPr="009658F0">
        <w:rPr>
          <w:rFonts w:ascii="Times New Roman" w:eastAsia="Times New Roman" w:hAnsi="Times New Roman" w:cs="Times New Roman"/>
          <w:i/>
          <w:iCs/>
          <w:sz w:val="24"/>
          <w:szCs w:val="24"/>
        </w:rPr>
        <w:t>ing it</w:t>
      </w:r>
      <w:r w:rsidR="00A47CC9" w:rsidRPr="009658F0">
        <w:rPr>
          <w:rFonts w:ascii="Times New Roman" w:eastAsia="Times New Roman" w:hAnsi="Times New Roman" w:cs="Times New Roman"/>
          <w:sz w:val="24"/>
          <w:szCs w:val="24"/>
        </w:rPr>
        <w:t xml:space="preserve"> up</w:t>
      </w:r>
      <w:r w:rsidR="00FF1911" w:rsidRPr="009658F0">
        <w:rPr>
          <w:rFonts w:ascii="Times New Roman" w:eastAsia="Times New Roman" w:hAnsi="Times New Roman" w:cs="Times New Roman"/>
          <w:i/>
          <w:iCs/>
          <w:sz w:val="24"/>
          <w:szCs w:val="24"/>
        </w:rPr>
        <w:t xml:space="preserve"> a vast amount of</w:t>
      </w:r>
      <w:r w:rsidR="00FF1911" w:rsidRPr="009658F0">
        <w:rPr>
          <w:rFonts w:ascii="Times New Roman" w:eastAsia="Times New Roman" w:hAnsi="Times New Roman" w:cs="Times New Roman"/>
          <w:sz w:val="24"/>
          <w:szCs w:val="24"/>
        </w:rPr>
        <w:t xml:space="preserve"> fuel, the fuel</w:t>
      </w:r>
      <w:r w:rsidR="00FF1911" w:rsidRPr="009658F0">
        <w:rPr>
          <w:rFonts w:ascii="Times New Roman" w:eastAsia="Times New Roman" w:hAnsi="Times New Roman" w:cs="Times New Roman"/>
          <w:i/>
          <w:iCs/>
          <w:sz w:val="24"/>
          <w:szCs w:val="24"/>
        </w:rPr>
        <w:t xml:space="preserve"> </w:t>
      </w:r>
      <w:r w:rsidR="00FF1911" w:rsidRPr="009658F0">
        <w:rPr>
          <w:rFonts w:ascii="Times New Roman" w:eastAsia="Times New Roman" w:hAnsi="Times New Roman" w:cs="Times New Roman"/>
          <w:sz w:val="24"/>
          <w:szCs w:val="24"/>
        </w:rPr>
        <w:t xml:space="preserve">we hear, was [underlined text is text written at foot of page, for insertion here] </w:t>
      </w:r>
      <w:r w:rsidR="00FF1911" w:rsidRPr="009658F0">
        <w:rPr>
          <w:rFonts w:ascii="Times New Roman" w:eastAsia="Times New Roman" w:hAnsi="Times New Roman" w:cs="Times New Roman"/>
          <w:sz w:val="24"/>
          <w:szCs w:val="24"/>
          <w:u w:val="single"/>
        </w:rPr>
        <w:t xml:space="preserve">papers with names, m’s name (proving you are a Jew) + request (put into barrel before lit) and </w:t>
      </w:r>
      <w:r w:rsidR="00FF1911" w:rsidRPr="009658F0">
        <w:rPr>
          <w:rFonts w:ascii="Times New Roman" w:eastAsia="Times New Roman" w:hAnsi="Times New Roman" w:cs="Times New Roman"/>
          <w:i/>
          <w:iCs/>
          <w:sz w:val="24"/>
          <w:szCs w:val="24"/>
          <w:u w:val="single"/>
        </w:rPr>
        <w:t>prayer</w:t>
      </w:r>
      <w:r w:rsidR="00FF1911" w:rsidRPr="009658F0">
        <w:rPr>
          <w:rFonts w:ascii="Times New Roman" w:eastAsia="Times New Roman" w:hAnsi="Times New Roman" w:cs="Times New Roman"/>
          <w:i/>
          <w:iCs/>
          <w:sz w:val="24"/>
          <w:szCs w:val="24"/>
        </w:rPr>
        <w:t xml:space="preserve"> – </w:t>
      </w:r>
      <w:r w:rsidR="00FF1911" w:rsidRPr="009658F0">
        <w:rPr>
          <w:rFonts w:ascii="Times New Roman" w:eastAsia="Times New Roman" w:hAnsi="Times New Roman" w:cs="Times New Roman"/>
          <w:sz w:val="24"/>
          <w:szCs w:val="24"/>
          <w:u w:val="single"/>
        </w:rPr>
        <w:t>Harvey</w:t>
      </w:r>
      <w:r w:rsidR="00FF1911" w:rsidRPr="009658F0">
        <w:rPr>
          <w:rFonts w:ascii="Times New Roman" w:eastAsia="Times New Roman" w:hAnsi="Times New Roman" w:cs="Times New Roman"/>
          <w:i/>
          <w:iCs/>
          <w:sz w:val="24"/>
          <w:szCs w:val="24"/>
        </w:rPr>
        <w:t xml:space="preserve"> </w:t>
      </w:r>
      <w:r w:rsidR="00FF1911" w:rsidRPr="009658F0">
        <w:rPr>
          <w:rFonts w:ascii="Times New Roman" w:eastAsia="Times New Roman" w:hAnsi="Times New Roman" w:cs="Times New Roman"/>
          <w:sz w:val="24"/>
          <w:szCs w:val="24"/>
        </w:rPr>
        <w:t>the candles</w:t>
      </w:r>
    </w:p>
    <w:p w14:paraId="7DEB63CE" w14:textId="77777777" w:rsidR="00FF1911" w:rsidRPr="009658F0" w:rsidRDefault="00FF1911" w:rsidP="006C1960">
      <w:pPr>
        <w:spacing w:line="360" w:lineRule="auto"/>
        <w:rPr>
          <w:rFonts w:ascii="Times New Roman" w:eastAsia="Times New Roman" w:hAnsi="Times New Roman" w:cs="Times New Roman"/>
        </w:rPr>
      </w:pPr>
      <w:r w:rsidRPr="009658F0">
        <w:rPr>
          <w:rFonts w:ascii="Times New Roman" w:eastAsia="Times New Roman" w:hAnsi="Times New Roman" w:cs="Times New Roman"/>
        </w:rPr>
        <w:br w:type="page"/>
      </w:r>
    </w:p>
    <w:p w14:paraId="7E8D4022" w14:textId="069FA393" w:rsidR="00FF1911" w:rsidRPr="009658F0" w:rsidRDefault="00FF1911" w:rsidP="006C1960">
      <w:pPr>
        <w:tabs>
          <w:tab w:val="left" w:pos="1887"/>
        </w:tabs>
        <w:spacing w:line="360" w:lineRule="auto"/>
        <w:rPr>
          <w:rFonts w:ascii="Times New Roman" w:eastAsia="Times New Roman" w:hAnsi="Times New Roman" w:cs="Times New Roman"/>
        </w:rPr>
      </w:pPr>
      <w:r w:rsidRPr="00BB2E6B">
        <w:rPr>
          <w:rFonts w:ascii="Times New Roman" w:eastAsia="Times New Roman" w:hAnsi="Times New Roman" w:cs="Times New Roman"/>
          <w:highlight w:val="yellow"/>
        </w:rPr>
        <w:lastRenderedPageBreak/>
        <w:t>EDITH PAGE 75</w:t>
      </w:r>
    </w:p>
    <w:p w14:paraId="49443FDA" w14:textId="7F3D6DD0" w:rsidR="00FF1911" w:rsidRPr="009658F0" w:rsidRDefault="00532ECD" w:rsidP="006C1960">
      <w:pPr>
        <w:tabs>
          <w:tab w:val="left" w:pos="1887"/>
        </w:tabs>
        <w:spacing w:line="360" w:lineRule="auto"/>
        <w:jc w:val="right"/>
        <w:rPr>
          <w:rFonts w:ascii="Times New Roman" w:eastAsia="Times New Roman" w:hAnsi="Times New Roman" w:cs="Times New Roman"/>
        </w:rPr>
      </w:pPr>
      <w:r w:rsidRPr="009658F0">
        <w:rPr>
          <w:rFonts w:ascii="Times New Roman" w:eastAsia="Times New Roman" w:hAnsi="Times New Roman" w:cs="Times New Roman"/>
        </w:rPr>
        <w:t>(75)</w:t>
      </w:r>
    </w:p>
    <w:p w14:paraId="75285809" w14:textId="1C6888DB" w:rsidR="00AD522F" w:rsidRPr="009658F0" w:rsidRDefault="00532ECD"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flung into Bar </w:t>
      </w:r>
      <w:proofErr w:type="spellStart"/>
      <w:r w:rsidRPr="009658F0">
        <w:rPr>
          <w:rFonts w:ascii="Times New Roman" w:eastAsia="Times New Roman" w:hAnsi="Times New Roman" w:cs="Times New Roman"/>
          <w:sz w:val="24"/>
          <w:szCs w:val="24"/>
        </w:rPr>
        <w:t>Yohai’s</w:t>
      </w:r>
      <w:proofErr w:type="spellEnd"/>
      <w:r w:rsidRPr="009658F0">
        <w:rPr>
          <w:rFonts w:ascii="Times New Roman" w:eastAsia="Times New Roman" w:hAnsi="Times New Roman" w:cs="Times New Roman"/>
          <w:sz w:val="24"/>
          <w:szCs w:val="24"/>
        </w:rPr>
        <w:t xml:space="preserve"> tomb [black asterisk] below (and his son Eleazar’s tomb). A crowd gradually thickened</w:t>
      </w:r>
      <w:r w:rsidR="00721F26" w:rsidRPr="009658F0">
        <w:rPr>
          <w:rFonts w:ascii="Times New Roman" w:eastAsia="Times New Roman" w:hAnsi="Times New Roman" w:cs="Times New Roman"/>
          <w:sz w:val="24"/>
          <w:szCs w:val="24"/>
        </w:rPr>
        <w:t xml:space="preserve"> around the barrel, all Hasidim, many in fur </w:t>
      </w:r>
      <w:proofErr w:type="spellStart"/>
      <w:r w:rsidR="00721F26" w:rsidRPr="009658F0">
        <w:rPr>
          <w:rFonts w:ascii="Times New Roman" w:eastAsia="Times New Roman" w:hAnsi="Times New Roman" w:cs="Times New Roman"/>
          <w:sz w:val="24"/>
          <w:szCs w:val="24"/>
        </w:rPr>
        <w:t>streimels</w:t>
      </w:r>
      <w:proofErr w:type="spellEnd"/>
      <w:r w:rsidR="00721F26" w:rsidRPr="009658F0">
        <w:rPr>
          <w:rFonts w:ascii="Times New Roman" w:eastAsia="Times New Roman" w:hAnsi="Times New Roman" w:cs="Times New Roman"/>
          <w:sz w:val="24"/>
          <w:szCs w:val="24"/>
        </w:rPr>
        <w:t xml:space="preserve"> </w:t>
      </w:r>
      <w:r w:rsidR="00721F26" w:rsidRPr="009658F0">
        <w:rPr>
          <w:rFonts w:ascii="Times New Roman" w:eastAsia="Times New Roman" w:hAnsi="Times New Roman" w:cs="Times New Roman"/>
          <w:i/>
          <w:iCs/>
          <w:sz w:val="24"/>
          <w:szCs w:val="24"/>
        </w:rPr>
        <w:t>some with vodka bottles stuck in their pockets</w:t>
      </w:r>
      <w:r w:rsidR="00721F26" w:rsidRPr="009658F0">
        <w:rPr>
          <w:rFonts w:ascii="Times New Roman" w:eastAsia="Times New Roman" w:hAnsi="Times New Roman" w:cs="Times New Roman"/>
          <w:sz w:val="24"/>
          <w:szCs w:val="24"/>
        </w:rPr>
        <w:t xml:space="preserve"> (I read on Wed after in the museum </w:t>
      </w:r>
      <w:r w:rsidR="00721F26" w:rsidRPr="009658F0">
        <w:rPr>
          <w:rFonts w:ascii="Times New Roman" w:eastAsia="Times New Roman" w:hAnsi="Times New Roman" w:cs="Times New Roman"/>
          <w:strike/>
          <w:sz w:val="24"/>
          <w:szCs w:val="24"/>
        </w:rPr>
        <w:t xml:space="preserve">how </w:t>
      </w:r>
      <w:r w:rsidR="00721F26" w:rsidRPr="009658F0">
        <w:rPr>
          <w:rFonts w:ascii="Times New Roman" w:eastAsia="Times New Roman" w:hAnsi="Times New Roman" w:cs="Times New Roman"/>
          <w:sz w:val="24"/>
          <w:szCs w:val="24"/>
        </w:rPr>
        <w:t xml:space="preserve">in a book by Halevi on Hasidim, the picture showed the gradual development of the peculiar costume. First C17, C18, sober ordinary clothes, </w:t>
      </w:r>
      <w:proofErr w:type="spellStart"/>
      <w:r w:rsidR="00721F26" w:rsidRPr="009658F0">
        <w:rPr>
          <w:rFonts w:ascii="Times New Roman" w:eastAsia="Times New Roman" w:hAnsi="Times New Roman" w:cs="Times New Roman"/>
          <w:sz w:val="24"/>
          <w:szCs w:val="24"/>
        </w:rPr>
        <w:t>tho</w:t>
      </w:r>
      <w:proofErr w:type="spellEnd"/>
      <w:r w:rsidR="00721F26" w:rsidRPr="009658F0">
        <w:rPr>
          <w:rFonts w:ascii="Times New Roman" w:eastAsia="Times New Roman" w:hAnsi="Times New Roman" w:cs="Times New Roman"/>
          <w:sz w:val="24"/>
          <w:szCs w:val="24"/>
        </w:rPr>
        <w:t xml:space="preserve"> with a beard and some kind of long coat (I didn’t [white out] notice the comical saucepan-lid type hat of the medieval age). Then </w:t>
      </w:r>
      <w:r w:rsidR="00CE7D92" w:rsidRPr="009658F0">
        <w:rPr>
          <w:rFonts w:ascii="Times New Roman" w:eastAsia="Times New Roman" w:hAnsi="Times New Roman" w:cs="Times New Roman"/>
          <w:sz w:val="24"/>
          <w:szCs w:val="24"/>
        </w:rPr>
        <w:t xml:space="preserve">late Victorian, early C20, black was worn, and a hat: not everyone wore the same kind. Then perhaps </w:t>
      </w:r>
      <w:r w:rsidR="00CE7D92" w:rsidRPr="009658F0">
        <w:rPr>
          <w:rFonts w:ascii="Times New Roman" w:eastAsia="Times New Roman" w:hAnsi="Times New Roman" w:cs="Times New Roman"/>
          <w:i/>
          <w:iCs/>
          <w:sz w:val="24"/>
          <w:szCs w:val="24"/>
        </w:rPr>
        <w:t>around</w:t>
      </w:r>
      <w:r w:rsidR="00CE7D92" w:rsidRPr="009658F0">
        <w:rPr>
          <w:rFonts w:ascii="Times New Roman" w:eastAsia="Times New Roman" w:hAnsi="Times New Roman" w:cs="Times New Roman"/>
          <w:sz w:val="24"/>
          <w:szCs w:val="24"/>
        </w:rPr>
        <w:t xml:space="preserve"> the 30s), the </w:t>
      </w:r>
      <w:r w:rsidR="00CE7D92" w:rsidRPr="009658F0">
        <w:rPr>
          <w:rFonts w:ascii="Times New Roman" w:eastAsia="Times New Roman" w:hAnsi="Times New Roman" w:cs="Times New Roman"/>
          <w:strike/>
          <w:sz w:val="24"/>
          <w:szCs w:val="24"/>
        </w:rPr>
        <w:t>definite</w:t>
      </w:r>
      <w:r w:rsidR="00CE7D92" w:rsidRPr="009658F0">
        <w:rPr>
          <w:rFonts w:ascii="Times New Roman" w:eastAsia="Times New Roman" w:hAnsi="Times New Roman" w:cs="Times New Roman"/>
          <w:sz w:val="24"/>
          <w:szCs w:val="24"/>
        </w:rPr>
        <w:t xml:space="preserve"> </w:t>
      </w:r>
      <w:r w:rsidR="00CE7D92" w:rsidRPr="009658F0">
        <w:rPr>
          <w:rFonts w:ascii="Times New Roman" w:eastAsia="Times New Roman" w:hAnsi="Times New Roman" w:cs="Times New Roman"/>
          <w:i/>
          <w:iCs/>
          <w:sz w:val="24"/>
          <w:szCs w:val="24"/>
        </w:rPr>
        <w:t xml:space="preserve">foundation </w:t>
      </w:r>
      <w:r w:rsidR="00CE7D92" w:rsidRPr="009658F0">
        <w:rPr>
          <w:rFonts w:ascii="Times New Roman" w:eastAsia="Times New Roman" w:hAnsi="Times New Roman" w:cs="Times New Roman"/>
          <w:sz w:val="24"/>
          <w:szCs w:val="24"/>
        </w:rPr>
        <w:t xml:space="preserve">round brimmed hat, </w:t>
      </w:r>
      <w:r w:rsidR="00CE7D92" w:rsidRPr="009658F0">
        <w:rPr>
          <w:rFonts w:ascii="Times New Roman" w:eastAsia="Times New Roman" w:hAnsi="Times New Roman" w:cs="Times New Roman"/>
          <w:i/>
          <w:iCs/>
          <w:sz w:val="24"/>
          <w:szCs w:val="24"/>
        </w:rPr>
        <w:t xml:space="preserve">but </w:t>
      </w:r>
      <w:r w:rsidR="00CE7D92" w:rsidRPr="009658F0">
        <w:rPr>
          <w:rFonts w:ascii="Times New Roman" w:eastAsia="Times New Roman" w:hAnsi="Times New Roman" w:cs="Times New Roman"/>
          <w:sz w:val="24"/>
          <w:szCs w:val="24"/>
        </w:rPr>
        <w:t xml:space="preserve">still the coat was varied, ordinary [black asterisk]. Only recently has appeared </w:t>
      </w:r>
      <w:r w:rsidR="00CE7D92" w:rsidRPr="009658F0">
        <w:rPr>
          <w:rFonts w:ascii="Times New Roman" w:eastAsia="Times New Roman" w:hAnsi="Times New Roman" w:cs="Times New Roman"/>
          <w:strike/>
          <w:sz w:val="24"/>
          <w:szCs w:val="24"/>
        </w:rPr>
        <w:t>the</w:t>
      </w:r>
      <w:r w:rsidR="00CE7D92" w:rsidRPr="009658F0">
        <w:rPr>
          <w:rFonts w:ascii="Times New Roman" w:eastAsia="Times New Roman" w:hAnsi="Times New Roman" w:cs="Times New Roman"/>
          <w:sz w:val="24"/>
          <w:szCs w:val="24"/>
        </w:rPr>
        <w:t xml:space="preserve"> – has crystallized out – the extreme precise costume, the </w:t>
      </w:r>
      <w:r w:rsidR="00CE7D92" w:rsidRPr="009658F0">
        <w:rPr>
          <w:rFonts w:ascii="Times New Roman" w:eastAsia="Times New Roman" w:hAnsi="Times New Roman" w:cs="Times New Roman"/>
          <w:i/>
          <w:iCs/>
          <w:sz w:val="24"/>
          <w:szCs w:val="24"/>
        </w:rPr>
        <w:t xml:space="preserve">black </w:t>
      </w:r>
      <w:r w:rsidR="00CE7D92" w:rsidRPr="009658F0">
        <w:rPr>
          <w:rFonts w:ascii="Times New Roman" w:eastAsia="Times New Roman" w:hAnsi="Times New Roman" w:cs="Times New Roman"/>
          <w:sz w:val="24"/>
          <w:szCs w:val="24"/>
        </w:rPr>
        <w:t xml:space="preserve">silk capote “caftan”, </w:t>
      </w:r>
      <w:r w:rsidR="00CE7D92" w:rsidRPr="009658F0">
        <w:rPr>
          <w:rFonts w:ascii="Times New Roman" w:eastAsia="Times New Roman" w:hAnsi="Times New Roman" w:cs="Times New Roman"/>
          <w:i/>
          <w:iCs/>
          <w:sz w:val="24"/>
          <w:szCs w:val="24"/>
        </w:rPr>
        <w:t>long coat, black</w:t>
      </w:r>
      <w:r w:rsidR="00CE7D92" w:rsidRPr="009658F0">
        <w:rPr>
          <w:rFonts w:ascii="Times New Roman" w:eastAsia="Times New Roman" w:hAnsi="Times New Roman" w:cs="Times New Roman"/>
          <w:sz w:val="24"/>
          <w:szCs w:val="24"/>
        </w:rPr>
        <w:t xml:space="preserve"> brocaded in flowers on lines: the [white out] pure white [illegible] lets buttoned up shirt, with collar; the belt [bold italic text added above then continues in right margin] </w:t>
      </w:r>
      <w:r w:rsidR="00CE7D92" w:rsidRPr="009658F0">
        <w:rPr>
          <w:rFonts w:ascii="Times New Roman" w:eastAsia="Times New Roman" w:hAnsi="Times New Roman" w:cs="Times New Roman"/>
          <w:b/>
          <w:bCs/>
          <w:i/>
          <w:iCs/>
          <w:sz w:val="24"/>
          <w:szCs w:val="24"/>
        </w:rPr>
        <w:t xml:space="preserve">garter </w:t>
      </w:r>
      <w:proofErr w:type="spellStart"/>
      <w:r w:rsidR="00CE7D92" w:rsidRPr="009658F0">
        <w:rPr>
          <w:rFonts w:ascii="Times New Roman" w:eastAsia="Times New Roman" w:hAnsi="Times New Roman" w:cs="Times New Roman"/>
          <w:b/>
          <w:bCs/>
          <w:i/>
          <w:iCs/>
          <w:sz w:val="24"/>
          <w:szCs w:val="24"/>
        </w:rPr>
        <w:t>sep</w:t>
      </w:r>
      <w:proofErr w:type="spellEnd"/>
      <w:r w:rsidR="00CE7D92" w:rsidRPr="009658F0">
        <w:rPr>
          <w:rFonts w:ascii="Times New Roman" w:eastAsia="Times New Roman" w:hAnsi="Times New Roman" w:cs="Times New Roman"/>
          <w:b/>
          <w:bCs/>
          <w:i/>
          <w:iCs/>
          <w:sz w:val="24"/>
          <w:szCs w:val="24"/>
        </w:rPr>
        <w:t xml:space="preserve"> </w:t>
      </w:r>
      <w:proofErr w:type="spellStart"/>
      <w:r w:rsidR="00CE7D92" w:rsidRPr="009658F0">
        <w:rPr>
          <w:rFonts w:ascii="Times New Roman" w:eastAsia="Times New Roman" w:hAnsi="Times New Roman" w:cs="Times New Roman"/>
          <w:b/>
          <w:bCs/>
          <w:i/>
          <w:iCs/>
          <w:sz w:val="24"/>
          <w:szCs w:val="24"/>
        </w:rPr>
        <w:t>phys</w:t>
      </w:r>
      <w:proofErr w:type="spellEnd"/>
      <w:r w:rsidR="00CE7D92" w:rsidRPr="009658F0">
        <w:rPr>
          <w:rFonts w:ascii="Times New Roman" w:eastAsia="Times New Roman" w:hAnsi="Times New Roman" w:cs="Times New Roman"/>
          <w:b/>
          <w:bCs/>
          <w:i/>
          <w:iCs/>
          <w:sz w:val="24"/>
          <w:szCs w:val="24"/>
        </w:rPr>
        <w:t xml:space="preserve"> and spiritual, </w:t>
      </w:r>
      <w:proofErr w:type="spellStart"/>
      <w:r w:rsidR="00CE7D92" w:rsidRPr="009658F0">
        <w:rPr>
          <w:rFonts w:ascii="Times New Roman" w:eastAsia="Times New Roman" w:hAnsi="Times New Roman" w:cs="Times New Roman"/>
          <w:b/>
          <w:bCs/>
          <w:i/>
          <w:iCs/>
          <w:sz w:val="24"/>
          <w:szCs w:val="24"/>
        </w:rPr>
        <w:t>Sephiros</w:t>
      </w:r>
      <w:proofErr w:type="spellEnd"/>
      <w:r w:rsidR="00CE7D92" w:rsidRPr="009658F0">
        <w:rPr>
          <w:rFonts w:ascii="Times New Roman" w:eastAsia="Times New Roman" w:hAnsi="Times New Roman" w:cs="Times New Roman"/>
          <w:b/>
          <w:bCs/>
          <w:i/>
          <w:iCs/>
          <w:sz w:val="24"/>
          <w:szCs w:val="24"/>
        </w:rPr>
        <w:t xml:space="preserve"> [?] I know [?] = genitalia = light, Shekhinah</w:t>
      </w:r>
      <w:r w:rsidR="00CE7D92" w:rsidRPr="009658F0">
        <w:rPr>
          <w:rFonts w:ascii="Times New Roman" w:eastAsia="Times New Roman" w:hAnsi="Times New Roman" w:cs="Times New Roman"/>
          <w:sz w:val="24"/>
          <w:szCs w:val="24"/>
        </w:rPr>
        <w:t xml:space="preserve"> with its meaning of control, not tight though, hanging in line with the coat as if too polite </w:t>
      </w:r>
      <w:r w:rsidR="00CE7D92" w:rsidRPr="009658F0">
        <w:rPr>
          <w:rFonts w:ascii="Times New Roman" w:eastAsia="Times New Roman" w:hAnsi="Times New Roman" w:cs="Times New Roman"/>
          <w:i/>
          <w:iCs/>
          <w:sz w:val="24"/>
          <w:szCs w:val="24"/>
        </w:rPr>
        <w:t>courteous</w:t>
      </w:r>
      <w:r w:rsidR="00CE7D92" w:rsidRPr="009658F0">
        <w:rPr>
          <w:rFonts w:ascii="Times New Roman" w:eastAsia="Times New Roman" w:hAnsi="Times New Roman" w:cs="Times New Roman"/>
          <w:sz w:val="24"/>
          <w:szCs w:val="24"/>
        </w:rPr>
        <w:t xml:space="preserve"> to drag it together [text above line inserted here] </w:t>
      </w:r>
      <w:r w:rsidR="00CE7D92" w:rsidRPr="009658F0">
        <w:rPr>
          <w:rFonts w:ascii="Times New Roman" w:eastAsia="Times New Roman" w:hAnsi="Times New Roman" w:cs="Times New Roman"/>
          <w:b/>
          <w:bCs/>
          <w:i/>
          <w:iCs/>
          <w:sz w:val="24"/>
          <w:szCs w:val="24"/>
        </w:rPr>
        <w:t xml:space="preserve">fringes of pray shawl below coat </w:t>
      </w:r>
      <w:commentRangeStart w:id="42"/>
      <w:r w:rsidR="00CE7D92" w:rsidRPr="009658F0">
        <w:rPr>
          <w:rFonts w:ascii="Times New Roman" w:eastAsia="Times New Roman" w:hAnsi="Times New Roman" w:cs="Times New Roman"/>
          <w:b/>
          <w:bCs/>
          <w:i/>
          <w:iCs/>
          <w:sz w:val="24"/>
          <w:szCs w:val="24"/>
        </w:rPr>
        <w:t xml:space="preserve">tefillin </w:t>
      </w:r>
      <w:commentRangeEnd w:id="42"/>
      <w:r w:rsidR="00CE7D92" w:rsidRPr="009658F0">
        <w:rPr>
          <w:rStyle w:val="CommentReference"/>
          <w:rFonts w:ascii="Times New Roman" w:hAnsi="Times New Roman" w:cs="Times New Roman"/>
          <w:sz w:val="24"/>
          <w:szCs w:val="24"/>
        </w:rPr>
        <w:commentReference w:id="42"/>
      </w:r>
      <w:r w:rsidR="00CE7D92" w:rsidRPr="009658F0">
        <w:rPr>
          <w:rFonts w:ascii="Times New Roman" w:eastAsia="Times New Roman" w:hAnsi="Times New Roman" w:cs="Times New Roman"/>
          <w:sz w:val="24"/>
          <w:szCs w:val="24"/>
        </w:rPr>
        <w:t>the black trousers, o</w:t>
      </w:r>
      <w:r w:rsidR="00FB3753" w:rsidRPr="009658F0">
        <w:rPr>
          <w:rFonts w:ascii="Times New Roman" w:eastAsia="Times New Roman" w:hAnsi="Times New Roman" w:cs="Times New Roman"/>
          <w:sz w:val="24"/>
          <w:szCs w:val="24"/>
        </w:rPr>
        <w:t xml:space="preserve">r low britches, with </w:t>
      </w:r>
      <w:r w:rsidR="00FB3753" w:rsidRPr="009658F0">
        <w:rPr>
          <w:rFonts w:ascii="Times New Roman" w:eastAsia="Times New Roman" w:hAnsi="Times New Roman" w:cs="Times New Roman"/>
          <w:i/>
          <w:iCs/>
          <w:sz w:val="24"/>
          <w:szCs w:val="24"/>
        </w:rPr>
        <w:t>tall</w:t>
      </w:r>
      <w:r w:rsidR="00FB3753" w:rsidRPr="009658F0">
        <w:rPr>
          <w:rFonts w:ascii="Times New Roman" w:eastAsia="Times New Roman" w:hAnsi="Times New Roman" w:cs="Times New Roman"/>
          <w:sz w:val="24"/>
          <w:szCs w:val="24"/>
        </w:rPr>
        <w:t xml:space="preserve"> white socks, black shoes, the feet stuck out emphatically.</w:t>
      </w:r>
    </w:p>
    <w:p w14:paraId="7156FC9E" w14:textId="77777777" w:rsidR="00AD522F" w:rsidRPr="009658F0" w:rsidRDefault="00AD522F" w:rsidP="006C1960">
      <w:pPr>
        <w:spacing w:line="360" w:lineRule="auto"/>
        <w:rPr>
          <w:rFonts w:ascii="Times New Roman" w:eastAsia="Times New Roman" w:hAnsi="Times New Roman" w:cs="Times New Roman"/>
        </w:rPr>
      </w:pPr>
      <w:r w:rsidRPr="009658F0">
        <w:rPr>
          <w:rFonts w:ascii="Times New Roman" w:eastAsia="Times New Roman" w:hAnsi="Times New Roman" w:cs="Times New Roman"/>
        </w:rPr>
        <w:br w:type="page"/>
      </w:r>
    </w:p>
    <w:p w14:paraId="68F1B98F" w14:textId="1ADD1E87" w:rsidR="00C474E2" w:rsidRPr="009658F0" w:rsidRDefault="00AD522F" w:rsidP="006C1960">
      <w:pPr>
        <w:tabs>
          <w:tab w:val="left" w:pos="1887"/>
        </w:tabs>
        <w:spacing w:line="360" w:lineRule="auto"/>
        <w:rPr>
          <w:rFonts w:ascii="Times New Roman" w:eastAsia="Times New Roman" w:hAnsi="Times New Roman" w:cs="Times New Roman"/>
        </w:rPr>
      </w:pPr>
      <w:r w:rsidRPr="00BB2E6B">
        <w:rPr>
          <w:rFonts w:ascii="Times New Roman" w:eastAsia="Times New Roman" w:hAnsi="Times New Roman" w:cs="Times New Roman"/>
          <w:highlight w:val="yellow"/>
        </w:rPr>
        <w:lastRenderedPageBreak/>
        <w:t>EDITH PAGE 76</w:t>
      </w:r>
    </w:p>
    <w:p w14:paraId="12394379" w14:textId="7BC0BE89" w:rsidR="00B30A11" w:rsidRPr="009658F0" w:rsidRDefault="00381398" w:rsidP="006C1960">
      <w:pPr>
        <w:tabs>
          <w:tab w:val="left" w:pos="1887"/>
        </w:tabs>
        <w:spacing w:line="360" w:lineRule="auto"/>
        <w:rPr>
          <w:rFonts w:ascii="Times New Roman" w:eastAsia="Times New Roman" w:hAnsi="Times New Roman" w:cs="Times New Roman"/>
        </w:rPr>
      </w:pPr>
      <w:r w:rsidRPr="009658F0">
        <w:rPr>
          <w:rFonts w:ascii="Times New Roman" w:eastAsia="Times New Roman" w:hAnsi="Times New Roman" w:cs="Times New Roman"/>
        </w:rPr>
        <w:t xml:space="preserve">(76) The arms held brisk and rigid with the hands turned back like business executives. The black hair obsessively neat and close cut. The </w:t>
      </w:r>
      <w:r w:rsidRPr="009658F0">
        <w:rPr>
          <w:rFonts w:ascii="Times New Roman" w:eastAsia="Times New Roman" w:hAnsi="Times New Roman" w:cs="Times New Roman"/>
          <w:strike/>
        </w:rPr>
        <w:t xml:space="preserve">kipper </w:t>
      </w:r>
      <w:proofErr w:type="spellStart"/>
      <w:r w:rsidRPr="009658F0">
        <w:rPr>
          <w:rFonts w:ascii="Times New Roman" w:eastAsia="Times New Roman" w:hAnsi="Times New Roman" w:cs="Times New Roman"/>
          <w:i/>
          <w:iCs/>
        </w:rPr>
        <w:t>kipa</w:t>
      </w:r>
      <w:proofErr w:type="spellEnd"/>
      <w:r w:rsidRPr="009658F0">
        <w:rPr>
          <w:rFonts w:ascii="Times New Roman" w:eastAsia="Times New Roman" w:hAnsi="Times New Roman" w:cs="Times New Roman"/>
        </w:rPr>
        <w:t xml:space="preserve"> visible under the black hat </w:t>
      </w:r>
      <w:r w:rsidRPr="009658F0">
        <w:rPr>
          <w:rFonts w:ascii="Times New Roman" w:eastAsia="Times New Roman" w:hAnsi="Times New Roman" w:cs="Times New Roman"/>
          <w:i/>
          <w:iCs/>
        </w:rPr>
        <w:t xml:space="preserve">requirement to cover the head </w:t>
      </w:r>
      <w:r w:rsidRPr="009658F0">
        <w:rPr>
          <w:rFonts w:ascii="Times New Roman" w:eastAsia="Times New Roman" w:hAnsi="Times New Roman" w:cs="Times New Roman"/>
        </w:rPr>
        <w:t xml:space="preserve">– (going </w:t>
      </w:r>
      <w:r w:rsidRPr="009658F0">
        <w:rPr>
          <w:rFonts w:ascii="Times New Roman" w:eastAsia="Times New Roman" w:hAnsi="Times New Roman" w:cs="Times New Roman"/>
          <w:u w:val="single"/>
        </w:rPr>
        <w:t xml:space="preserve">beyond </w:t>
      </w:r>
      <w:r w:rsidRPr="009658F0">
        <w:rPr>
          <w:rFonts w:ascii="Times New Roman" w:eastAsia="Times New Roman" w:hAnsi="Times New Roman" w:cs="Times New Roman"/>
        </w:rPr>
        <w:t xml:space="preserve">the Talmud – a saintly achievement – </w:t>
      </w:r>
      <w:commentRangeStart w:id="43"/>
      <w:r w:rsidRPr="009658F0">
        <w:rPr>
          <w:rFonts w:ascii="Times New Roman" w:eastAsia="Times New Roman" w:hAnsi="Times New Roman" w:cs="Times New Roman"/>
        </w:rPr>
        <w:t xml:space="preserve">2 </w:t>
      </w:r>
      <w:commentRangeEnd w:id="43"/>
      <w:r w:rsidRPr="009658F0">
        <w:rPr>
          <w:rStyle w:val="CommentReference"/>
          <w:rFonts w:ascii="Times New Roman" w:hAnsi="Times New Roman" w:cs="Times New Roman"/>
        </w:rPr>
        <w:commentReference w:id="43"/>
      </w:r>
      <w:r w:rsidRPr="009658F0">
        <w:rPr>
          <w:rFonts w:ascii="Times New Roman" w:eastAsia="Times New Roman" w:hAnsi="Times New Roman" w:cs="Times New Roman"/>
        </w:rPr>
        <w:t xml:space="preserve">hats. The hat fur [?] and large or a </w:t>
      </w:r>
      <w:proofErr w:type="spellStart"/>
      <w:r w:rsidRPr="009658F0">
        <w:rPr>
          <w:rFonts w:ascii="Times New Roman" w:eastAsia="Times New Roman" w:hAnsi="Times New Roman" w:cs="Times New Roman"/>
        </w:rPr>
        <w:t>streiml</w:t>
      </w:r>
      <w:proofErr w:type="spellEnd"/>
      <w:r w:rsidRPr="009658F0">
        <w:rPr>
          <w:rFonts w:ascii="Times New Roman" w:eastAsia="Times New Roman" w:hAnsi="Times New Roman" w:cs="Times New Roman"/>
        </w:rPr>
        <w:t xml:space="preserve"> </w:t>
      </w:r>
      <w:proofErr w:type="spellStart"/>
      <w:r w:rsidRPr="009658F0">
        <w:rPr>
          <w:rFonts w:ascii="Times New Roman" w:eastAsia="Times New Roman" w:hAnsi="Times New Roman" w:cs="Times New Roman"/>
          <w:i/>
          <w:iCs/>
        </w:rPr>
        <w:t>shtreim</w:t>
      </w:r>
      <w:r w:rsidR="00A80936" w:rsidRPr="009658F0">
        <w:rPr>
          <w:rFonts w:ascii="Times New Roman" w:eastAsia="Times New Roman" w:hAnsi="Times New Roman" w:cs="Times New Roman"/>
          <w:i/>
          <w:iCs/>
        </w:rPr>
        <w:t>el</w:t>
      </w:r>
      <w:proofErr w:type="spellEnd"/>
      <w:r w:rsidR="00A80936" w:rsidRPr="009658F0">
        <w:rPr>
          <w:rFonts w:ascii="Times New Roman" w:eastAsia="Times New Roman" w:hAnsi="Times New Roman" w:cs="Times New Roman"/>
          <w:i/>
          <w:iCs/>
        </w:rPr>
        <w:t xml:space="preserve"> </w:t>
      </w:r>
      <w:r w:rsidR="00A80936" w:rsidRPr="009658F0">
        <w:rPr>
          <w:rFonts w:ascii="Times New Roman" w:eastAsia="Times New Roman" w:hAnsi="Times New Roman" w:cs="Times New Roman"/>
          <w:strike/>
        </w:rPr>
        <w:t>like</w:t>
      </w:r>
      <w:r w:rsidR="00A80936" w:rsidRPr="009658F0">
        <w:rPr>
          <w:rFonts w:ascii="Times New Roman" w:eastAsia="Times New Roman" w:hAnsi="Times New Roman" w:cs="Times New Roman"/>
        </w:rPr>
        <w:t xml:space="preserve"> a </w:t>
      </w:r>
      <w:r w:rsidR="00A80936" w:rsidRPr="009658F0">
        <w:rPr>
          <w:rFonts w:ascii="Times New Roman" w:eastAsia="Times New Roman" w:hAnsi="Times New Roman" w:cs="Times New Roman"/>
          <w:i/>
          <w:iCs/>
        </w:rPr>
        <w:t xml:space="preserve">wide </w:t>
      </w:r>
      <w:r w:rsidR="00A80936" w:rsidRPr="009658F0">
        <w:rPr>
          <w:rFonts w:ascii="Times New Roman" w:eastAsia="Times New Roman" w:hAnsi="Times New Roman" w:cs="Times New Roman"/>
        </w:rPr>
        <w:t xml:space="preserve">crown of fur. </w:t>
      </w:r>
      <w:r w:rsidR="00A80936" w:rsidRPr="009658F0">
        <w:rPr>
          <w:rFonts w:ascii="Times New Roman" w:eastAsia="Times New Roman" w:hAnsi="Times New Roman" w:cs="Times New Roman"/>
          <w:i/>
          <w:iCs/>
        </w:rPr>
        <w:t xml:space="preserve">These men </w:t>
      </w:r>
      <w:r w:rsidR="00A80936" w:rsidRPr="009658F0">
        <w:rPr>
          <w:rFonts w:ascii="Times New Roman" w:eastAsia="Times New Roman" w:hAnsi="Times New Roman" w:cs="Times New Roman"/>
        </w:rPr>
        <w:t xml:space="preserve">(They have dominated the furred beasts and taken their pelts for headdresses.) Then the cheeks long and so pale, so fair, with faint pinkness, and rich beard </w:t>
      </w:r>
      <w:r w:rsidR="00A80936" w:rsidRPr="009658F0">
        <w:rPr>
          <w:rFonts w:ascii="Times New Roman" w:eastAsia="Times New Roman" w:hAnsi="Times New Roman" w:cs="Times New Roman"/>
          <w:i/>
          <w:iCs/>
        </w:rPr>
        <w:t>flanked by long ringlets on each side</w:t>
      </w:r>
      <w:r w:rsidR="00A80936" w:rsidRPr="009658F0">
        <w:rPr>
          <w:rFonts w:ascii="Times New Roman" w:eastAsia="Times New Roman" w:hAnsi="Times New Roman" w:cs="Times New Roman"/>
        </w:rPr>
        <w:t xml:space="preserve">. The eyes not with us at all, innocent yet all full of will and [white out] directedness. Seemingly a blank mind, so that </w:t>
      </w:r>
      <w:proofErr w:type="gramStart"/>
      <w:r w:rsidR="00A80936" w:rsidRPr="009658F0">
        <w:rPr>
          <w:rFonts w:ascii="Times New Roman" w:eastAsia="Times New Roman" w:hAnsi="Times New Roman" w:cs="Times New Roman"/>
        </w:rPr>
        <w:t>whe</w:t>
      </w:r>
      <w:r w:rsidR="00DD25BE" w:rsidRPr="009658F0">
        <w:rPr>
          <w:rFonts w:ascii="Times New Roman" w:eastAsia="Times New Roman" w:hAnsi="Times New Roman" w:cs="Times New Roman"/>
        </w:rPr>
        <w:t>n</w:t>
      </w:r>
      <w:r w:rsidR="00A80936" w:rsidRPr="009658F0">
        <w:rPr>
          <w:rFonts w:ascii="Times New Roman" w:eastAsia="Times New Roman" w:hAnsi="Times New Roman" w:cs="Times New Roman"/>
        </w:rPr>
        <w:t>ever they</w:t>
      </w:r>
      <w:proofErr w:type="gramEnd"/>
      <w:r w:rsidR="00A80936" w:rsidRPr="009658F0">
        <w:rPr>
          <w:rFonts w:ascii="Times New Roman" w:eastAsia="Times New Roman" w:hAnsi="Times New Roman" w:cs="Times New Roman"/>
        </w:rPr>
        <w:t xml:space="preserve"> </w:t>
      </w:r>
      <w:r w:rsidR="00A80936" w:rsidRPr="009658F0">
        <w:rPr>
          <w:rFonts w:ascii="Times New Roman" w:eastAsia="Times New Roman" w:hAnsi="Times New Roman" w:cs="Times New Roman"/>
          <w:i/>
          <w:iCs/>
        </w:rPr>
        <w:t xml:space="preserve">he </w:t>
      </w:r>
      <w:r w:rsidR="00A80936" w:rsidRPr="009658F0">
        <w:rPr>
          <w:rFonts w:ascii="Times New Roman" w:eastAsia="Times New Roman" w:hAnsi="Times New Roman" w:cs="Times New Roman"/>
        </w:rPr>
        <w:t xml:space="preserve">did speak, you jumped, and found it amazing that they </w:t>
      </w:r>
      <w:r w:rsidR="00A80936" w:rsidRPr="009658F0">
        <w:rPr>
          <w:rFonts w:ascii="Times New Roman" w:eastAsia="Times New Roman" w:hAnsi="Times New Roman" w:cs="Times New Roman"/>
          <w:i/>
          <w:iCs/>
        </w:rPr>
        <w:t xml:space="preserve">he </w:t>
      </w:r>
      <w:r w:rsidR="00A80936" w:rsidRPr="009658F0">
        <w:rPr>
          <w:rFonts w:ascii="Times New Roman" w:eastAsia="Times New Roman" w:hAnsi="Times New Roman" w:cs="Times New Roman"/>
        </w:rPr>
        <w:t xml:space="preserve">could do it </w:t>
      </w:r>
      <w:r w:rsidR="00A80936" w:rsidRPr="009658F0">
        <w:rPr>
          <w:rFonts w:ascii="Times New Roman" w:eastAsia="Times New Roman" w:hAnsi="Times New Roman" w:cs="Times New Roman"/>
          <w:i/>
          <w:iCs/>
        </w:rPr>
        <w:t xml:space="preserve">speak at all. </w:t>
      </w:r>
      <w:r w:rsidR="00A80936" w:rsidRPr="009658F0">
        <w:rPr>
          <w:rFonts w:ascii="Times New Roman" w:eastAsia="Times New Roman" w:hAnsi="Times New Roman" w:cs="Times New Roman"/>
        </w:rPr>
        <w:t xml:space="preserve"> Young boy Hasidim of 15-18 walking back to their moshav </w:t>
      </w:r>
      <w:r w:rsidR="00A80936" w:rsidRPr="009658F0">
        <w:rPr>
          <w:rFonts w:ascii="Times New Roman" w:eastAsia="Times New Roman" w:hAnsi="Times New Roman" w:cs="Times New Roman"/>
          <w:i/>
          <w:iCs/>
        </w:rPr>
        <w:t xml:space="preserve">farm </w:t>
      </w:r>
      <w:r w:rsidR="00A80936" w:rsidRPr="009658F0">
        <w:rPr>
          <w:rFonts w:ascii="Times New Roman" w:eastAsia="Times New Roman" w:hAnsi="Times New Roman" w:cs="Times New Roman"/>
        </w:rPr>
        <w:t xml:space="preserve">(which they had commandeered for the occasion) seen in a group near where we parked – they let limbs, especially feet, fly awkwardly about reminding me of a gawky yet high class young people, who were so well brought up </w:t>
      </w:r>
      <w:r w:rsidR="00DD25BE" w:rsidRPr="009658F0">
        <w:rPr>
          <w:rFonts w:ascii="Times New Roman" w:eastAsia="Times New Roman" w:hAnsi="Times New Roman" w:cs="Times New Roman"/>
        </w:rPr>
        <w:t>they</w:t>
      </w:r>
      <w:r w:rsidR="00A80936" w:rsidRPr="009658F0">
        <w:rPr>
          <w:rFonts w:ascii="Times New Roman" w:eastAsia="Times New Roman" w:hAnsi="Times New Roman" w:cs="Times New Roman"/>
        </w:rPr>
        <w:t xml:space="preserve"> </w:t>
      </w:r>
      <w:proofErr w:type="spellStart"/>
      <w:r w:rsidR="00A80936" w:rsidRPr="009658F0">
        <w:rPr>
          <w:rFonts w:ascii="Times New Roman" w:eastAsia="Times New Roman" w:hAnsi="Times New Roman" w:cs="Times New Roman"/>
        </w:rPr>
        <w:t>wee</w:t>
      </w:r>
      <w:proofErr w:type="spellEnd"/>
      <w:r w:rsidR="00A80936" w:rsidRPr="009658F0">
        <w:rPr>
          <w:rFonts w:ascii="Times New Roman" w:eastAsia="Times New Roman" w:hAnsi="Times New Roman" w:cs="Times New Roman"/>
        </w:rPr>
        <w:t xml:space="preserve"> innocent and yet a bit wild. </w:t>
      </w:r>
    </w:p>
    <w:p w14:paraId="2C5A7C97" w14:textId="77777777" w:rsidR="00B30A11" w:rsidRPr="009658F0" w:rsidRDefault="00B30A11" w:rsidP="006C1960">
      <w:pPr>
        <w:spacing w:line="360" w:lineRule="auto"/>
        <w:rPr>
          <w:rFonts w:ascii="Times New Roman" w:eastAsia="Times New Roman" w:hAnsi="Times New Roman" w:cs="Times New Roman"/>
        </w:rPr>
      </w:pPr>
      <w:r w:rsidRPr="009658F0">
        <w:rPr>
          <w:rFonts w:ascii="Times New Roman" w:eastAsia="Times New Roman" w:hAnsi="Times New Roman" w:cs="Times New Roman"/>
        </w:rPr>
        <w:br w:type="page"/>
      </w:r>
    </w:p>
    <w:p w14:paraId="7DC4A37C" w14:textId="5A8A8894" w:rsidR="00AD522F" w:rsidRPr="009658F0" w:rsidRDefault="00B30A11" w:rsidP="006C1960">
      <w:pPr>
        <w:tabs>
          <w:tab w:val="left" w:pos="1887"/>
        </w:tabs>
        <w:spacing w:line="360" w:lineRule="auto"/>
        <w:rPr>
          <w:rFonts w:ascii="Times New Roman" w:eastAsia="Times New Roman" w:hAnsi="Times New Roman" w:cs="Times New Roman"/>
        </w:rPr>
      </w:pPr>
      <w:r w:rsidRPr="00BB2E6B">
        <w:rPr>
          <w:rFonts w:ascii="Times New Roman" w:eastAsia="Times New Roman" w:hAnsi="Times New Roman" w:cs="Times New Roman"/>
          <w:highlight w:val="yellow"/>
        </w:rPr>
        <w:lastRenderedPageBreak/>
        <w:t>EDITH PAGE 77</w:t>
      </w:r>
    </w:p>
    <w:p w14:paraId="7FFA54A1" w14:textId="58FC6DE8" w:rsidR="00B30A11" w:rsidRPr="009658F0" w:rsidRDefault="00B30A11" w:rsidP="006C1960">
      <w:pPr>
        <w:tabs>
          <w:tab w:val="left" w:pos="1887"/>
        </w:tabs>
        <w:spacing w:line="360" w:lineRule="auto"/>
        <w:jc w:val="right"/>
        <w:rPr>
          <w:rFonts w:ascii="Times New Roman" w:eastAsia="Times New Roman" w:hAnsi="Times New Roman" w:cs="Times New Roman"/>
        </w:rPr>
      </w:pPr>
      <w:r w:rsidRPr="009658F0">
        <w:rPr>
          <w:rFonts w:ascii="Times New Roman" w:eastAsia="Times New Roman" w:hAnsi="Times New Roman" w:cs="Times New Roman"/>
        </w:rPr>
        <w:t>(77)</w:t>
      </w:r>
    </w:p>
    <w:p w14:paraId="1B0F0B57" w14:textId="679B905D" w:rsidR="00B30A11" w:rsidRPr="009658F0" w:rsidRDefault="00B30A11"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Some of these had beards, </w:t>
      </w:r>
      <w:r w:rsidRPr="009658F0">
        <w:rPr>
          <w:rFonts w:ascii="Times New Roman" w:eastAsia="Times New Roman" w:hAnsi="Times New Roman" w:cs="Times New Roman"/>
          <w:i/>
          <w:iCs/>
          <w:sz w:val="24"/>
          <w:szCs w:val="24"/>
        </w:rPr>
        <w:t>all had sidelocks</w:t>
      </w:r>
      <w:r w:rsidRPr="009658F0">
        <w:rPr>
          <w:rFonts w:ascii="Times New Roman" w:eastAsia="Times New Roman" w:hAnsi="Times New Roman" w:cs="Times New Roman"/>
          <w:sz w:val="24"/>
          <w:szCs w:val="24"/>
        </w:rPr>
        <w:t xml:space="preserve"> some had smooth child’s faces, though fully </w:t>
      </w:r>
      <w:r w:rsidR="00DF0D69" w:rsidRPr="009658F0">
        <w:rPr>
          <w:rFonts w:ascii="Times New Roman" w:eastAsia="Times New Roman" w:hAnsi="Times New Roman" w:cs="Times New Roman"/>
          <w:sz w:val="24"/>
          <w:szCs w:val="24"/>
        </w:rPr>
        <w:t>grown</w:t>
      </w:r>
      <w:r w:rsidRPr="009658F0">
        <w:rPr>
          <w:rFonts w:ascii="Times New Roman" w:eastAsia="Times New Roman" w:hAnsi="Times New Roman" w:cs="Times New Roman"/>
          <w:sz w:val="24"/>
          <w:szCs w:val="24"/>
        </w:rPr>
        <w:t xml:space="preserve">, with these big foolish eyes. </w:t>
      </w:r>
      <w:r w:rsidR="00841720" w:rsidRPr="009658F0">
        <w:rPr>
          <w:rFonts w:ascii="Times New Roman" w:eastAsia="Times New Roman" w:hAnsi="Times New Roman" w:cs="Times New Roman"/>
          <w:sz w:val="24"/>
          <w:szCs w:val="24"/>
        </w:rPr>
        <w:t>Some had strange [white out] tufts growing on their faces. Do bear</w:t>
      </w:r>
      <w:r w:rsidR="00DF0D69" w:rsidRPr="009658F0">
        <w:rPr>
          <w:rFonts w:ascii="Times New Roman" w:eastAsia="Times New Roman" w:hAnsi="Times New Roman" w:cs="Times New Roman"/>
          <w:sz w:val="24"/>
          <w:szCs w:val="24"/>
        </w:rPr>
        <w:t>d</w:t>
      </w:r>
      <w:r w:rsidR="00841720" w:rsidRPr="009658F0">
        <w:rPr>
          <w:rFonts w:ascii="Times New Roman" w:eastAsia="Times New Roman" w:hAnsi="Times New Roman" w:cs="Times New Roman"/>
          <w:sz w:val="24"/>
          <w:szCs w:val="24"/>
        </w:rPr>
        <w:t>s start like that? They talked rapidly and walked swiftly, kicking out those long feet in the formal shoes. They were in the know yet out of touch with the whole world. * ** to 83f</w:t>
      </w:r>
    </w:p>
    <w:p w14:paraId="7F25EB77" w14:textId="74165A7F" w:rsidR="00841720" w:rsidRPr="009658F0" w:rsidRDefault="00841720" w:rsidP="006C1960">
      <w:pPr>
        <w:tabs>
          <w:tab w:val="left" w:pos="1887"/>
        </w:tabs>
        <w:spacing w:line="360" w:lineRule="auto"/>
        <w:rPr>
          <w:rFonts w:ascii="Times New Roman" w:eastAsia="Times New Roman" w:hAnsi="Times New Roman" w:cs="Times New Roman"/>
          <w:strike/>
          <w:sz w:val="24"/>
          <w:szCs w:val="24"/>
        </w:rPr>
      </w:pPr>
      <w:r w:rsidRPr="009658F0">
        <w:rPr>
          <w:rFonts w:ascii="Times New Roman" w:eastAsia="Times New Roman" w:hAnsi="Times New Roman" w:cs="Times New Roman"/>
          <w:sz w:val="24"/>
          <w:szCs w:val="24"/>
        </w:rPr>
        <w:t xml:space="preserve">-- back to the roof. The middle and younger Hasidim guarded the barrel. Singing began and the circling dance, like a great pot slowly boiling. They were all touching one another in naïve ecstatic holiness. A tiny rebbe in an ancient splayed white beard approached – </w:t>
      </w:r>
      <w:r w:rsidRPr="009658F0">
        <w:rPr>
          <w:rFonts w:ascii="Times New Roman" w:eastAsia="Times New Roman" w:hAnsi="Times New Roman" w:cs="Times New Roman"/>
          <w:i/>
          <w:iCs/>
          <w:sz w:val="24"/>
          <w:szCs w:val="24"/>
        </w:rPr>
        <w:t xml:space="preserve">which he was only able to do </w:t>
      </w:r>
      <w:r w:rsidRPr="009658F0">
        <w:rPr>
          <w:rFonts w:ascii="Times New Roman" w:eastAsia="Times New Roman" w:hAnsi="Times New Roman" w:cs="Times New Roman"/>
          <w:sz w:val="24"/>
          <w:szCs w:val="24"/>
        </w:rPr>
        <w:t xml:space="preserve">only by </w:t>
      </w:r>
      <w:r w:rsidRPr="009658F0">
        <w:rPr>
          <w:rFonts w:ascii="Times New Roman" w:eastAsia="Times New Roman" w:hAnsi="Times New Roman" w:cs="Times New Roman"/>
          <w:i/>
          <w:iCs/>
          <w:sz w:val="24"/>
          <w:szCs w:val="24"/>
        </w:rPr>
        <w:t>dint</w:t>
      </w:r>
      <w:r w:rsidRPr="009658F0">
        <w:rPr>
          <w:rFonts w:ascii="Times New Roman" w:eastAsia="Times New Roman" w:hAnsi="Times New Roman" w:cs="Times New Roman"/>
          <w:sz w:val="24"/>
          <w:szCs w:val="24"/>
        </w:rPr>
        <w:t xml:space="preserve"> of the elbow work of stalwart big </w:t>
      </w:r>
      <w:proofErr w:type="spellStart"/>
      <w:r w:rsidRPr="009658F0">
        <w:rPr>
          <w:rFonts w:ascii="Times New Roman" w:eastAsia="Times New Roman" w:hAnsi="Times New Roman" w:cs="Times New Roman"/>
          <w:sz w:val="24"/>
          <w:szCs w:val="24"/>
        </w:rPr>
        <w:t>Hasids</w:t>
      </w:r>
      <w:proofErr w:type="spellEnd"/>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strike/>
          <w:sz w:val="24"/>
          <w:szCs w:val="24"/>
        </w:rPr>
        <w:t>They</w:t>
      </w:r>
      <w:r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i/>
          <w:iCs/>
          <w:sz w:val="24"/>
          <w:szCs w:val="24"/>
        </w:rPr>
        <w:t xml:space="preserve">who </w:t>
      </w:r>
      <w:r w:rsidRPr="009658F0">
        <w:rPr>
          <w:rFonts w:ascii="Times New Roman" w:eastAsia="Times New Roman" w:hAnsi="Times New Roman" w:cs="Times New Roman"/>
          <w:sz w:val="24"/>
          <w:szCs w:val="24"/>
        </w:rPr>
        <w:t>fou</w:t>
      </w:r>
      <w:r w:rsidR="00DF0D69" w:rsidRPr="009658F0">
        <w:rPr>
          <w:rFonts w:ascii="Times New Roman" w:eastAsia="Times New Roman" w:hAnsi="Times New Roman" w:cs="Times New Roman"/>
          <w:sz w:val="24"/>
          <w:szCs w:val="24"/>
        </w:rPr>
        <w:t>ght</w:t>
      </w:r>
      <w:r w:rsidRPr="009658F0">
        <w:rPr>
          <w:rFonts w:ascii="Times New Roman" w:eastAsia="Times New Roman" w:hAnsi="Times New Roman" w:cs="Times New Roman"/>
          <w:sz w:val="24"/>
          <w:szCs w:val="24"/>
        </w:rPr>
        <w:t xml:space="preserve"> outwards against their comrades [white out] to allow the </w:t>
      </w:r>
      <w:r w:rsidRPr="009658F0">
        <w:rPr>
          <w:rFonts w:ascii="Times New Roman" w:eastAsia="Times New Roman" w:hAnsi="Times New Roman" w:cs="Times New Roman"/>
          <w:i/>
          <w:iCs/>
          <w:sz w:val="24"/>
          <w:szCs w:val="24"/>
        </w:rPr>
        <w:t>frank</w:t>
      </w:r>
      <w:r w:rsidRPr="009658F0">
        <w:rPr>
          <w:rFonts w:ascii="Times New Roman" w:eastAsia="Times New Roman" w:hAnsi="Times New Roman" w:cs="Times New Roman"/>
          <w:sz w:val="24"/>
          <w:szCs w:val="24"/>
        </w:rPr>
        <w:t xml:space="preserve"> little man to get close. [white out] </w:t>
      </w:r>
      <w:r w:rsidRPr="009658F0">
        <w:rPr>
          <w:rFonts w:ascii="Times New Roman" w:eastAsia="Times New Roman" w:hAnsi="Times New Roman" w:cs="Times New Roman"/>
          <w:strike/>
          <w:sz w:val="24"/>
          <w:szCs w:val="24"/>
        </w:rPr>
        <w:t xml:space="preserve">was it he who started </w:t>
      </w:r>
      <w:r w:rsidRPr="009658F0">
        <w:rPr>
          <w:rFonts w:ascii="Times New Roman" w:eastAsia="Times New Roman" w:hAnsi="Times New Roman" w:cs="Times New Roman"/>
          <w:i/>
          <w:iCs/>
          <w:sz w:val="24"/>
          <w:szCs w:val="24"/>
        </w:rPr>
        <w:t xml:space="preserve"> I craned to see if he was coming to start </w:t>
      </w:r>
      <w:r w:rsidRPr="009658F0">
        <w:rPr>
          <w:rFonts w:ascii="Times New Roman" w:eastAsia="Times New Roman" w:hAnsi="Times New Roman" w:cs="Times New Roman"/>
          <w:sz w:val="24"/>
          <w:szCs w:val="24"/>
        </w:rPr>
        <w:t>the fire?</w:t>
      </w:r>
      <w:r w:rsidR="007F2082" w:rsidRPr="009658F0">
        <w:rPr>
          <w:rFonts w:ascii="Times New Roman" w:eastAsia="Times New Roman" w:hAnsi="Times New Roman" w:cs="Times New Roman"/>
          <w:strike/>
          <w:sz w:val="24"/>
          <w:szCs w:val="24"/>
        </w:rPr>
        <w:t xml:space="preserve"> I think so</w:t>
      </w:r>
    </w:p>
    <w:p w14:paraId="6E04D15E" w14:textId="7A44FABA" w:rsidR="007F2082" w:rsidRPr="009658F0" w:rsidRDefault="007F2082" w:rsidP="006C1960">
      <w:pPr>
        <w:tabs>
          <w:tab w:val="left" w:pos="1887"/>
        </w:tabs>
        <w:spacing w:line="360" w:lineRule="auto"/>
        <w:rPr>
          <w:rFonts w:ascii="Times New Roman" w:hAnsi="Times New Roman" w:cs="Times New Roman"/>
          <w:sz w:val="24"/>
          <w:szCs w:val="24"/>
        </w:rPr>
      </w:pPr>
      <w:r w:rsidRPr="009658F0">
        <w:rPr>
          <w:rFonts w:ascii="Times New Roman" w:eastAsia="Times New Roman" w:hAnsi="Times New Roman" w:cs="Times New Roman"/>
          <w:sz w:val="24"/>
          <w:szCs w:val="24"/>
        </w:rPr>
        <w:t xml:space="preserve">A great shout went up as the first flames [added above] </w:t>
      </w:r>
      <w:r w:rsidRPr="009658F0">
        <w:rPr>
          <w:rFonts w:ascii="Times New Roman" w:eastAsia="Times New Roman" w:hAnsi="Times New Roman" w:cs="Times New Roman"/>
          <w:b/>
          <w:bCs/>
          <w:i/>
          <w:iCs/>
          <w:sz w:val="24"/>
          <w:szCs w:val="24"/>
        </w:rPr>
        <w:t>a sudden flash</w:t>
      </w:r>
      <w:r w:rsidRPr="009658F0">
        <w:rPr>
          <w:rFonts w:ascii="Times New Roman" w:hAnsi="Times New Roman" w:cs="Times New Roman"/>
          <w:sz w:val="24"/>
          <w:szCs w:val="24"/>
        </w:rPr>
        <w:t xml:space="preserve"> shot up. </w:t>
      </w:r>
      <w:r w:rsidRPr="009658F0">
        <w:rPr>
          <w:rFonts w:ascii="Times New Roman" w:hAnsi="Times New Roman" w:cs="Times New Roman"/>
          <w:i/>
          <w:iCs/>
          <w:sz w:val="24"/>
          <w:szCs w:val="24"/>
        </w:rPr>
        <w:t xml:space="preserve">Great and great </w:t>
      </w:r>
      <w:r w:rsidR="00DF0D69" w:rsidRPr="009658F0">
        <w:rPr>
          <w:rFonts w:ascii="Times New Roman" w:hAnsi="Times New Roman" w:cs="Times New Roman"/>
          <w:i/>
          <w:iCs/>
          <w:sz w:val="24"/>
          <w:szCs w:val="24"/>
        </w:rPr>
        <w:t>flames</w:t>
      </w:r>
      <w:r w:rsidRPr="009658F0">
        <w:rPr>
          <w:rFonts w:ascii="Times New Roman" w:hAnsi="Times New Roman" w:cs="Times New Roman"/>
          <w:sz w:val="24"/>
          <w:szCs w:val="24"/>
        </w:rPr>
        <w:t xml:space="preserve"> Rose – and rose – and rose. They fed it candles. </w:t>
      </w:r>
      <w:r w:rsidRPr="009658F0">
        <w:rPr>
          <w:rFonts w:ascii="Times New Roman" w:hAnsi="Times New Roman" w:cs="Times New Roman"/>
          <w:i/>
          <w:iCs/>
          <w:sz w:val="24"/>
          <w:szCs w:val="24"/>
        </w:rPr>
        <w:t xml:space="preserve">emptied into it </w:t>
      </w:r>
      <w:r w:rsidRPr="009658F0">
        <w:rPr>
          <w:rFonts w:ascii="Times New Roman" w:hAnsi="Times New Roman" w:cs="Times New Roman"/>
          <w:sz w:val="24"/>
          <w:szCs w:val="24"/>
        </w:rPr>
        <w:t xml:space="preserve">small bottles of holy oil, large bottles of oil, </w:t>
      </w:r>
      <w:r w:rsidRPr="009658F0">
        <w:rPr>
          <w:rFonts w:ascii="Times New Roman" w:hAnsi="Times New Roman" w:cs="Times New Roman"/>
          <w:i/>
          <w:iCs/>
          <w:sz w:val="24"/>
          <w:szCs w:val="24"/>
        </w:rPr>
        <w:t xml:space="preserve">fed it </w:t>
      </w:r>
      <w:r w:rsidRPr="009658F0">
        <w:rPr>
          <w:rFonts w:ascii="Times New Roman" w:hAnsi="Times New Roman" w:cs="Times New Roman"/>
          <w:sz w:val="24"/>
          <w:szCs w:val="24"/>
        </w:rPr>
        <w:t>an entire capote, folded</w:t>
      </w:r>
    </w:p>
    <w:p w14:paraId="7C5ED64F" w14:textId="30AB83C2" w:rsidR="00070477" w:rsidRPr="009658F0" w:rsidRDefault="00070477" w:rsidP="006C1960">
      <w:pPr>
        <w:spacing w:line="360" w:lineRule="auto"/>
        <w:rPr>
          <w:rFonts w:ascii="Times New Roman" w:eastAsia="Times New Roman" w:hAnsi="Times New Roman" w:cs="Times New Roman"/>
        </w:rPr>
      </w:pPr>
      <w:r w:rsidRPr="009658F0">
        <w:rPr>
          <w:rFonts w:ascii="Times New Roman" w:eastAsia="Times New Roman" w:hAnsi="Times New Roman" w:cs="Times New Roman"/>
        </w:rPr>
        <w:br w:type="page"/>
      </w:r>
    </w:p>
    <w:p w14:paraId="3EEA7F1F" w14:textId="100FFE2B" w:rsidR="007F2082" w:rsidRPr="009658F0" w:rsidRDefault="00070477" w:rsidP="006C1960">
      <w:pPr>
        <w:tabs>
          <w:tab w:val="left" w:pos="1887"/>
        </w:tabs>
        <w:spacing w:line="360" w:lineRule="auto"/>
        <w:rPr>
          <w:rFonts w:ascii="Times New Roman" w:eastAsia="Times New Roman" w:hAnsi="Times New Roman" w:cs="Times New Roman"/>
        </w:rPr>
      </w:pPr>
      <w:r w:rsidRPr="00BB2E6B">
        <w:rPr>
          <w:rFonts w:ascii="Times New Roman" w:eastAsia="Times New Roman" w:hAnsi="Times New Roman" w:cs="Times New Roman"/>
          <w:highlight w:val="yellow"/>
        </w:rPr>
        <w:lastRenderedPageBreak/>
        <w:t>EDITH PAGE 78</w:t>
      </w:r>
    </w:p>
    <w:p w14:paraId="753279EF" w14:textId="35C46F48" w:rsidR="00B356BA" w:rsidRPr="009658F0" w:rsidRDefault="00F53F68"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(78)</w:t>
      </w:r>
      <w:r w:rsidR="00B356BA" w:rsidRPr="009658F0">
        <w:rPr>
          <w:rFonts w:ascii="Times New Roman" w:eastAsia="Times New Roman" w:hAnsi="Times New Roman" w:cs="Times New Roman"/>
          <w:sz w:val="24"/>
          <w:szCs w:val="24"/>
        </w:rPr>
        <w:t xml:space="preserve"> black and sad, sacrificed on this altar. I saw the </w:t>
      </w:r>
      <w:r w:rsidR="00B356BA" w:rsidRPr="009658F0">
        <w:rPr>
          <w:rFonts w:ascii="Times New Roman" w:eastAsia="Times New Roman" w:hAnsi="Times New Roman" w:cs="Times New Roman"/>
          <w:i/>
          <w:iCs/>
          <w:sz w:val="24"/>
          <w:szCs w:val="24"/>
        </w:rPr>
        <w:t xml:space="preserve">[illegible] men’s </w:t>
      </w:r>
      <w:r w:rsidR="00B356BA" w:rsidRPr="009658F0">
        <w:rPr>
          <w:rFonts w:ascii="Times New Roman" w:eastAsia="Times New Roman" w:hAnsi="Times New Roman" w:cs="Times New Roman"/>
          <w:sz w:val="24"/>
          <w:szCs w:val="24"/>
        </w:rPr>
        <w:t xml:space="preserve">arms silhouetted against the flame </w:t>
      </w:r>
      <w:r w:rsidR="00B356BA" w:rsidRPr="009658F0">
        <w:rPr>
          <w:rFonts w:ascii="Times New Roman" w:eastAsia="Times New Roman" w:hAnsi="Times New Roman" w:cs="Times New Roman"/>
          <w:i/>
          <w:iCs/>
          <w:sz w:val="24"/>
          <w:szCs w:val="24"/>
        </w:rPr>
        <w:t>gently</w:t>
      </w:r>
      <w:r w:rsidR="00B356BA" w:rsidRPr="009658F0">
        <w:rPr>
          <w:rFonts w:ascii="Times New Roman" w:eastAsia="Times New Roman" w:hAnsi="Times New Roman" w:cs="Times New Roman"/>
          <w:sz w:val="24"/>
          <w:szCs w:val="24"/>
        </w:rPr>
        <w:t xml:space="preserve"> pouring </w:t>
      </w:r>
      <w:proofErr w:type="gramStart"/>
      <w:r w:rsidR="00B356BA" w:rsidRPr="009658F0">
        <w:rPr>
          <w:rFonts w:ascii="Times New Roman" w:eastAsia="Times New Roman" w:hAnsi="Times New Roman" w:cs="Times New Roman"/>
          <w:strike/>
          <w:sz w:val="24"/>
          <w:szCs w:val="24"/>
        </w:rPr>
        <w:t>gentle</w:t>
      </w:r>
      <w:proofErr w:type="gramEnd"/>
      <w:r w:rsidR="00B356BA" w:rsidRPr="009658F0">
        <w:rPr>
          <w:rFonts w:ascii="Times New Roman" w:eastAsia="Times New Roman" w:hAnsi="Times New Roman" w:cs="Times New Roman"/>
          <w:sz w:val="24"/>
          <w:szCs w:val="24"/>
        </w:rPr>
        <w:t xml:space="preserve"> the oil </w:t>
      </w:r>
      <w:r w:rsidR="00B356BA" w:rsidRPr="009658F0">
        <w:rPr>
          <w:rFonts w:ascii="Times New Roman" w:eastAsia="Times New Roman" w:hAnsi="Times New Roman" w:cs="Times New Roman"/>
          <w:i/>
          <w:iCs/>
          <w:sz w:val="24"/>
          <w:szCs w:val="24"/>
        </w:rPr>
        <w:t>gently</w:t>
      </w:r>
      <w:r w:rsidR="00B356BA" w:rsidRPr="009658F0">
        <w:rPr>
          <w:rFonts w:ascii="Times New Roman" w:eastAsia="Times New Roman" w:hAnsi="Times New Roman" w:cs="Times New Roman"/>
          <w:sz w:val="24"/>
          <w:szCs w:val="24"/>
        </w:rPr>
        <w:t xml:space="preserve">. The dancers swayed as the song leader by my ear </w:t>
      </w:r>
      <w:r w:rsidR="00B356BA" w:rsidRPr="009658F0">
        <w:rPr>
          <w:rFonts w:ascii="Times New Roman" w:eastAsia="Times New Roman" w:hAnsi="Times New Roman" w:cs="Times New Roman"/>
          <w:i/>
          <w:iCs/>
          <w:sz w:val="24"/>
          <w:szCs w:val="24"/>
        </w:rPr>
        <w:t>go to God</w:t>
      </w:r>
      <w:r w:rsidR="00B356BA" w:rsidRPr="009658F0">
        <w:rPr>
          <w:rFonts w:ascii="Times New Roman" w:eastAsia="Times New Roman" w:hAnsi="Times New Roman" w:cs="Times New Roman"/>
          <w:sz w:val="24"/>
          <w:szCs w:val="24"/>
        </w:rPr>
        <w:t xml:space="preserve">(?) </w:t>
      </w:r>
      <w:r w:rsidR="00B356BA" w:rsidRPr="009658F0">
        <w:rPr>
          <w:rFonts w:ascii="Times New Roman" w:eastAsia="Times New Roman" w:hAnsi="Times New Roman" w:cs="Times New Roman"/>
          <w:i/>
          <w:iCs/>
          <w:sz w:val="24"/>
          <w:szCs w:val="24"/>
        </w:rPr>
        <w:t>swung his arms</w:t>
      </w:r>
      <w:r w:rsidR="00B356BA" w:rsidRPr="009658F0">
        <w:rPr>
          <w:rFonts w:ascii="Times New Roman" w:eastAsia="Times New Roman" w:hAnsi="Times New Roman" w:cs="Times New Roman"/>
          <w:sz w:val="24"/>
          <w:szCs w:val="24"/>
        </w:rPr>
        <w:t xml:space="preserve"> gesticulated in rhythm and sound at the old “Bar </w:t>
      </w:r>
      <w:proofErr w:type="spellStart"/>
      <w:r w:rsidR="00B356BA" w:rsidRPr="009658F0">
        <w:rPr>
          <w:rFonts w:ascii="Times New Roman" w:eastAsia="Times New Roman" w:hAnsi="Times New Roman" w:cs="Times New Roman"/>
          <w:sz w:val="24"/>
          <w:szCs w:val="24"/>
        </w:rPr>
        <w:t>Yahoy</w:t>
      </w:r>
      <w:proofErr w:type="spellEnd"/>
      <w:r w:rsidR="00B356BA" w:rsidRPr="009658F0">
        <w:rPr>
          <w:rFonts w:ascii="Times New Roman" w:eastAsia="Times New Roman" w:hAnsi="Times New Roman" w:cs="Times New Roman"/>
          <w:sz w:val="24"/>
          <w:szCs w:val="24"/>
        </w:rPr>
        <w:t xml:space="preserve">!” tune. [NB this </w:t>
      </w:r>
      <w:proofErr w:type="spellStart"/>
      <w:r w:rsidR="00B356BA" w:rsidRPr="009658F0">
        <w:rPr>
          <w:rFonts w:ascii="Times New Roman" w:eastAsia="Times New Roman" w:hAnsi="Times New Roman" w:cs="Times New Roman"/>
          <w:sz w:val="24"/>
          <w:szCs w:val="24"/>
        </w:rPr>
        <w:t>graf</w:t>
      </w:r>
      <w:proofErr w:type="spellEnd"/>
      <w:r w:rsidR="00B356BA" w:rsidRPr="009658F0">
        <w:rPr>
          <w:rFonts w:ascii="Times New Roman" w:eastAsia="Times New Roman" w:hAnsi="Times New Roman" w:cs="Times New Roman"/>
          <w:sz w:val="24"/>
          <w:szCs w:val="24"/>
        </w:rPr>
        <w:t xml:space="preserve"> has been marked and asterisked in pencil, with the annotation “to 20”]</w:t>
      </w:r>
    </w:p>
    <w:p w14:paraId="021A2A00" w14:textId="77777777" w:rsidR="006E4328" w:rsidRPr="009658F0" w:rsidRDefault="00B356BA"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I </w:t>
      </w:r>
      <w:r w:rsidRPr="009658F0">
        <w:rPr>
          <w:rFonts w:ascii="Times New Roman" w:eastAsia="Times New Roman" w:hAnsi="Times New Roman" w:cs="Times New Roman"/>
          <w:i/>
          <w:iCs/>
          <w:sz w:val="24"/>
          <w:szCs w:val="24"/>
        </w:rPr>
        <w:t>got</w:t>
      </w:r>
      <w:r w:rsidRPr="009658F0">
        <w:rPr>
          <w:rFonts w:ascii="Times New Roman" w:eastAsia="Times New Roman" w:hAnsi="Times New Roman" w:cs="Times New Roman"/>
          <w:sz w:val="24"/>
          <w:szCs w:val="24"/>
        </w:rPr>
        <w:t xml:space="preserve"> up on the actual rim of </w:t>
      </w:r>
      <w:r w:rsidRPr="009658F0">
        <w:rPr>
          <w:rFonts w:ascii="Times New Roman" w:eastAsia="Times New Roman" w:hAnsi="Times New Roman" w:cs="Times New Roman"/>
          <w:i/>
          <w:iCs/>
          <w:sz w:val="24"/>
          <w:szCs w:val="24"/>
        </w:rPr>
        <w:t>found a perch on</w:t>
      </w:r>
      <w:r w:rsidRPr="009658F0">
        <w:rPr>
          <w:rFonts w:ascii="Times New Roman" w:eastAsia="Times New Roman" w:hAnsi="Times New Roman" w:cs="Times New Roman"/>
          <w:sz w:val="24"/>
          <w:szCs w:val="24"/>
        </w:rPr>
        <w:t xml:space="preserve"> the dome, photographing incessantly, beckoning to Rachel for </w:t>
      </w:r>
      <w:r w:rsidRPr="009658F0">
        <w:rPr>
          <w:rFonts w:ascii="Times New Roman" w:eastAsia="Times New Roman" w:hAnsi="Times New Roman" w:cs="Times New Roman"/>
          <w:i/>
          <w:iCs/>
          <w:sz w:val="24"/>
          <w:szCs w:val="24"/>
        </w:rPr>
        <w:t xml:space="preserve">more </w:t>
      </w:r>
      <w:r w:rsidRPr="009658F0">
        <w:rPr>
          <w:rFonts w:ascii="Times New Roman" w:eastAsia="Times New Roman" w:hAnsi="Times New Roman" w:cs="Times New Roman"/>
          <w:sz w:val="24"/>
          <w:szCs w:val="24"/>
        </w:rPr>
        <w:t xml:space="preserve">film out of my bag </w:t>
      </w:r>
      <w:r w:rsidRPr="009658F0">
        <w:rPr>
          <w:rFonts w:ascii="Times New Roman" w:eastAsia="Times New Roman" w:hAnsi="Times New Roman" w:cs="Times New Roman"/>
          <w:i/>
          <w:iCs/>
          <w:sz w:val="24"/>
          <w:szCs w:val="24"/>
        </w:rPr>
        <w:t>purse</w:t>
      </w:r>
      <w:r w:rsidRPr="009658F0">
        <w:rPr>
          <w:rFonts w:ascii="Times New Roman" w:eastAsia="Times New Roman" w:hAnsi="Times New Roman" w:cs="Times New Roman"/>
          <w:sz w:val="24"/>
          <w:szCs w:val="24"/>
        </w:rPr>
        <w:t xml:space="preserve">, which she </w:t>
      </w:r>
      <w:r w:rsidRPr="009658F0">
        <w:rPr>
          <w:rFonts w:ascii="Times New Roman" w:eastAsia="Times New Roman" w:hAnsi="Times New Roman" w:cs="Times New Roman"/>
          <w:i/>
          <w:iCs/>
          <w:sz w:val="24"/>
          <w:szCs w:val="24"/>
        </w:rPr>
        <w:t xml:space="preserve">was </w:t>
      </w:r>
      <w:r w:rsidRPr="009658F0">
        <w:rPr>
          <w:rFonts w:ascii="Times New Roman" w:eastAsia="Times New Roman" w:hAnsi="Times New Roman" w:cs="Times New Roman"/>
          <w:sz w:val="24"/>
          <w:szCs w:val="24"/>
        </w:rPr>
        <w:t>carrying so that I could climb – changing film using pockets and all my ingenuity – more, Vic further and further away across the crowd below</w:t>
      </w:r>
      <w:r w:rsidR="006E4328" w:rsidRPr="009658F0">
        <w:rPr>
          <w:rFonts w:ascii="Times New Roman" w:eastAsia="Times New Roman" w:hAnsi="Times New Roman" w:cs="Times New Roman"/>
          <w:sz w:val="24"/>
          <w:szCs w:val="24"/>
        </w:rPr>
        <w:t xml:space="preserve">, I heard later that they nearly crushed him against the containing wine by the edge of the roof and he might have fallen, only </w:t>
      </w:r>
      <w:r w:rsidR="006E4328" w:rsidRPr="009658F0">
        <w:rPr>
          <w:rFonts w:ascii="Times New Roman" w:eastAsia="Times New Roman" w:hAnsi="Times New Roman" w:cs="Times New Roman"/>
          <w:i/>
          <w:iCs/>
          <w:sz w:val="24"/>
          <w:szCs w:val="24"/>
        </w:rPr>
        <w:t>his friend</w:t>
      </w:r>
      <w:r w:rsidR="006E4328" w:rsidRPr="009658F0">
        <w:rPr>
          <w:rFonts w:ascii="Times New Roman" w:eastAsia="Times New Roman" w:hAnsi="Times New Roman" w:cs="Times New Roman"/>
          <w:sz w:val="24"/>
          <w:szCs w:val="24"/>
        </w:rPr>
        <w:t xml:space="preserve"> Henry </w:t>
      </w:r>
      <w:r w:rsidR="006E4328" w:rsidRPr="009658F0">
        <w:rPr>
          <w:rFonts w:ascii="Times New Roman" w:eastAsia="Times New Roman" w:hAnsi="Times New Roman" w:cs="Times New Roman"/>
          <w:i/>
          <w:iCs/>
          <w:sz w:val="24"/>
          <w:szCs w:val="24"/>
        </w:rPr>
        <w:t xml:space="preserve">Abramovich </w:t>
      </w:r>
      <w:r w:rsidR="006E4328" w:rsidRPr="009658F0">
        <w:rPr>
          <w:rFonts w:ascii="Times New Roman" w:eastAsia="Times New Roman" w:hAnsi="Times New Roman" w:cs="Times New Roman"/>
          <w:sz w:val="24"/>
          <w:szCs w:val="24"/>
        </w:rPr>
        <w:t xml:space="preserve">protected him with [white out] Vic’s </w:t>
      </w:r>
      <w:r w:rsidR="006E4328" w:rsidRPr="009658F0">
        <w:rPr>
          <w:rFonts w:ascii="Times New Roman" w:eastAsia="Times New Roman" w:hAnsi="Times New Roman" w:cs="Times New Roman"/>
          <w:i/>
          <w:iCs/>
          <w:sz w:val="24"/>
          <w:szCs w:val="24"/>
        </w:rPr>
        <w:t xml:space="preserve">to the </w:t>
      </w:r>
      <w:r w:rsidR="006E4328" w:rsidRPr="009658F0">
        <w:rPr>
          <w:rFonts w:ascii="Times New Roman" w:eastAsia="Times New Roman" w:hAnsi="Times New Roman" w:cs="Times New Roman"/>
          <w:sz w:val="24"/>
          <w:szCs w:val="24"/>
        </w:rPr>
        <w:t xml:space="preserve">own folding chair – the chair which our friends had patiently hefted through the crowds </w:t>
      </w:r>
      <w:r w:rsidR="006E4328" w:rsidRPr="009658F0">
        <w:rPr>
          <w:rFonts w:ascii="Times New Roman" w:eastAsia="Times New Roman" w:hAnsi="Times New Roman" w:cs="Times New Roman"/>
          <w:i/>
          <w:iCs/>
          <w:sz w:val="24"/>
          <w:szCs w:val="24"/>
        </w:rPr>
        <w:t xml:space="preserve">from </w:t>
      </w:r>
      <w:r w:rsidR="006E4328" w:rsidRPr="009658F0">
        <w:rPr>
          <w:rFonts w:ascii="Times New Roman" w:eastAsia="Times New Roman" w:hAnsi="Times New Roman" w:cs="Times New Roman"/>
          <w:sz w:val="24"/>
          <w:szCs w:val="24"/>
        </w:rPr>
        <w:t xml:space="preserve">place to place so that </w:t>
      </w:r>
      <w:r w:rsidR="006E4328" w:rsidRPr="006401CB">
        <w:rPr>
          <w:rFonts w:ascii="Times New Roman" w:eastAsia="Times New Roman" w:hAnsi="Times New Roman" w:cs="Times New Roman"/>
          <w:strike/>
          <w:sz w:val="24"/>
          <w:szCs w:val="24"/>
        </w:rPr>
        <w:t xml:space="preserve">Vic could sit down and save his </w:t>
      </w:r>
      <w:commentRangeStart w:id="44"/>
      <w:r w:rsidR="006E4328" w:rsidRPr="006401CB">
        <w:rPr>
          <w:rFonts w:ascii="Times New Roman" w:eastAsia="Times New Roman" w:hAnsi="Times New Roman" w:cs="Times New Roman"/>
          <w:strike/>
          <w:sz w:val="24"/>
          <w:szCs w:val="24"/>
        </w:rPr>
        <w:t>arthritis</w:t>
      </w:r>
      <w:commentRangeEnd w:id="44"/>
      <w:r w:rsidR="006401CB">
        <w:rPr>
          <w:rStyle w:val="CommentReference"/>
        </w:rPr>
        <w:commentReference w:id="44"/>
      </w:r>
      <w:r w:rsidR="006E4328" w:rsidRPr="009658F0">
        <w:rPr>
          <w:rFonts w:ascii="Times New Roman" w:eastAsia="Times New Roman" w:hAnsi="Times New Roman" w:cs="Times New Roman"/>
          <w:sz w:val="24"/>
          <w:szCs w:val="24"/>
        </w:rPr>
        <w:t xml:space="preserve">. Vic had sat down near the main shrine entrance outside along with a couple of beggar women. He joked later that he put out his hand like them saying “pity the poor anthropologist!” It was a great relief to me to </w:t>
      </w:r>
      <w:r w:rsidR="006E4328" w:rsidRPr="009658F0">
        <w:rPr>
          <w:rFonts w:ascii="Times New Roman" w:eastAsia="Times New Roman" w:hAnsi="Times New Roman" w:cs="Times New Roman"/>
          <w:i/>
          <w:iCs/>
          <w:sz w:val="24"/>
          <w:szCs w:val="24"/>
        </w:rPr>
        <w:t xml:space="preserve">come across </w:t>
      </w:r>
      <w:r w:rsidR="006E4328" w:rsidRPr="009658F0">
        <w:rPr>
          <w:rFonts w:ascii="Times New Roman" w:eastAsia="Times New Roman" w:hAnsi="Times New Roman" w:cs="Times New Roman"/>
          <w:sz w:val="24"/>
          <w:szCs w:val="24"/>
        </w:rPr>
        <w:t xml:space="preserve">him there sitting in comfort. At </w:t>
      </w:r>
    </w:p>
    <w:p w14:paraId="1F889A18" w14:textId="77777777" w:rsidR="006E4328" w:rsidRPr="009658F0" w:rsidRDefault="006E4328"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[text added in left margin with arrow pointing to the last sentences] </w:t>
      </w:r>
      <w:proofErr w:type="spellStart"/>
      <w:r w:rsidRPr="009658F0">
        <w:rPr>
          <w:rFonts w:ascii="Times New Roman" w:eastAsia="Times New Roman" w:hAnsi="Times New Roman" w:cs="Times New Roman"/>
          <w:sz w:val="24"/>
          <w:szCs w:val="24"/>
        </w:rPr>
        <w:t>Saddaka</w:t>
      </w:r>
      <w:proofErr w:type="spellEnd"/>
      <w:r w:rsidRPr="009658F0">
        <w:rPr>
          <w:rFonts w:ascii="Times New Roman" w:eastAsia="Times New Roman" w:hAnsi="Times New Roman" w:cs="Times New Roman"/>
          <w:sz w:val="24"/>
          <w:szCs w:val="24"/>
        </w:rPr>
        <w:t>: alms T.S.?</w:t>
      </w:r>
    </w:p>
    <w:p w14:paraId="5DDBE598" w14:textId="77777777" w:rsidR="006E4328" w:rsidRPr="009658F0" w:rsidRDefault="006E4328" w:rsidP="006C1960">
      <w:pPr>
        <w:spacing w:line="360" w:lineRule="auto"/>
        <w:rPr>
          <w:rFonts w:ascii="Times New Roman" w:eastAsia="Times New Roman" w:hAnsi="Times New Roman" w:cs="Times New Roman"/>
        </w:rPr>
      </w:pPr>
      <w:r w:rsidRPr="009658F0">
        <w:rPr>
          <w:rFonts w:ascii="Times New Roman" w:eastAsia="Times New Roman" w:hAnsi="Times New Roman" w:cs="Times New Roman"/>
        </w:rPr>
        <w:br w:type="page"/>
      </w:r>
    </w:p>
    <w:p w14:paraId="33F6A282" w14:textId="70628F31" w:rsidR="00070477" w:rsidRPr="009658F0" w:rsidRDefault="006E4328" w:rsidP="006C1960">
      <w:pPr>
        <w:tabs>
          <w:tab w:val="left" w:pos="1887"/>
        </w:tabs>
        <w:spacing w:line="360" w:lineRule="auto"/>
        <w:rPr>
          <w:rFonts w:ascii="Times New Roman" w:eastAsia="Times New Roman" w:hAnsi="Times New Roman" w:cs="Times New Roman"/>
        </w:rPr>
      </w:pPr>
      <w:r w:rsidRPr="009658F0">
        <w:rPr>
          <w:rFonts w:ascii="Times New Roman" w:eastAsia="Times New Roman" w:hAnsi="Times New Roman" w:cs="Times New Roman"/>
        </w:rPr>
        <w:lastRenderedPageBreak/>
        <w:t xml:space="preserve"> </w:t>
      </w:r>
      <w:r w:rsidR="00510E58" w:rsidRPr="006401CB">
        <w:rPr>
          <w:rFonts w:ascii="Times New Roman" w:eastAsia="Times New Roman" w:hAnsi="Times New Roman" w:cs="Times New Roman"/>
          <w:highlight w:val="yellow"/>
        </w:rPr>
        <w:t>EDITH PAGE 79</w:t>
      </w:r>
    </w:p>
    <w:p w14:paraId="27AD002A" w14:textId="7E08E408" w:rsidR="00510E58" w:rsidRPr="009658F0" w:rsidRDefault="00510E58" w:rsidP="006C1960">
      <w:pPr>
        <w:tabs>
          <w:tab w:val="left" w:pos="1887"/>
        </w:tabs>
        <w:spacing w:line="360" w:lineRule="auto"/>
        <w:rPr>
          <w:rFonts w:ascii="Times New Roman" w:eastAsia="Times New Roman" w:hAnsi="Times New Roman" w:cs="Times New Roman"/>
          <w:i/>
          <w:iCs/>
          <w:sz w:val="24"/>
          <w:szCs w:val="24"/>
        </w:rPr>
      </w:pPr>
      <w:r w:rsidRPr="009658F0">
        <w:rPr>
          <w:rFonts w:ascii="Times New Roman" w:eastAsia="Times New Roman" w:hAnsi="Times New Roman" w:cs="Times New Roman"/>
          <w:sz w:val="24"/>
          <w:szCs w:val="24"/>
        </w:rPr>
        <w:t xml:space="preserve">the café later where we ate lamb in pita bread, barely cooked and still warm from the slaughter). I waited with him until the others collected before eating. </w:t>
      </w:r>
      <w:r w:rsidRPr="009658F0">
        <w:rPr>
          <w:rFonts w:ascii="Times New Roman" w:eastAsia="Times New Roman" w:hAnsi="Times New Roman" w:cs="Times New Roman"/>
          <w:i/>
          <w:iCs/>
          <w:sz w:val="24"/>
          <w:szCs w:val="24"/>
        </w:rPr>
        <w:t xml:space="preserve">Vic </w:t>
      </w:r>
      <w:r w:rsidRPr="009658F0">
        <w:rPr>
          <w:rFonts w:ascii="Times New Roman" w:eastAsia="Times New Roman" w:hAnsi="Times New Roman" w:cs="Times New Roman"/>
          <w:sz w:val="24"/>
          <w:szCs w:val="24"/>
        </w:rPr>
        <w:t xml:space="preserve">he </w:t>
      </w:r>
      <w:proofErr w:type="gramStart"/>
      <w:r w:rsidRPr="009658F0">
        <w:rPr>
          <w:rFonts w:ascii="Times New Roman" w:eastAsia="Times New Roman" w:hAnsi="Times New Roman" w:cs="Times New Roman"/>
          <w:sz w:val="24"/>
          <w:szCs w:val="24"/>
        </w:rPr>
        <w:t>on</w:t>
      </w:r>
      <w:proofErr w:type="gramEnd"/>
      <w:r w:rsidRPr="009658F0">
        <w:rPr>
          <w:rFonts w:ascii="Times New Roman" w:eastAsia="Times New Roman" w:hAnsi="Times New Roman" w:cs="Times New Roman"/>
          <w:sz w:val="24"/>
          <w:szCs w:val="24"/>
        </w:rPr>
        <w:t xml:space="preserve"> his chair and I on the white dusty ground, very happy. Listening to the live gay Eastern music coming rollicking, and quavering sentimental, and out of the café around by the side. Then we all collected on benches and chairs around a long table outside the main café. [rest of line and most of next whited out] and ate and drank and talked with excitement and enthusiasm </w:t>
      </w:r>
      <w:r w:rsidRPr="009658F0">
        <w:rPr>
          <w:rFonts w:ascii="Times New Roman" w:eastAsia="Times New Roman" w:hAnsi="Times New Roman" w:cs="Times New Roman"/>
          <w:i/>
          <w:iCs/>
          <w:sz w:val="24"/>
          <w:szCs w:val="24"/>
        </w:rPr>
        <w:t>excitedly. Then to this p foot</w:t>
      </w:r>
    </w:p>
    <w:p w14:paraId="297FACED" w14:textId="10E36C99" w:rsidR="00510E58" w:rsidRPr="009658F0" w:rsidRDefault="00510E58"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We did escape from the roof – nobody even arrested or told off for being the only woman among so many men and on the dome too. I had been “nice”, they had </w:t>
      </w:r>
      <w:proofErr w:type="gramStart"/>
      <w:r w:rsidRPr="009658F0">
        <w:rPr>
          <w:rFonts w:ascii="Times New Roman" w:eastAsia="Times New Roman" w:hAnsi="Times New Roman" w:cs="Times New Roman"/>
          <w:sz w:val="24"/>
          <w:szCs w:val="24"/>
        </w:rPr>
        <w:t>actually cheered</w:t>
      </w:r>
      <w:proofErr w:type="gramEnd"/>
      <w:r w:rsidRPr="009658F0">
        <w:rPr>
          <w:rFonts w:ascii="Times New Roman" w:eastAsia="Times New Roman" w:hAnsi="Times New Roman" w:cs="Times New Roman"/>
          <w:sz w:val="24"/>
          <w:szCs w:val="24"/>
        </w:rPr>
        <w:t xml:space="preserve"> me on [last three words circled in pencil with annotation </w:t>
      </w:r>
      <w:r w:rsidRPr="009658F0">
        <w:rPr>
          <w:rFonts w:ascii="Times New Roman" w:eastAsia="Times New Roman" w:hAnsi="Times New Roman" w:cs="Times New Roman"/>
          <w:i/>
          <w:iCs/>
          <w:sz w:val="24"/>
          <w:szCs w:val="24"/>
        </w:rPr>
        <w:t>OK</w:t>
      </w:r>
      <w:r w:rsidRPr="009658F0">
        <w:rPr>
          <w:rFonts w:ascii="Times New Roman" w:eastAsia="Times New Roman" w:hAnsi="Times New Roman" w:cs="Times New Roman"/>
          <w:sz w:val="24"/>
          <w:szCs w:val="24"/>
        </w:rPr>
        <w:t xml:space="preserve">] as I climbed up and jumping off. Little boys all around the rim of the dome </w:t>
      </w:r>
      <w:r w:rsidRPr="009658F0">
        <w:rPr>
          <w:rFonts w:ascii="Times New Roman" w:eastAsia="Times New Roman" w:hAnsi="Times New Roman" w:cs="Times New Roman"/>
          <w:i/>
          <w:iCs/>
          <w:sz w:val="24"/>
          <w:szCs w:val="24"/>
        </w:rPr>
        <w:t xml:space="preserve">were kind </w:t>
      </w:r>
      <w:r w:rsidRPr="009658F0">
        <w:rPr>
          <w:rFonts w:ascii="Times New Roman" w:eastAsia="Times New Roman" w:hAnsi="Times New Roman" w:cs="Times New Roman"/>
          <w:sz w:val="24"/>
          <w:szCs w:val="24"/>
        </w:rPr>
        <w:t>too, with the</w:t>
      </w:r>
      <w:r w:rsidR="00520468" w:rsidRPr="009658F0">
        <w:rPr>
          <w:rFonts w:ascii="Times New Roman" w:eastAsia="Times New Roman" w:hAnsi="Times New Roman" w:cs="Times New Roman"/>
          <w:sz w:val="24"/>
          <w:szCs w:val="24"/>
        </w:rPr>
        <w:t xml:space="preserve">ir </w:t>
      </w:r>
      <w:r w:rsidR="00520468" w:rsidRPr="009658F0">
        <w:rPr>
          <w:rFonts w:ascii="Times New Roman" w:eastAsia="Times New Roman" w:hAnsi="Times New Roman" w:cs="Times New Roman"/>
          <w:i/>
          <w:iCs/>
          <w:sz w:val="24"/>
          <w:szCs w:val="24"/>
        </w:rPr>
        <w:t xml:space="preserve">black </w:t>
      </w:r>
      <w:proofErr w:type="gramStart"/>
      <w:r w:rsidR="00520468" w:rsidRPr="009658F0">
        <w:rPr>
          <w:rFonts w:ascii="Times New Roman" w:eastAsia="Times New Roman" w:hAnsi="Times New Roman" w:cs="Times New Roman"/>
          <w:i/>
          <w:iCs/>
          <w:sz w:val="24"/>
          <w:szCs w:val="24"/>
        </w:rPr>
        <w:t>clothes</w:t>
      </w:r>
      <w:proofErr w:type="gramEnd"/>
      <w:r w:rsidRPr="009658F0">
        <w:rPr>
          <w:rFonts w:ascii="Times New Roman" w:eastAsia="Times New Roman" w:hAnsi="Times New Roman" w:cs="Times New Roman"/>
          <w:sz w:val="24"/>
          <w:szCs w:val="24"/>
        </w:rPr>
        <w:t xml:space="preserve"> fresh </w:t>
      </w:r>
      <w:r w:rsidR="00520468" w:rsidRPr="009658F0">
        <w:rPr>
          <w:rFonts w:ascii="Times New Roman" w:eastAsia="Times New Roman" w:hAnsi="Times New Roman" w:cs="Times New Roman"/>
          <w:sz w:val="24"/>
          <w:szCs w:val="24"/>
        </w:rPr>
        <w:t xml:space="preserve">blooming faces, yarmulkes </w:t>
      </w:r>
      <w:r w:rsidR="00520468" w:rsidRPr="009658F0">
        <w:rPr>
          <w:rFonts w:ascii="Times New Roman" w:eastAsia="Times New Roman" w:hAnsi="Times New Roman" w:cs="Times New Roman"/>
          <w:i/>
          <w:iCs/>
          <w:sz w:val="24"/>
          <w:szCs w:val="24"/>
        </w:rPr>
        <w:t>skull caps</w:t>
      </w:r>
      <w:r w:rsidR="00520468" w:rsidRPr="009658F0">
        <w:rPr>
          <w:rFonts w:ascii="Times New Roman" w:eastAsia="Times New Roman" w:hAnsi="Times New Roman" w:cs="Times New Roman"/>
          <w:sz w:val="24"/>
          <w:szCs w:val="24"/>
        </w:rPr>
        <w:t xml:space="preserve"> and long ringlets. “Tho we took them places, they let us: communitas parading on” – Barbara. Then after the café meal we went off up to the [white out, written over] </w:t>
      </w:r>
      <w:r w:rsidR="00520468" w:rsidRPr="009658F0">
        <w:rPr>
          <w:rFonts w:ascii="Times New Roman" w:eastAsia="Times New Roman" w:hAnsi="Times New Roman" w:cs="Times New Roman"/>
          <w:i/>
          <w:iCs/>
          <w:sz w:val="24"/>
          <w:szCs w:val="24"/>
        </w:rPr>
        <w:t xml:space="preserve">slaughter yard </w:t>
      </w:r>
      <w:proofErr w:type="spellStart"/>
      <w:r w:rsidR="00520468" w:rsidRPr="009658F0">
        <w:rPr>
          <w:rFonts w:ascii="Times New Roman" w:eastAsia="Times New Roman" w:hAnsi="Times New Roman" w:cs="Times New Roman"/>
          <w:sz w:val="24"/>
          <w:szCs w:val="24"/>
        </w:rPr>
        <w:t>abbatoir</w:t>
      </w:r>
      <w:proofErr w:type="spellEnd"/>
      <w:r w:rsidR="00520468" w:rsidRPr="009658F0">
        <w:rPr>
          <w:rFonts w:ascii="Times New Roman" w:eastAsia="Times New Roman" w:hAnsi="Times New Roman" w:cs="Times New Roman"/>
          <w:sz w:val="24"/>
          <w:szCs w:val="24"/>
        </w:rPr>
        <w:t xml:space="preserve"> </w:t>
      </w:r>
      <w:r w:rsidR="00520468" w:rsidRPr="009658F0">
        <w:rPr>
          <w:rFonts w:ascii="Times New Roman" w:eastAsia="Times New Roman" w:hAnsi="Times New Roman" w:cs="Times New Roman"/>
          <w:i/>
          <w:iCs/>
          <w:sz w:val="24"/>
          <w:szCs w:val="24"/>
        </w:rPr>
        <w:t>p 57 *</w:t>
      </w:r>
      <w:r w:rsidR="00520468" w:rsidRPr="009658F0">
        <w:rPr>
          <w:rFonts w:ascii="Times New Roman" w:eastAsia="Times New Roman" w:hAnsi="Times New Roman" w:cs="Times New Roman"/>
          <w:sz w:val="24"/>
          <w:szCs w:val="24"/>
        </w:rPr>
        <w:t xml:space="preserve">, Moroccan tents – See above. </w:t>
      </w:r>
    </w:p>
    <w:p w14:paraId="7DBF5F4A" w14:textId="65C85208" w:rsidR="00520468" w:rsidRPr="009658F0" w:rsidRDefault="00520468"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I loved the night, the stars, the full moon, the fire, the wild </w:t>
      </w:r>
      <w:r w:rsidRPr="009658F0">
        <w:rPr>
          <w:rFonts w:ascii="Times New Roman" w:eastAsia="Times New Roman" w:hAnsi="Times New Roman" w:cs="Times New Roman"/>
          <w:i/>
          <w:iCs/>
          <w:sz w:val="24"/>
          <w:szCs w:val="24"/>
        </w:rPr>
        <w:t xml:space="preserve">eastern </w:t>
      </w:r>
      <w:r w:rsidRPr="009658F0">
        <w:rPr>
          <w:rFonts w:ascii="Times New Roman" w:eastAsia="Times New Roman" w:hAnsi="Times New Roman" w:cs="Times New Roman"/>
          <w:sz w:val="24"/>
          <w:szCs w:val="24"/>
        </w:rPr>
        <w:t xml:space="preserve">music, the singing, the crowds, smoke smell of hot sauce, candles </w:t>
      </w:r>
      <w:r w:rsidRPr="009658F0">
        <w:rPr>
          <w:rFonts w:ascii="Times New Roman" w:eastAsia="Times New Roman" w:hAnsi="Times New Roman" w:cs="Times New Roman"/>
          <w:i/>
          <w:iCs/>
          <w:sz w:val="24"/>
          <w:szCs w:val="24"/>
        </w:rPr>
        <w:t xml:space="preserve">that were </w:t>
      </w:r>
      <w:r w:rsidRPr="009658F0">
        <w:rPr>
          <w:rFonts w:ascii="Times New Roman" w:eastAsia="Times New Roman" w:hAnsi="Times New Roman" w:cs="Times New Roman"/>
          <w:sz w:val="24"/>
          <w:szCs w:val="24"/>
        </w:rPr>
        <w:t xml:space="preserve">furnace-hot. </w:t>
      </w:r>
      <w:r w:rsidRPr="009658F0">
        <w:rPr>
          <w:rFonts w:ascii="Times New Roman" w:eastAsia="Times New Roman" w:hAnsi="Times New Roman" w:cs="Times New Roman"/>
          <w:i/>
          <w:iCs/>
          <w:sz w:val="24"/>
          <w:szCs w:val="24"/>
        </w:rPr>
        <w:t xml:space="preserve"> I loved </w:t>
      </w:r>
      <w:r w:rsidRPr="009658F0">
        <w:rPr>
          <w:rFonts w:ascii="Times New Roman" w:eastAsia="Times New Roman" w:hAnsi="Times New Roman" w:cs="Times New Roman"/>
          <w:sz w:val="24"/>
          <w:szCs w:val="24"/>
        </w:rPr>
        <w:t xml:space="preserve">wandering here, wandering there </w:t>
      </w:r>
      <w:r w:rsidRPr="009658F0">
        <w:rPr>
          <w:rFonts w:ascii="Times New Roman" w:eastAsia="Times New Roman" w:hAnsi="Times New Roman" w:cs="Times New Roman"/>
          <w:i/>
          <w:iCs/>
          <w:sz w:val="24"/>
          <w:szCs w:val="24"/>
        </w:rPr>
        <w:t>amid</w:t>
      </w:r>
      <w:r w:rsidRPr="009658F0">
        <w:rPr>
          <w:rFonts w:ascii="Times New Roman" w:eastAsia="Times New Roman" w:hAnsi="Times New Roman" w:cs="Times New Roman"/>
          <w:sz w:val="24"/>
          <w:szCs w:val="24"/>
        </w:rPr>
        <w:t xml:space="preserve"> the dancing </w:t>
      </w:r>
    </w:p>
    <w:p w14:paraId="03709CF5" w14:textId="3713379F" w:rsidR="00520468" w:rsidRPr="009658F0" w:rsidRDefault="00520468" w:rsidP="006C1960">
      <w:pPr>
        <w:tabs>
          <w:tab w:val="left" w:pos="1887"/>
        </w:tabs>
        <w:spacing w:line="360" w:lineRule="auto"/>
        <w:rPr>
          <w:rFonts w:ascii="Times New Roman" w:eastAsia="Times New Roman" w:hAnsi="Times New Roman" w:cs="Times New Roman"/>
          <w:i/>
          <w:iCs/>
          <w:sz w:val="24"/>
          <w:szCs w:val="24"/>
        </w:rPr>
      </w:pPr>
      <w:r w:rsidRPr="009658F0">
        <w:rPr>
          <w:rFonts w:ascii="Times New Roman" w:eastAsia="Times New Roman" w:hAnsi="Times New Roman" w:cs="Times New Roman"/>
          <w:i/>
          <w:iCs/>
          <w:sz w:val="24"/>
          <w:szCs w:val="24"/>
        </w:rPr>
        <w:t xml:space="preserve">57 slaughter </w:t>
      </w:r>
      <w:proofErr w:type="gramStart"/>
      <w:r w:rsidRPr="009658F0">
        <w:rPr>
          <w:rFonts w:ascii="Times New Roman" w:eastAsia="Times New Roman" w:hAnsi="Times New Roman" w:cs="Times New Roman"/>
          <w:i/>
          <w:iCs/>
          <w:sz w:val="24"/>
          <w:szCs w:val="24"/>
        </w:rPr>
        <w:t>yard</w:t>
      </w:r>
      <w:proofErr w:type="gramEnd"/>
      <w:r w:rsidRPr="009658F0">
        <w:rPr>
          <w:rFonts w:ascii="Times New Roman" w:eastAsia="Times New Roman" w:hAnsi="Times New Roman" w:cs="Times New Roman"/>
          <w:i/>
          <w:iCs/>
          <w:sz w:val="24"/>
          <w:szCs w:val="24"/>
        </w:rPr>
        <w:t xml:space="preserve"> then story pages the [?] tent</w:t>
      </w:r>
    </w:p>
    <w:p w14:paraId="774992CB" w14:textId="77777777" w:rsidR="00520468" w:rsidRPr="009658F0" w:rsidRDefault="00520468" w:rsidP="006C1960">
      <w:pPr>
        <w:spacing w:line="360" w:lineRule="auto"/>
        <w:rPr>
          <w:rFonts w:ascii="Times New Roman" w:eastAsia="Times New Roman" w:hAnsi="Times New Roman" w:cs="Times New Roman"/>
          <w:i/>
          <w:iCs/>
        </w:rPr>
      </w:pPr>
      <w:r w:rsidRPr="009658F0">
        <w:rPr>
          <w:rFonts w:ascii="Times New Roman" w:eastAsia="Times New Roman" w:hAnsi="Times New Roman" w:cs="Times New Roman"/>
          <w:i/>
          <w:iCs/>
        </w:rPr>
        <w:br w:type="page"/>
      </w:r>
    </w:p>
    <w:p w14:paraId="16041E83" w14:textId="4A973A52" w:rsidR="00520468" w:rsidRPr="009658F0" w:rsidRDefault="00520468" w:rsidP="006C1960">
      <w:pPr>
        <w:tabs>
          <w:tab w:val="left" w:pos="1887"/>
        </w:tabs>
        <w:spacing w:line="360" w:lineRule="auto"/>
        <w:rPr>
          <w:rFonts w:ascii="Times New Roman" w:eastAsia="Times New Roman" w:hAnsi="Times New Roman" w:cs="Times New Roman"/>
        </w:rPr>
      </w:pPr>
      <w:r w:rsidRPr="006401CB">
        <w:rPr>
          <w:rFonts w:ascii="Times New Roman" w:eastAsia="Times New Roman" w:hAnsi="Times New Roman" w:cs="Times New Roman"/>
          <w:highlight w:val="yellow"/>
        </w:rPr>
        <w:lastRenderedPageBreak/>
        <w:t>EDITH PAGE 80</w:t>
      </w:r>
    </w:p>
    <w:p w14:paraId="2D855674" w14:textId="2AFEB20A" w:rsidR="00520468" w:rsidRPr="009658F0" w:rsidRDefault="00036E35"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(80) lady like a temptress in the tent with the wide table, a lovely virtuous non-resistance to temptation dancing with her husband, kissing, joy, goodness </w:t>
      </w:r>
      <w:r w:rsidRPr="009658F0">
        <w:rPr>
          <w:rFonts w:ascii="Times New Roman" w:eastAsia="Times New Roman" w:hAnsi="Times New Roman" w:cs="Times New Roman"/>
          <w:i/>
          <w:iCs/>
          <w:sz w:val="24"/>
          <w:szCs w:val="24"/>
        </w:rPr>
        <w:t>often, [?] we often too</w:t>
      </w:r>
      <w:r w:rsidRPr="009658F0">
        <w:rPr>
          <w:rFonts w:ascii="Times New Roman" w:eastAsia="Times New Roman" w:hAnsi="Times New Roman" w:cs="Times New Roman"/>
          <w:sz w:val="24"/>
          <w:szCs w:val="24"/>
        </w:rPr>
        <w:t>. That’s what I like about the East</w:t>
      </w:r>
    </w:p>
    <w:p w14:paraId="27096BFF" w14:textId="702AA9A1" w:rsidR="00036E35" w:rsidRPr="009658F0" w:rsidRDefault="00036E35"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w:t>
      </w:r>
      <w:r w:rsidRPr="009658F0">
        <w:rPr>
          <w:rFonts w:ascii="Times New Roman" w:eastAsia="Times New Roman" w:hAnsi="Times New Roman" w:cs="Times New Roman"/>
          <w:i/>
          <w:iCs/>
          <w:sz w:val="24"/>
          <w:szCs w:val="24"/>
        </w:rPr>
        <w:t>late Sept [?] Has tent then hippies</w:t>
      </w:r>
      <w:r w:rsidRPr="009658F0">
        <w:rPr>
          <w:rFonts w:ascii="Times New Roman" w:eastAsia="Times New Roman" w:hAnsi="Times New Roman" w:cs="Times New Roman"/>
          <w:sz w:val="24"/>
          <w:szCs w:val="24"/>
        </w:rPr>
        <w:t xml:space="preserve"> </w:t>
      </w:r>
    </w:p>
    <w:p w14:paraId="1D6919EF" w14:textId="72CC2D46" w:rsidR="00036E35" w:rsidRPr="009658F0" w:rsidRDefault="00036E35" w:rsidP="006C1960">
      <w:pPr>
        <w:tabs>
          <w:tab w:val="left" w:pos="1887"/>
        </w:tabs>
        <w:spacing w:line="360" w:lineRule="auto"/>
        <w:rPr>
          <w:rFonts w:ascii="Times New Roman" w:hAnsi="Times New Roman" w:cs="Times New Roman"/>
          <w:sz w:val="24"/>
          <w:szCs w:val="24"/>
        </w:rPr>
      </w:pPr>
      <w:r w:rsidRPr="009658F0">
        <w:rPr>
          <w:rFonts w:ascii="Times New Roman" w:eastAsia="Times New Roman" w:hAnsi="Times New Roman" w:cs="Times New Roman"/>
          <w:sz w:val="24"/>
          <w:szCs w:val="24"/>
        </w:rPr>
        <w:t xml:space="preserve">The hair cutting </w:t>
      </w:r>
      <w:r w:rsidRPr="009658F0">
        <w:rPr>
          <w:rFonts w:ascii="Times New Roman" w:eastAsia="Times New Roman" w:hAnsi="Times New Roman" w:cs="Times New Roman"/>
          <w:b/>
          <w:bCs/>
          <w:i/>
          <w:iCs/>
          <w:sz w:val="24"/>
          <w:szCs w:val="24"/>
        </w:rPr>
        <w:t>a real rite of passage **</w:t>
      </w:r>
      <w:r w:rsidR="00F13472" w:rsidRPr="009658F0">
        <w:rPr>
          <w:rFonts w:ascii="Times New Roman" w:eastAsia="Times New Roman" w:hAnsi="Times New Roman" w:cs="Times New Roman"/>
          <w:b/>
          <w:bCs/>
          <w:sz w:val="24"/>
          <w:szCs w:val="24"/>
        </w:rPr>
        <w:t xml:space="preserve"> </w:t>
      </w:r>
      <w:r w:rsidR="00F13472" w:rsidRPr="009658F0">
        <w:rPr>
          <w:rFonts w:ascii="Times New Roman" w:eastAsia="Times New Roman" w:hAnsi="Times New Roman" w:cs="Times New Roman"/>
          <w:sz w:val="24"/>
          <w:szCs w:val="24"/>
        </w:rPr>
        <w:t xml:space="preserve">(see above, short note) – I was jammed against the rail – how did I get there? Wel, it was done by just going forward and a little forward and a little forward, taking the chance when somebody shifted. Then I could see, all down and up the rail beside me, the Hasidic wives, clapping, pressing, not shouting, just that same </w:t>
      </w:r>
      <w:r w:rsidR="00F13472" w:rsidRPr="009658F0">
        <w:rPr>
          <w:rFonts w:ascii="Times New Roman" w:eastAsia="Times New Roman" w:hAnsi="Times New Roman" w:cs="Times New Roman"/>
          <w:i/>
          <w:iCs/>
          <w:sz w:val="24"/>
          <w:szCs w:val="24"/>
        </w:rPr>
        <w:t xml:space="preserve">faces of </w:t>
      </w:r>
      <w:r w:rsidR="00F13472" w:rsidRPr="009658F0">
        <w:rPr>
          <w:rFonts w:ascii="Times New Roman" w:eastAsia="Times New Roman" w:hAnsi="Times New Roman" w:cs="Times New Roman"/>
          <w:sz w:val="24"/>
          <w:szCs w:val="24"/>
        </w:rPr>
        <w:t xml:space="preserve">strong will, and mild, yet frightening fierce persistence – innocent faces, wigs, hair scarves, long sleeves and skirts, faces not </w:t>
      </w:r>
      <w:proofErr w:type="gramStart"/>
      <w:r w:rsidR="00F13472" w:rsidRPr="009658F0">
        <w:rPr>
          <w:rFonts w:ascii="Times New Roman" w:eastAsia="Times New Roman" w:hAnsi="Times New Roman" w:cs="Times New Roman"/>
          <w:sz w:val="24"/>
          <w:szCs w:val="24"/>
        </w:rPr>
        <w:t>really there</w:t>
      </w:r>
      <w:proofErr w:type="gramEnd"/>
      <w:r w:rsidR="00F13472" w:rsidRPr="009658F0">
        <w:rPr>
          <w:rFonts w:ascii="Times New Roman" w:eastAsia="Times New Roman" w:hAnsi="Times New Roman" w:cs="Times New Roman"/>
          <w:sz w:val="24"/>
          <w:szCs w:val="24"/>
        </w:rPr>
        <w:t xml:space="preserve">. </w:t>
      </w:r>
      <w:r w:rsidR="00F13472" w:rsidRPr="009658F0">
        <w:rPr>
          <w:rFonts w:ascii="Times New Roman" w:eastAsia="Times New Roman" w:hAnsi="Times New Roman" w:cs="Times New Roman"/>
          <w:b/>
          <w:bCs/>
          <w:i/>
          <w:iCs/>
          <w:sz w:val="24"/>
          <w:szCs w:val="24"/>
        </w:rPr>
        <w:t>They wd swing baby carts at your heels if you were in the way</w:t>
      </w:r>
      <w:r w:rsidR="00F13472" w:rsidRPr="009658F0">
        <w:rPr>
          <w:rFonts w:ascii="Times New Roman" w:eastAsia="Times New Roman" w:hAnsi="Times New Roman" w:cs="Times New Roman"/>
          <w:sz w:val="24"/>
          <w:szCs w:val="24"/>
        </w:rPr>
        <w:t xml:space="preserve">. Then children 3 yrs old perched on shoulders beyond the rail, the bearers were not always in black but everybody else </w:t>
      </w:r>
      <w:proofErr w:type="gramStart"/>
      <w:r w:rsidR="00F13472" w:rsidRPr="009658F0">
        <w:rPr>
          <w:rFonts w:ascii="Times New Roman" w:eastAsia="Times New Roman" w:hAnsi="Times New Roman" w:cs="Times New Roman"/>
          <w:sz w:val="24"/>
          <w:szCs w:val="24"/>
        </w:rPr>
        <w:t>was</w:t>
      </w:r>
      <w:proofErr w:type="gramEnd"/>
      <w:r w:rsidR="00F13472" w:rsidRPr="009658F0">
        <w:rPr>
          <w:rFonts w:ascii="Times New Roman" w:eastAsia="Times New Roman" w:hAnsi="Times New Roman" w:cs="Times New Roman"/>
          <w:sz w:val="24"/>
          <w:szCs w:val="24"/>
        </w:rPr>
        <w:t xml:space="preserve"> that side of the rail </w:t>
      </w:r>
      <w:r w:rsidR="00F13472" w:rsidRPr="009658F0">
        <w:rPr>
          <w:rFonts w:ascii="Times New Roman" w:eastAsia="Times New Roman" w:hAnsi="Times New Roman" w:cs="Times New Roman"/>
          <w:i/>
          <w:iCs/>
          <w:sz w:val="24"/>
          <w:szCs w:val="24"/>
        </w:rPr>
        <w:t xml:space="preserve">you saw a mass of black coats [white out that has been written over] gathering for this rite of passage. </w:t>
      </w:r>
      <w:proofErr w:type="gramStart"/>
      <w:r w:rsidR="00F13472" w:rsidRPr="009658F0">
        <w:rPr>
          <w:rFonts w:ascii="Times New Roman" w:eastAsia="Times New Roman" w:hAnsi="Times New Roman" w:cs="Times New Roman"/>
          <w:sz w:val="24"/>
          <w:szCs w:val="24"/>
        </w:rPr>
        <w:t>TV</w:t>
      </w:r>
      <w:proofErr w:type="gramEnd"/>
      <w:r w:rsidR="00F13472" w:rsidRPr="009658F0">
        <w:rPr>
          <w:rFonts w:ascii="Times New Roman" w:eastAsia="Times New Roman" w:hAnsi="Times New Roman" w:cs="Times New Roman"/>
          <w:sz w:val="24"/>
          <w:szCs w:val="24"/>
        </w:rPr>
        <w:t xml:space="preserve"> camera was just in front of me. I dodged a lot to take pictures of the innocent overblown pink little faces overblown by tears in one case, girlie faces poor little things – though some enjoying it, facing this way and that. jiggling to the deafening music which may have been intended to drown </w:t>
      </w:r>
      <w:r w:rsidR="00A754A1" w:rsidRPr="009658F0">
        <w:rPr>
          <w:rFonts w:ascii="Times New Roman" w:eastAsia="Times New Roman" w:hAnsi="Times New Roman" w:cs="Times New Roman"/>
          <w:sz w:val="24"/>
          <w:szCs w:val="24"/>
        </w:rPr>
        <w:t xml:space="preserve">cries. The wee ones wore </w:t>
      </w:r>
      <w:proofErr w:type="spellStart"/>
      <w:r w:rsidR="00A754A1" w:rsidRPr="009658F0">
        <w:rPr>
          <w:rFonts w:ascii="Times New Roman" w:eastAsia="Times New Roman" w:hAnsi="Times New Roman" w:cs="Times New Roman"/>
          <w:sz w:val="24"/>
          <w:szCs w:val="24"/>
        </w:rPr>
        <w:t>kippas</w:t>
      </w:r>
      <w:proofErr w:type="spellEnd"/>
      <w:r w:rsidR="00A754A1" w:rsidRPr="009658F0">
        <w:rPr>
          <w:rFonts w:ascii="Times New Roman" w:eastAsia="Times New Roman" w:hAnsi="Times New Roman" w:cs="Times New Roman"/>
          <w:sz w:val="24"/>
          <w:szCs w:val="24"/>
        </w:rPr>
        <w:t xml:space="preserve">, pretty caps and decorative rubber </w:t>
      </w:r>
      <w:r w:rsidR="00A754A1" w:rsidRPr="009658F0">
        <w:rPr>
          <w:rFonts w:ascii="Times New Roman" w:eastAsia="Times New Roman" w:hAnsi="Times New Roman" w:cs="Times New Roman"/>
          <w:strike/>
          <w:sz w:val="24"/>
          <w:szCs w:val="24"/>
        </w:rPr>
        <w:t>holders</w:t>
      </w:r>
      <w:r w:rsidR="00A754A1" w:rsidRPr="009658F0">
        <w:rPr>
          <w:rFonts w:ascii="Times New Roman" w:eastAsia="Times New Roman" w:hAnsi="Times New Roman" w:cs="Times New Roman"/>
          <w:sz w:val="24"/>
          <w:szCs w:val="24"/>
        </w:rPr>
        <w:t xml:space="preserve"> bands on their </w:t>
      </w:r>
      <w:r w:rsidR="00A754A1" w:rsidRPr="009658F0">
        <w:rPr>
          <w:rFonts w:ascii="Times New Roman" w:hAnsi="Times New Roman" w:cs="Times New Roman"/>
          <w:sz w:val="24"/>
          <w:szCs w:val="24"/>
        </w:rPr>
        <w:t>pretty tresses. Someone put up large scissors and</w:t>
      </w:r>
      <w:r w:rsidR="00A754A1" w:rsidRPr="009658F0">
        <w:rPr>
          <w:rFonts w:ascii="Times New Roman" w:hAnsi="Times New Roman" w:cs="Times New Roman"/>
          <w:b/>
          <w:bCs/>
          <w:i/>
          <w:iCs/>
          <w:sz w:val="24"/>
          <w:szCs w:val="24"/>
        </w:rPr>
        <w:t xml:space="preserve"> </w:t>
      </w:r>
      <w:r w:rsidR="00A754A1" w:rsidRPr="009658F0">
        <w:rPr>
          <w:rFonts w:ascii="Times New Roman" w:hAnsi="Times New Roman" w:cs="Times New Roman"/>
          <w:sz w:val="24"/>
          <w:szCs w:val="24"/>
        </w:rPr>
        <w:t xml:space="preserve">then one entire half tress was cut right up to the green rubber. There she/she was whisked onwards in the dance, displayed half done –and I never saw one completed. Children were </w:t>
      </w:r>
    </w:p>
    <w:p w14:paraId="08A2DFBD" w14:textId="2221C49C" w:rsidR="00A754A1" w:rsidRPr="009658F0" w:rsidRDefault="00A754A1" w:rsidP="006C1960">
      <w:pPr>
        <w:tabs>
          <w:tab w:val="left" w:pos="1887"/>
        </w:tabs>
        <w:spacing w:line="360" w:lineRule="auto"/>
        <w:rPr>
          <w:rFonts w:ascii="Times New Roman" w:hAnsi="Times New Roman" w:cs="Times New Roman"/>
          <w:b/>
          <w:bCs/>
          <w:i/>
          <w:iCs/>
          <w:sz w:val="24"/>
          <w:szCs w:val="24"/>
        </w:rPr>
      </w:pPr>
      <w:r w:rsidRPr="009658F0">
        <w:rPr>
          <w:rFonts w:ascii="Times New Roman" w:hAnsi="Times New Roman" w:cs="Times New Roman"/>
          <w:b/>
          <w:bCs/>
          <w:i/>
          <w:iCs/>
          <w:sz w:val="24"/>
          <w:szCs w:val="24"/>
        </w:rPr>
        <w:t xml:space="preserve"> Shifra saw a 1 yr old baby’s hair cut late Sunday </w:t>
      </w:r>
    </w:p>
    <w:p w14:paraId="48DE05A8" w14:textId="088BDDCB" w:rsidR="00A754A1" w:rsidRPr="009658F0" w:rsidRDefault="00A754A1" w:rsidP="006C1960">
      <w:pPr>
        <w:spacing w:line="360" w:lineRule="auto"/>
        <w:rPr>
          <w:rFonts w:ascii="Times New Roman" w:hAnsi="Times New Roman" w:cs="Times New Roman"/>
          <w:b/>
          <w:bCs/>
          <w:i/>
          <w:iCs/>
        </w:rPr>
      </w:pPr>
      <w:r w:rsidRPr="009658F0">
        <w:rPr>
          <w:rFonts w:ascii="Times New Roman" w:hAnsi="Times New Roman" w:cs="Times New Roman"/>
          <w:b/>
          <w:bCs/>
          <w:i/>
          <w:iCs/>
        </w:rPr>
        <w:br w:type="page"/>
      </w:r>
    </w:p>
    <w:p w14:paraId="26E86AFA" w14:textId="30F16610" w:rsidR="00A754A1" w:rsidRPr="009658F0" w:rsidRDefault="00A754A1" w:rsidP="006C1960">
      <w:pPr>
        <w:tabs>
          <w:tab w:val="left" w:pos="1887"/>
        </w:tabs>
        <w:spacing w:line="360" w:lineRule="auto"/>
        <w:rPr>
          <w:rFonts w:ascii="Times New Roman" w:eastAsia="Times New Roman" w:hAnsi="Times New Roman" w:cs="Times New Roman"/>
        </w:rPr>
      </w:pPr>
      <w:r w:rsidRPr="006401CB">
        <w:rPr>
          <w:rFonts w:ascii="Times New Roman" w:eastAsia="Times New Roman" w:hAnsi="Times New Roman" w:cs="Times New Roman"/>
          <w:highlight w:val="yellow"/>
        </w:rPr>
        <w:lastRenderedPageBreak/>
        <w:t>EDITH PAGE 8</w:t>
      </w:r>
      <w:r w:rsidR="00EC571D" w:rsidRPr="006401CB">
        <w:rPr>
          <w:rFonts w:ascii="Times New Roman" w:eastAsia="Times New Roman" w:hAnsi="Times New Roman" w:cs="Times New Roman"/>
          <w:highlight w:val="yellow"/>
        </w:rPr>
        <w:t>1</w:t>
      </w:r>
    </w:p>
    <w:p w14:paraId="78C86D77" w14:textId="4FC29979" w:rsidR="00A754A1" w:rsidRPr="009658F0" w:rsidRDefault="00A754A1" w:rsidP="006C1960">
      <w:pPr>
        <w:tabs>
          <w:tab w:val="left" w:pos="1887"/>
        </w:tabs>
        <w:spacing w:line="360" w:lineRule="auto"/>
        <w:rPr>
          <w:rFonts w:ascii="Times New Roman" w:hAnsi="Times New Roman" w:cs="Times New Roman"/>
        </w:rPr>
      </w:pPr>
      <w:r w:rsidRPr="009658F0">
        <w:rPr>
          <w:rFonts w:ascii="Times New Roman" w:hAnsi="Times New Roman" w:cs="Times New Roman"/>
        </w:rPr>
        <w:t>(81)</w:t>
      </w:r>
    </w:p>
    <w:p w14:paraId="7ED86603" w14:textId="27CA37E0" w:rsidR="00857A85" w:rsidRPr="009658F0" w:rsidRDefault="00A754A1" w:rsidP="006C1960">
      <w:pPr>
        <w:tabs>
          <w:tab w:val="left" w:pos="1887"/>
        </w:tabs>
        <w:spacing w:line="360" w:lineRule="auto"/>
        <w:rPr>
          <w:rFonts w:ascii="Times New Roman" w:hAnsi="Times New Roman" w:cs="Times New Roman"/>
          <w:sz w:val="24"/>
          <w:szCs w:val="24"/>
        </w:rPr>
      </w:pPr>
      <w:r w:rsidRPr="009658F0">
        <w:rPr>
          <w:rFonts w:ascii="Times New Roman" w:hAnsi="Times New Roman" w:cs="Times New Roman"/>
          <w:sz w:val="24"/>
          <w:szCs w:val="24"/>
        </w:rPr>
        <w:t xml:space="preserve">being carried down the stairs from the </w:t>
      </w:r>
      <w:r w:rsidRPr="009658F0">
        <w:rPr>
          <w:rFonts w:ascii="Times New Roman" w:hAnsi="Times New Roman" w:cs="Times New Roman"/>
          <w:strike/>
          <w:sz w:val="24"/>
          <w:szCs w:val="24"/>
        </w:rPr>
        <w:t>ups</w:t>
      </w:r>
      <w:r w:rsidR="00D80548" w:rsidRPr="009658F0">
        <w:rPr>
          <w:rFonts w:ascii="Times New Roman" w:hAnsi="Times New Roman" w:cs="Times New Roman"/>
          <w:strike/>
          <w:sz w:val="24"/>
          <w:szCs w:val="24"/>
        </w:rPr>
        <w:t>tairs</w:t>
      </w:r>
      <w:r w:rsidR="00D80548" w:rsidRPr="009658F0">
        <w:rPr>
          <w:rFonts w:ascii="Times New Roman" w:hAnsi="Times New Roman" w:cs="Times New Roman"/>
          <w:sz w:val="24"/>
          <w:szCs w:val="24"/>
        </w:rPr>
        <w:t xml:space="preserve"> halls on the left. Boy children they had to be, now ready for the real training, no longer </w:t>
      </w:r>
      <w:proofErr w:type="gramStart"/>
      <w:r w:rsidR="00D80548" w:rsidRPr="009658F0">
        <w:rPr>
          <w:rFonts w:ascii="Times New Roman" w:hAnsi="Times New Roman" w:cs="Times New Roman"/>
          <w:sz w:val="24"/>
          <w:szCs w:val="24"/>
        </w:rPr>
        <w:t>treated</w:t>
      </w:r>
      <w:r w:rsidR="004223B2" w:rsidRPr="009658F0">
        <w:rPr>
          <w:rFonts w:ascii="Times New Roman" w:hAnsi="Times New Roman" w:cs="Times New Roman"/>
          <w:sz w:val="24"/>
          <w:szCs w:val="24"/>
        </w:rPr>
        <w:t xml:space="preserve"> </w:t>
      </w:r>
      <w:r w:rsidR="004223B2" w:rsidRPr="009658F0">
        <w:rPr>
          <w:rFonts w:ascii="Times New Roman" w:hAnsi="Times New Roman" w:cs="Times New Roman"/>
          <w:i/>
          <w:iCs/>
          <w:sz w:val="24"/>
          <w:szCs w:val="24"/>
        </w:rPr>
        <w:t>as</w:t>
      </w:r>
      <w:proofErr w:type="gramEnd"/>
      <w:r w:rsidR="00D80548" w:rsidRPr="009658F0">
        <w:rPr>
          <w:rFonts w:ascii="Times New Roman" w:hAnsi="Times New Roman" w:cs="Times New Roman"/>
          <w:sz w:val="24"/>
          <w:szCs w:val="24"/>
        </w:rPr>
        <w:t xml:space="preserve"> the same </w:t>
      </w:r>
      <w:r w:rsidR="004223B2" w:rsidRPr="009658F0">
        <w:rPr>
          <w:rFonts w:ascii="Times New Roman" w:hAnsi="Times New Roman" w:cs="Times New Roman"/>
          <w:sz w:val="24"/>
          <w:szCs w:val="24"/>
        </w:rPr>
        <w:t xml:space="preserve">way as the little girls by their mothers. Now the sidelocks (not shorn) would grow </w:t>
      </w:r>
      <w:r w:rsidR="004223B2" w:rsidRPr="009658F0">
        <w:rPr>
          <w:rFonts w:ascii="Times New Roman" w:hAnsi="Times New Roman" w:cs="Times New Roman"/>
          <w:i/>
          <w:iCs/>
          <w:sz w:val="24"/>
          <w:szCs w:val="24"/>
        </w:rPr>
        <w:t>these were left long</w:t>
      </w:r>
      <w:r w:rsidR="004223B2" w:rsidRPr="009658F0">
        <w:rPr>
          <w:rFonts w:ascii="Times New Roman" w:hAnsi="Times New Roman" w:cs="Times New Roman"/>
          <w:sz w:val="24"/>
          <w:szCs w:val="24"/>
        </w:rPr>
        <w:t xml:space="preserve">, now they would learn the verses of the Torah, the long specialization, life long, would begin, training such as is hardly to be found on this globe; to Bar Mitzvah </w:t>
      </w:r>
      <w:r w:rsidR="004223B2" w:rsidRPr="009658F0">
        <w:rPr>
          <w:rFonts w:ascii="Times New Roman" w:hAnsi="Times New Roman" w:cs="Times New Roman"/>
          <w:i/>
          <w:iCs/>
          <w:sz w:val="24"/>
          <w:szCs w:val="24"/>
        </w:rPr>
        <w:t xml:space="preserve">when </w:t>
      </w:r>
      <w:r w:rsidR="004223B2" w:rsidRPr="009658F0">
        <w:rPr>
          <w:rFonts w:ascii="Times New Roman" w:hAnsi="Times New Roman" w:cs="Times New Roman"/>
          <w:sz w:val="24"/>
          <w:szCs w:val="24"/>
        </w:rPr>
        <w:t xml:space="preserve">the wise boy, like Christ in the temple, admonishes us all, reading the great Scroll, to long years of Yeshiva study, </w:t>
      </w:r>
      <w:r w:rsidR="004223B2" w:rsidRPr="009658F0">
        <w:rPr>
          <w:rFonts w:ascii="Times New Roman" w:hAnsi="Times New Roman" w:cs="Times New Roman"/>
          <w:strike/>
          <w:sz w:val="24"/>
          <w:szCs w:val="24"/>
        </w:rPr>
        <w:t>dialectic</w:t>
      </w:r>
      <w:r w:rsidR="004223B2" w:rsidRPr="009658F0">
        <w:rPr>
          <w:rFonts w:ascii="Times New Roman" w:hAnsi="Times New Roman" w:cs="Times New Roman"/>
          <w:sz w:val="24"/>
          <w:szCs w:val="24"/>
        </w:rPr>
        <w:t xml:space="preserve">, sharpening and deepening the brain – weapon – to </w:t>
      </w:r>
      <w:proofErr w:type="spellStart"/>
      <w:r w:rsidR="004223B2" w:rsidRPr="009658F0">
        <w:rPr>
          <w:rFonts w:ascii="Times New Roman" w:hAnsi="Times New Roman" w:cs="Times New Roman"/>
          <w:sz w:val="24"/>
          <w:szCs w:val="24"/>
        </w:rPr>
        <w:t>princehood</w:t>
      </w:r>
      <w:proofErr w:type="spellEnd"/>
      <w:r w:rsidR="004223B2" w:rsidRPr="009658F0">
        <w:rPr>
          <w:rFonts w:ascii="Times New Roman" w:hAnsi="Times New Roman" w:cs="Times New Roman"/>
          <w:sz w:val="24"/>
          <w:szCs w:val="24"/>
        </w:rPr>
        <w:t xml:space="preserve"> in the courts of the Rabbi father, pointed </w:t>
      </w:r>
      <w:r w:rsidR="004223B2" w:rsidRPr="009658F0">
        <w:rPr>
          <w:rFonts w:ascii="Times New Roman" w:hAnsi="Times New Roman" w:cs="Times New Roman"/>
          <w:i/>
          <w:iCs/>
          <w:sz w:val="24"/>
          <w:szCs w:val="24"/>
        </w:rPr>
        <w:t xml:space="preserve">out </w:t>
      </w:r>
      <w:r w:rsidR="004223B2" w:rsidRPr="009658F0">
        <w:rPr>
          <w:rFonts w:ascii="Times New Roman" w:hAnsi="Times New Roman" w:cs="Times New Roman"/>
          <w:sz w:val="24"/>
          <w:szCs w:val="24"/>
        </w:rPr>
        <w:t>as a future rebbe</w:t>
      </w:r>
      <w:r w:rsidR="004F3CC3" w:rsidRPr="009658F0">
        <w:rPr>
          <w:rFonts w:ascii="Times New Roman" w:hAnsi="Times New Roman" w:cs="Times New Roman"/>
          <w:sz w:val="24"/>
          <w:szCs w:val="24"/>
        </w:rPr>
        <w:t xml:space="preserve">, the clothes, perfect. The collective groups, the closed world </w:t>
      </w:r>
      <w:r w:rsidR="004F3CC3" w:rsidRPr="009658F0">
        <w:rPr>
          <w:rFonts w:ascii="Times New Roman" w:hAnsi="Times New Roman" w:cs="Times New Roman"/>
          <w:i/>
          <w:iCs/>
          <w:sz w:val="24"/>
          <w:szCs w:val="24"/>
        </w:rPr>
        <w:t>which they obey</w:t>
      </w:r>
      <w:r w:rsidR="004F3CC3" w:rsidRPr="009658F0">
        <w:rPr>
          <w:rFonts w:ascii="Times New Roman" w:hAnsi="Times New Roman" w:cs="Times New Roman"/>
          <w:sz w:val="24"/>
          <w:szCs w:val="24"/>
        </w:rPr>
        <w:t xml:space="preserve"> of the 613 laws, dancing in the synagogue, </w:t>
      </w:r>
      <w:r w:rsidR="004F3CC3" w:rsidRPr="009658F0">
        <w:rPr>
          <w:rFonts w:ascii="Times New Roman" w:hAnsi="Times New Roman" w:cs="Times New Roman"/>
          <w:i/>
          <w:iCs/>
          <w:sz w:val="24"/>
          <w:szCs w:val="24"/>
        </w:rPr>
        <w:t xml:space="preserve">the </w:t>
      </w:r>
      <w:r w:rsidR="004F3CC3" w:rsidRPr="009658F0">
        <w:rPr>
          <w:rFonts w:ascii="Times New Roman" w:hAnsi="Times New Roman" w:cs="Times New Roman"/>
          <w:sz w:val="24"/>
          <w:szCs w:val="24"/>
        </w:rPr>
        <w:t xml:space="preserve">waiting, chastity, the marriage ordained by the rebbe, </w:t>
      </w:r>
      <w:r w:rsidR="004F3CC3" w:rsidRPr="009658F0">
        <w:rPr>
          <w:rFonts w:ascii="Times New Roman" w:hAnsi="Times New Roman" w:cs="Times New Roman"/>
          <w:b/>
          <w:bCs/>
          <w:i/>
          <w:iCs/>
          <w:sz w:val="24"/>
          <w:szCs w:val="24"/>
        </w:rPr>
        <w:t xml:space="preserve">bridegroom trapped now into </w:t>
      </w:r>
      <w:r w:rsidR="004F3CC3" w:rsidRPr="009658F0">
        <w:rPr>
          <w:rFonts w:ascii="Times New Roman" w:hAnsi="Times New Roman" w:cs="Times New Roman"/>
          <w:sz w:val="24"/>
          <w:szCs w:val="24"/>
        </w:rPr>
        <w:t xml:space="preserve">the </w:t>
      </w:r>
      <w:r w:rsidR="004F3CC3" w:rsidRPr="009658F0">
        <w:rPr>
          <w:rFonts w:ascii="Times New Roman" w:hAnsi="Times New Roman" w:cs="Times New Roman"/>
          <w:strike/>
          <w:sz w:val="24"/>
          <w:szCs w:val="24"/>
        </w:rPr>
        <w:t>obedience</w:t>
      </w:r>
      <w:r w:rsidR="004F3CC3" w:rsidRPr="009658F0">
        <w:rPr>
          <w:rFonts w:ascii="Times New Roman" w:hAnsi="Times New Roman" w:cs="Times New Roman"/>
          <w:sz w:val="24"/>
          <w:szCs w:val="24"/>
        </w:rPr>
        <w:t xml:space="preserve"> </w:t>
      </w:r>
      <w:r w:rsidR="004F3CC3" w:rsidRPr="009658F0">
        <w:rPr>
          <w:rFonts w:ascii="Times New Roman" w:hAnsi="Times New Roman" w:cs="Times New Roman"/>
          <w:i/>
          <w:iCs/>
          <w:sz w:val="24"/>
          <w:szCs w:val="24"/>
        </w:rPr>
        <w:t>duty</w:t>
      </w:r>
      <w:r w:rsidR="004F3CC3" w:rsidRPr="009658F0">
        <w:rPr>
          <w:rFonts w:ascii="Times New Roman" w:hAnsi="Times New Roman" w:cs="Times New Roman"/>
          <w:sz w:val="24"/>
          <w:szCs w:val="24"/>
        </w:rPr>
        <w:t xml:space="preserve">, </w:t>
      </w:r>
      <w:r w:rsidR="004F3CC3" w:rsidRPr="009658F0">
        <w:rPr>
          <w:rFonts w:ascii="Times New Roman" w:hAnsi="Times New Roman" w:cs="Times New Roman"/>
          <w:i/>
          <w:iCs/>
          <w:sz w:val="24"/>
          <w:szCs w:val="24"/>
        </w:rPr>
        <w:t xml:space="preserve">if pleasurable </w:t>
      </w:r>
      <w:r w:rsidR="004F3CC3" w:rsidRPr="009658F0">
        <w:rPr>
          <w:rFonts w:ascii="Times New Roman" w:hAnsi="Times New Roman" w:cs="Times New Roman"/>
          <w:sz w:val="24"/>
          <w:szCs w:val="24"/>
        </w:rPr>
        <w:t xml:space="preserve">of fathering sons, a </w:t>
      </w:r>
      <w:r w:rsidR="004F3CC3" w:rsidRPr="009658F0">
        <w:rPr>
          <w:rFonts w:ascii="Times New Roman" w:hAnsi="Times New Roman" w:cs="Times New Roman"/>
          <w:b/>
          <w:bCs/>
          <w:i/>
          <w:iCs/>
          <w:strike/>
          <w:sz w:val="24"/>
          <w:szCs w:val="24"/>
        </w:rPr>
        <w:t>gloomy</w:t>
      </w:r>
      <w:r w:rsidR="004F3CC3" w:rsidRPr="009658F0">
        <w:rPr>
          <w:rFonts w:ascii="Times New Roman" w:hAnsi="Times New Roman" w:cs="Times New Roman"/>
          <w:b/>
          <w:bCs/>
          <w:i/>
          <w:iCs/>
          <w:sz w:val="24"/>
          <w:szCs w:val="24"/>
        </w:rPr>
        <w:t xml:space="preserve"> polluting task,</w:t>
      </w:r>
      <w:r w:rsidR="004F3CC3" w:rsidRPr="009658F0">
        <w:rPr>
          <w:rFonts w:ascii="Times New Roman" w:hAnsi="Times New Roman" w:cs="Times New Roman"/>
          <w:sz w:val="24"/>
          <w:szCs w:val="24"/>
        </w:rPr>
        <w:t xml:space="preserve"> the wife to keep the home, pure, kosher, </w:t>
      </w:r>
      <w:r w:rsidR="004F3CC3" w:rsidRPr="009658F0">
        <w:rPr>
          <w:rFonts w:ascii="Times New Roman" w:hAnsi="Times New Roman" w:cs="Times New Roman"/>
          <w:i/>
          <w:iCs/>
          <w:sz w:val="24"/>
          <w:szCs w:val="24"/>
        </w:rPr>
        <w:t xml:space="preserve">and </w:t>
      </w:r>
      <w:r w:rsidR="004F3CC3" w:rsidRPr="009658F0">
        <w:rPr>
          <w:rFonts w:ascii="Times New Roman" w:hAnsi="Times New Roman" w:cs="Times New Roman"/>
          <w:sz w:val="24"/>
          <w:szCs w:val="24"/>
        </w:rPr>
        <w:t xml:space="preserve">so to the 3 yr old son, wheeled by the father in the pushchair among his great progeny, all </w:t>
      </w:r>
      <w:r w:rsidR="004F3CC3" w:rsidRPr="009658F0">
        <w:rPr>
          <w:rFonts w:ascii="Times New Roman" w:hAnsi="Times New Roman" w:cs="Times New Roman"/>
          <w:i/>
          <w:iCs/>
          <w:sz w:val="24"/>
          <w:szCs w:val="24"/>
        </w:rPr>
        <w:t xml:space="preserve">dressed </w:t>
      </w:r>
      <w:r w:rsidR="004F3CC3" w:rsidRPr="009658F0">
        <w:rPr>
          <w:rFonts w:ascii="Times New Roman" w:hAnsi="Times New Roman" w:cs="Times New Roman"/>
          <w:sz w:val="24"/>
          <w:szCs w:val="24"/>
        </w:rPr>
        <w:t xml:space="preserve">in holy clothes. And </w:t>
      </w:r>
      <w:r w:rsidR="004F3CC3" w:rsidRPr="009658F0">
        <w:rPr>
          <w:rFonts w:ascii="Times New Roman" w:hAnsi="Times New Roman" w:cs="Times New Roman"/>
          <w:strike/>
          <w:sz w:val="24"/>
          <w:szCs w:val="24"/>
        </w:rPr>
        <w:t xml:space="preserve">his own </w:t>
      </w:r>
      <w:r w:rsidR="004F3CC3" w:rsidRPr="009658F0">
        <w:rPr>
          <w:rFonts w:ascii="Times New Roman" w:hAnsi="Times New Roman" w:cs="Times New Roman"/>
          <w:i/>
          <w:iCs/>
          <w:sz w:val="24"/>
          <w:szCs w:val="24"/>
        </w:rPr>
        <w:t xml:space="preserve">growing to </w:t>
      </w:r>
      <w:r w:rsidR="004F3CC3" w:rsidRPr="009658F0">
        <w:rPr>
          <w:rFonts w:ascii="Times New Roman" w:hAnsi="Times New Roman" w:cs="Times New Roman"/>
          <w:sz w:val="24"/>
          <w:szCs w:val="24"/>
        </w:rPr>
        <w:t>maturity, in some money-business, handling papers with practiced efficiency, slapping them here, slapping them there, [the next sentence is cut off from the image]</w:t>
      </w:r>
    </w:p>
    <w:p w14:paraId="13CE46E6" w14:textId="77777777" w:rsidR="00857A85" w:rsidRPr="009658F0" w:rsidRDefault="00857A85" w:rsidP="006C1960">
      <w:pPr>
        <w:spacing w:line="360" w:lineRule="auto"/>
        <w:rPr>
          <w:rFonts w:ascii="Times New Roman" w:hAnsi="Times New Roman" w:cs="Times New Roman"/>
        </w:rPr>
      </w:pPr>
      <w:r w:rsidRPr="009658F0">
        <w:rPr>
          <w:rFonts w:ascii="Times New Roman" w:hAnsi="Times New Roman" w:cs="Times New Roman"/>
        </w:rPr>
        <w:br w:type="page"/>
      </w:r>
    </w:p>
    <w:p w14:paraId="4AB1F329" w14:textId="7159E2ED" w:rsidR="00A754A1" w:rsidRPr="009658F0" w:rsidRDefault="00857A85" w:rsidP="006C1960">
      <w:pPr>
        <w:tabs>
          <w:tab w:val="left" w:pos="1887"/>
        </w:tabs>
        <w:spacing w:line="360" w:lineRule="auto"/>
        <w:rPr>
          <w:rFonts w:ascii="Times New Roman" w:eastAsia="Times New Roman" w:hAnsi="Times New Roman" w:cs="Times New Roman"/>
        </w:rPr>
      </w:pPr>
      <w:r w:rsidRPr="006401CB">
        <w:rPr>
          <w:rFonts w:ascii="Times New Roman" w:eastAsia="Times New Roman" w:hAnsi="Times New Roman" w:cs="Times New Roman"/>
          <w:highlight w:val="yellow"/>
        </w:rPr>
        <w:lastRenderedPageBreak/>
        <w:t>EDITH PAGE 8</w:t>
      </w:r>
      <w:r w:rsidR="00EC571D" w:rsidRPr="006401CB">
        <w:rPr>
          <w:rFonts w:ascii="Times New Roman" w:eastAsia="Times New Roman" w:hAnsi="Times New Roman" w:cs="Times New Roman"/>
          <w:highlight w:val="yellow"/>
        </w:rPr>
        <w:t>2</w:t>
      </w:r>
    </w:p>
    <w:p w14:paraId="266C9C5D" w14:textId="6B830EEE" w:rsidR="00EC571D" w:rsidRPr="009658F0" w:rsidRDefault="00EC571D" w:rsidP="006C1960">
      <w:pPr>
        <w:tabs>
          <w:tab w:val="left" w:pos="1887"/>
        </w:tabs>
        <w:spacing w:line="360" w:lineRule="auto"/>
        <w:rPr>
          <w:rFonts w:ascii="Times New Roman" w:eastAsia="Times New Roman" w:hAnsi="Times New Roman" w:cs="Times New Roman"/>
        </w:rPr>
      </w:pPr>
      <w:r w:rsidRPr="009658F0">
        <w:rPr>
          <w:rFonts w:ascii="Times New Roman" w:eastAsia="Times New Roman" w:hAnsi="Times New Roman" w:cs="Times New Roman"/>
        </w:rPr>
        <w:t>(82)</w:t>
      </w:r>
    </w:p>
    <w:p w14:paraId="4FF066AA" w14:textId="4171651C" w:rsidR="00EC571D" w:rsidRPr="009658F0" w:rsidRDefault="00EC571D" w:rsidP="006C1960">
      <w:pPr>
        <w:tabs>
          <w:tab w:val="left" w:pos="1887"/>
        </w:tabs>
        <w:spacing w:line="360" w:lineRule="auto"/>
        <w:rPr>
          <w:rFonts w:ascii="Times New Roman" w:hAnsi="Times New Roman" w:cs="Times New Roman"/>
          <w:sz w:val="24"/>
          <w:szCs w:val="24"/>
        </w:rPr>
      </w:pPr>
      <w:r w:rsidRPr="009658F0">
        <w:rPr>
          <w:rFonts w:ascii="Times New Roman" w:eastAsia="Times New Roman" w:hAnsi="Times New Roman" w:cs="Times New Roman"/>
          <w:sz w:val="24"/>
          <w:szCs w:val="24"/>
        </w:rPr>
        <w:t xml:space="preserve">at his son’s wedding, teasing </w:t>
      </w:r>
      <w:r w:rsidRPr="009658F0">
        <w:rPr>
          <w:rFonts w:ascii="Times New Roman" w:eastAsia="Times New Roman" w:hAnsi="Times New Roman" w:cs="Times New Roman"/>
          <w:i/>
          <w:iCs/>
          <w:sz w:val="24"/>
          <w:szCs w:val="24"/>
        </w:rPr>
        <w:t xml:space="preserve">him, his </w:t>
      </w:r>
      <w:r w:rsidRPr="009658F0">
        <w:rPr>
          <w:rFonts w:ascii="Times New Roman" w:eastAsia="Times New Roman" w:hAnsi="Times New Roman" w:cs="Times New Roman"/>
          <w:sz w:val="24"/>
          <w:szCs w:val="24"/>
        </w:rPr>
        <w:t xml:space="preserve">large, huge beard, huge </w:t>
      </w:r>
      <w:proofErr w:type="spellStart"/>
      <w:r w:rsidRPr="009658F0">
        <w:rPr>
          <w:rFonts w:ascii="Times New Roman" w:eastAsia="Times New Roman" w:hAnsi="Times New Roman" w:cs="Times New Roman"/>
          <w:sz w:val="24"/>
          <w:szCs w:val="24"/>
        </w:rPr>
        <w:t>streimel</w:t>
      </w:r>
      <w:proofErr w:type="spellEnd"/>
      <w:r w:rsidRPr="009658F0">
        <w:rPr>
          <w:rFonts w:ascii="Times New Roman" w:eastAsia="Times New Roman" w:hAnsi="Times New Roman" w:cs="Times New Roman"/>
          <w:sz w:val="24"/>
          <w:szCs w:val="24"/>
        </w:rPr>
        <w:t xml:space="preserve">, big lips, [white out, written over] solemn, witty, words with [white out] hidden meaning, sly smiles, big gestures </w:t>
      </w:r>
      <w:r w:rsidRPr="009658F0">
        <w:rPr>
          <w:rFonts w:ascii="Times New Roman" w:eastAsia="Times New Roman" w:hAnsi="Times New Roman" w:cs="Times New Roman"/>
          <w:i/>
          <w:iCs/>
          <w:sz w:val="24"/>
          <w:szCs w:val="24"/>
        </w:rPr>
        <w:t xml:space="preserve">bridegroom </w:t>
      </w:r>
      <w:r w:rsidRPr="009658F0">
        <w:rPr>
          <w:rFonts w:ascii="Times New Roman" w:eastAsia="Times New Roman" w:hAnsi="Times New Roman" w:cs="Times New Roman"/>
          <w:sz w:val="24"/>
          <w:szCs w:val="24"/>
        </w:rPr>
        <w:t xml:space="preserve">oh the Jew! You kill me. </w:t>
      </w:r>
      <w:commentRangeStart w:id="45"/>
      <w:r w:rsidRPr="009658F0">
        <w:rPr>
          <w:rFonts w:ascii="Times New Roman" w:eastAsia="Times New Roman" w:hAnsi="Times New Roman" w:cs="Times New Roman"/>
          <w:sz w:val="24"/>
          <w:szCs w:val="24"/>
        </w:rPr>
        <w:t xml:space="preserve">And </w:t>
      </w:r>
      <w:commentRangeEnd w:id="45"/>
      <w:r w:rsidRPr="009658F0">
        <w:rPr>
          <w:rStyle w:val="CommentReference"/>
          <w:rFonts w:ascii="Times New Roman" w:hAnsi="Times New Roman" w:cs="Times New Roman"/>
          <w:sz w:val="24"/>
          <w:szCs w:val="24"/>
        </w:rPr>
        <w:commentReference w:id="45"/>
      </w:r>
      <w:r w:rsidRPr="009658F0">
        <w:rPr>
          <w:rFonts w:ascii="Times New Roman" w:eastAsia="Times New Roman" w:hAnsi="Times New Roman" w:cs="Times New Roman"/>
          <w:sz w:val="24"/>
          <w:szCs w:val="24"/>
        </w:rPr>
        <w:t>the more solemn route, the holier, the rabbi consulted privately by husbands bearing little cloths from their wives’ vaginas to prove their cleanness from blood – the endless exegesis of the Book</w:t>
      </w:r>
      <w:r w:rsidR="00303962" w:rsidRPr="009658F0">
        <w:rPr>
          <w:rFonts w:ascii="Times New Roman" w:eastAsia="Times New Roman" w:hAnsi="Times New Roman" w:cs="Times New Roman"/>
          <w:sz w:val="24"/>
          <w:szCs w:val="24"/>
        </w:rPr>
        <w:t xml:space="preserve">, </w:t>
      </w:r>
      <w:r w:rsidR="00303962" w:rsidRPr="009658F0">
        <w:rPr>
          <w:rFonts w:ascii="Times New Roman" w:eastAsia="Times New Roman" w:hAnsi="Times New Roman" w:cs="Times New Roman"/>
          <w:i/>
          <w:iCs/>
          <w:sz w:val="24"/>
          <w:szCs w:val="24"/>
        </w:rPr>
        <w:t xml:space="preserve">then </w:t>
      </w:r>
      <w:r w:rsidR="00303962" w:rsidRPr="009658F0">
        <w:rPr>
          <w:rFonts w:ascii="Times New Roman" w:eastAsia="Times New Roman" w:hAnsi="Times New Roman" w:cs="Times New Roman"/>
          <w:sz w:val="24"/>
          <w:szCs w:val="24"/>
        </w:rPr>
        <w:t xml:space="preserve">the growing holiness, surrounded by revering juniors, brand new white, shoulders bent, the marvelous visage long and wrinkled, ancient book under arm, </w:t>
      </w:r>
      <w:r w:rsidR="00303962" w:rsidRPr="009658F0">
        <w:rPr>
          <w:rFonts w:ascii="Times New Roman" w:eastAsia="Times New Roman" w:hAnsi="Times New Roman" w:cs="Times New Roman"/>
          <w:i/>
          <w:iCs/>
          <w:sz w:val="24"/>
          <w:szCs w:val="24"/>
        </w:rPr>
        <w:t xml:space="preserve">he has endured </w:t>
      </w:r>
      <w:r w:rsidR="00303962" w:rsidRPr="009658F0">
        <w:rPr>
          <w:rFonts w:ascii="Times New Roman" w:eastAsia="Times New Roman" w:hAnsi="Times New Roman" w:cs="Times New Roman"/>
          <w:sz w:val="24"/>
          <w:szCs w:val="24"/>
        </w:rPr>
        <w:t>a life of study – will not his prayers eventually prevail, oh God against the world</w:t>
      </w:r>
      <w:r w:rsidR="006615AC" w:rsidRPr="009658F0">
        <w:rPr>
          <w:rFonts w:ascii="Times New Roman" w:eastAsia="Times New Roman" w:hAnsi="Times New Roman" w:cs="Times New Roman"/>
          <w:sz w:val="24"/>
          <w:szCs w:val="24"/>
        </w:rPr>
        <w:t xml:space="preserve"> and unwise creation, prayers in a life of perfection, greater than anything Thou could have invented.[Text whited out and written over] Thou hast indeed to obey him – this little wizened object. And I ask too, obey! Obey the world’s prayers, </w:t>
      </w:r>
      <w:r w:rsidR="00980FF3" w:rsidRPr="009658F0">
        <w:rPr>
          <w:rFonts w:ascii="Times New Roman" w:eastAsia="Times New Roman" w:hAnsi="Times New Roman" w:cs="Times New Roman"/>
          <w:sz w:val="24"/>
          <w:szCs w:val="24"/>
        </w:rPr>
        <w:t xml:space="preserve">focused through [white out, overwritten] this innocent, unconscious object, answer for our own good, I’ll bet he </w:t>
      </w:r>
      <w:r w:rsidR="00980FF3" w:rsidRPr="009658F0">
        <w:rPr>
          <w:rFonts w:ascii="Times New Roman" w:eastAsia="Times New Roman" w:hAnsi="Times New Roman" w:cs="Times New Roman"/>
          <w:i/>
          <w:iCs/>
          <w:sz w:val="24"/>
          <w:szCs w:val="24"/>
        </w:rPr>
        <w:t xml:space="preserve">the rabbi </w:t>
      </w:r>
      <w:r w:rsidR="00980FF3" w:rsidRPr="009658F0">
        <w:rPr>
          <w:rFonts w:ascii="Times New Roman" w:hAnsi="Times New Roman" w:cs="Times New Roman"/>
          <w:sz w:val="24"/>
          <w:szCs w:val="24"/>
        </w:rPr>
        <w:t xml:space="preserve">doesn’t know what’s </w:t>
      </w:r>
      <w:proofErr w:type="gramStart"/>
      <w:r w:rsidR="00980FF3" w:rsidRPr="009658F0">
        <w:rPr>
          <w:rFonts w:ascii="Times New Roman" w:hAnsi="Times New Roman" w:cs="Times New Roman"/>
          <w:sz w:val="24"/>
          <w:szCs w:val="24"/>
        </w:rPr>
        <w:t>good</w:t>
      </w:r>
      <w:proofErr w:type="gramEnd"/>
      <w:r w:rsidR="00980FF3" w:rsidRPr="009658F0">
        <w:rPr>
          <w:rFonts w:ascii="Times New Roman" w:hAnsi="Times New Roman" w:cs="Times New Roman"/>
          <w:sz w:val="24"/>
          <w:szCs w:val="24"/>
        </w:rPr>
        <w:t xml:space="preserve">, certainly we don’t – But dammit the man does pray. </w:t>
      </w:r>
    </w:p>
    <w:p w14:paraId="6C4C9182" w14:textId="40E9F6CE" w:rsidR="00980FF3" w:rsidRPr="009658F0" w:rsidRDefault="00980FF3" w:rsidP="006C1960">
      <w:pPr>
        <w:tabs>
          <w:tab w:val="left" w:pos="1887"/>
        </w:tabs>
        <w:spacing w:line="360" w:lineRule="auto"/>
        <w:rPr>
          <w:rFonts w:ascii="Times New Roman" w:hAnsi="Times New Roman" w:cs="Times New Roman"/>
          <w:sz w:val="24"/>
          <w:szCs w:val="24"/>
        </w:rPr>
      </w:pPr>
      <w:proofErr w:type="gramStart"/>
      <w:r w:rsidRPr="009658F0">
        <w:rPr>
          <w:rFonts w:ascii="Times New Roman" w:hAnsi="Times New Roman" w:cs="Times New Roman"/>
          <w:sz w:val="24"/>
          <w:szCs w:val="24"/>
        </w:rPr>
        <w:t>So</w:t>
      </w:r>
      <w:proofErr w:type="gramEnd"/>
      <w:r w:rsidRPr="009658F0">
        <w:rPr>
          <w:rFonts w:ascii="Times New Roman" w:hAnsi="Times New Roman" w:cs="Times New Roman"/>
          <w:sz w:val="24"/>
          <w:szCs w:val="24"/>
        </w:rPr>
        <w:t xml:space="preserve"> I pressed to the rail watching the </w:t>
      </w:r>
      <w:r w:rsidRPr="009658F0">
        <w:rPr>
          <w:rFonts w:ascii="Times New Roman" w:hAnsi="Times New Roman" w:cs="Times New Roman"/>
          <w:i/>
          <w:iCs/>
          <w:sz w:val="24"/>
          <w:szCs w:val="24"/>
        </w:rPr>
        <w:t xml:space="preserve">haircutting </w:t>
      </w:r>
      <w:r w:rsidRPr="009658F0">
        <w:rPr>
          <w:rFonts w:ascii="Times New Roman" w:hAnsi="Times New Roman" w:cs="Times New Roman"/>
          <w:sz w:val="24"/>
          <w:szCs w:val="24"/>
        </w:rPr>
        <w:t xml:space="preserve">slow swirl, the cram of black in front and behind me [white out] a constant pressing drift of Sephardim into the shrine of the tomb. Barbara and I attempted to enter </w:t>
      </w:r>
      <w:r w:rsidRPr="009658F0">
        <w:rPr>
          <w:rFonts w:ascii="Times New Roman" w:hAnsi="Times New Roman" w:cs="Times New Roman"/>
          <w:i/>
          <w:iCs/>
          <w:sz w:val="24"/>
          <w:szCs w:val="24"/>
        </w:rPr>
        <w:t xml:space="preserve">the shrine </w:t>
      </w:r>
      <w:r w:rsidRPr="009658F0">
        <w:rPr>
          <w:rFonts w:ascii="Times New Roman" w:hAnsi="Times New Roman" w:cs="Times New Roman"/>
          <w:sz w:val="24"/>
          <w:szCs w:val="24"/>
        </w:rPr>
        <w:t>by the nearer door</w:t>
      </w:r>
      <w:r w:rsidR="00F84907" w:rsidRPr="009658F0">
        <w:rPr>
          <w:rFonts w:ascii="Times New Roman" w:hAnsi="Times New Roman" w:cs="Times New Roman"/>
          <w:sz w:val="24"/>
          <w:szCs w:val="24"/>
        </w:rPr>
        <w:t>, but just as we approached a man began to shut it from the inside, the crush must have been too dangerous. But shutting it was frightening, because</w:t>
      </w:r>
    </w:p>
    <w:p w14:paraId="3231C4C1" w14:textId="52BB6956" w:rsidR="00527FAB" w:rsidRPr="009658F0" w:rsidRDefault="00527FAB" w:rsidP="006C1960">
      <w:pPr>
        <w:spacing w:line="360" w:lineRule="auto"/>
        <w:rPr>
          <w:rFonts w:ascii="Times New Roman" w:eastAsia="Times New Roman" w:hAnsi="Times New Roman" w:cs="Times New Roman"/>
        </w:rPr>
      </w:pPr>
      <w:r w:rsidRPr="009658F0">
        <w:rPr>
          <w:rFonts w:ascii="Times New Roman" w:eastAsia="Times New Roman" w:hAnsi="Times New Roman" w:cs="Times New Roman"/>
        </w:rPr>
        <w:br w:type="page"/>
      </w:r>
    </w:p>
    <w:p w14:paraId="7AC4EE4B" w14:textId="7DD9BFBF" w:rsidR="00857A85" w:rsidRPr="009658F0" w:rsidRDefault="00527FAB" w:rsidP="006C1960">
      <w:pPr>
        <w:tabs>
          <w:tab w:val="left" w:pos="1887"/>
        </w:tabs>
        <w:spacing w:line="360" w:lineRule="auto"/>
        <w:rPr>
          <w:rFonts w:ascii="Times New Roman" w:eastAsia="Times New Roman" w:hAnsi="Times New Roman" w:cs="Times New Roman"/>
          <w:sz w:val="24"/>
          <w:szCs w:val="24"/>
        </w:rPr>
      </w:pPr>
      <w:r w:rsidRPr="006401CB">
        <w:rPr>
          <w:rFonts w:ascii="Times New Roman" w:eastAsia="Times New Roman" w:hAnsi="Times New Roman" w:cs="Times New Roman"/>
          <w:sz w:val="24"/>
          <w:szCs w:val="24"/>
          <w:highlight w:val="yellow"/>
        </w:rPr>
        <w:lastRenderedPageBreak/>
        <w:t>EDITH PAGE 83</w:t>
      </w:r>
    </w:p>
    <w:p w14:paraId="7B8E9C20" w14:textId="0146A65E" w:rsidR="00461AF4" w:rsidRPr="009658F0" w:rsidRDefault="00461AF4" w:rsidP="006C1960">
      <w:pPr>
        <w:tabs>
          <w:tab w:val="left" w:pos="1887"/>
        </w:tabs>
        <w:spacing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(83)</w:t>
      </w:r>
    </w:p>
    <w:p w14:paraId="0D4C618F" w14:textId="77777777" w:rsidR="0085604A" w:rsidRPr="009658F0" w:rsidRDefault="00461AF4" w:rsidP="006C1960">
      <w:pPr>
        <w:tabs>
          <w:tab w:val="left" w:pos="1887"/>
        </w:tabs>
        <w:spacing w:line="360" w:lineRule="auto"/>
        <w:rPr>
          <w:rFonts w:ascii="Times New Roman" w:eastAsia="Times New Roman" w:hAnsi="Times New Roman" w:cs="Times New Roman"/>
          <w:b/>
          <w:bCs/>
          <w:sz w:val="24"/>
          <w:szCs w:val="24"/>
        </w:rPr>
      </w:pPr>
      <w:r w:rsidRPr="009658F0">
        <w:rPr>
          <w:rFonts w:ascii="Times New Roman" w:eastAsia="Times New Roman" w:hAnsi="Times New Roman" w:cs="Times New Roman"/>
          <w:sz w:val="24"/>
          <w:szCs w:val="24"/>
        </w:rPr>
        <w:t xml:space="preserve">people nearly got crushed and trapped by the heavy doors. </w:t>
      </w:r>
      <w:r w:rsidRPr="009658F0">
        <w:rPr>
          <w:rFonts w:ascii="Times New Roman" w:eastAsia="Times New Roman" w:hAnsi="Times New Roman" w:cs="Times New Roman"/>
          <w:b/>
          <w:bCs/>
          <w:i/>
          <w:iCs/>
          <w:sz w:val="24"/>
          <w:szCs w:val="24"/>
        </w:rPr>
        <w:t xml:space="preserve">“If we slipped we’d never get up” – </w:t>
      </w:r>
      <w:commentRangeStart w:id="46"/>
      <w:r w:rsidRPr="009658F0">
        <w:rPr>
          <w:rFonts w:ascii="Times New Roman" w:eastAsia="Times New Roman" w:hAnsi="Times New Roman" w:cs="Times New Roman"/>
          <w:b/>
          <w:bCs/>
          <w:i/>
          <w:iCs/>
          <w:sz w:val="24"/>
          <w:szCs w:val="24"/>
        </w:rPr>
        <w:t>B</w:t>
      </w:r>
      <w:commentRangeEnd w:id="46"/>
      <w:r w:rsidRPr="009658F0">
        <w:rPr>
          <w:rStyle w:val="CommentReference"/>
          <w:rFonts w:ascii="Times New Roman" w:hAnsi="Times New Roman" w:cs="Times New Roman"/>
          <w:b/>
          <w:bCs/>
          <w:i/>
          <w:iCs/>
          <w:sz w:val="24"/>
          <w:szCs w:val="24"/>
        </w:rPr>
        <w:commentReference w:id="46"/>
      </w:r>
      <w:r w:rsidRPr="009658F0">
        <w:rPr>
          <w:rFonts w:ascii="Times New Roman" w:eastAsia="Times New Roman" w:hAnsi="Times New Roman" w:cs="Times New Roman"/>
          <w:b/>
          <w:bCs/>
          <w:i/>
          <w:iCs/>
          <w:sz w:val="24"/>
          <w:szCs w:val="24"/>
        </w:rPr>
        <w:t>. “but no hostility”.</w:t>
      </w:r>
      <w:r w:rsidRPr="009658F0">
        <w:rPr>
          <w:rFonts w:ascii="Times New Roman" w:eastAsia="Times New Roman" w:hAnsi="Times New Roman" w:cs="Times New Roman"/>
          <w:b/>
          <w:bCs/>
          <w:sz w:val="24"/>
          <w:szCs w:val="24"/>
        </w:rPr>
        <w:t xml:space="preserve"> </w:t>
      </w:r>
    </w:p>
    <w:p w14:paraId="47258014" w14:textId="779D8E17" w:rsidR="00461AF4" w:rsidRPr="009658F0" w:rsidRDefault="00461AF4" w:rsidP="006C1960">
      <w:pPr>
        <w:tabs>
          <w:tab w:val="left" w:pos="1887"/>
        </w:tabs>
        <w:spacing w:line="360" w:lineRule="auto"/>
        <w:rPr>
          <w:rFonts w:ascii="Times New Roman" w:eastAsia="Times New Roman" w:hAnsi="Times New Roman" w:cs="Times New Roman"/>
          <w:sz w:val="24"/>
          <w:szCs w:val="24"/>
        </w:rPr>
      </w:pPr>
      <w:commentRangeStart w:id="47"/>
      <w:r w:rsidRPr="009658F0">
        <w:rPr>
          <w:rFonts w:ascii="Times New Roman" w:eastAsia="Times New Roman" w:hAnsi="Times New Roman" w:cs="Times New Roman"/>
          <w:sz w:val="24"/>
          <w:szCs w:val="24"/>
        </w:rPr>
        <w:t xml:space="preserve">Trying </w:t>
      </w:r>
      <w:commentRangeEnd w:id="47"/>
      <w:r w:rsidR="0085604A" w:rsidRPr="009658F0">
        <w:rPr>
          <w:rStyle w:val="CommentReference"/>
          <w:rFonts w:ascii="Times New Roman" w:hAnsi="Times New Roman" w:cs="Times New Roman"/>
          <w:sz w:val="24"/>
          <w:szCs w:val="24"/>
        </w:rPr>
        <w:commentReference w:id="47"/>
      </w:r>
      <w:r w:rsidRPr="009658F0">
        <w:rPr>
          <w:rFonts w:ascii="Times New Roman" w:eastAsia="Times New Roman" w:hAnsi="Times New Roman" w:cs="Times New Roman"/>
          <w:sz w:val="24"/>
          <w:szCs w:val="24"/>
        </w:rPr>
        <w:t xml:space="preserve">to approach </w:t>
      </w:r>
      <w:r w:rsidR="0085604A" w:rsidRPr="009658F0">
        <w:rPr>
          <w:rFonts w:ascii="Times New Roman" w:eastAsia="Times New Roman" w:hAnsi="Times New Roman" w:cs="Times New Roman"/>
          <w:sz w:val="24"/>
          <w:szCs w:val="24"/>
        </w:rPr>
        <w:t xml:space="preserve">the tomb once we had got through the other door, so we went on past the seated ladies on the right and out the other end, then up the stairs to the right. On the [white out] so[?] night I had, early in the evening, noticed that [white out] </w:t>
      </w:r>
      <w:r w:rsidR="0085604A" w:rsidRPr="009658F0">
        <w:rPr>
          <w:rFonts w:ascii="Times New Roman" w:eastAsia="Times New Roman" w:hAnsi="Times New Roman" w:cs="Times New Roman"/>
          <w:i/>
          <w:iCs/>
          <w:sz w:val="24"/>
          <w:szCs w:val="24"/>
        </w:rPr>
        <w:t xml:space="preserve">I passed nearby the women’s toilet side </w:t>
      </w:r>
      <w:r w:rsidR="0085604A" w:rsidRPr="009658F0">
        <w:rPr>
          <w:rFonts w:ascii="Times New Roman" w:eastAsia="Times New Roman" w:hAnsi="Times New Roman" w:cs="Times New Roman"/>
          <w:sz w:val="24"/>
          <w:szCs w:val="24"/>
        </w:rPr>
        <w:t xml:space="preserve">a man was in the women’s toilet with a </w:t>
      </w:r>
      <w:proofErr w:type="spellStart"/>
      <w:r w:rsidR="0085604A" w:rsidRPr="009658F0">
        <w:rPr>
          <w:rFonts w:ascii="Times New Roman" w:eastAsia="Times New Roman" w:hAnsi="Times New Roman" w:cs="Times New Roman"/>
          <w:sz w:val="24"/>
          <w:szCs w:val="24"/>
        </w:rPr>
        <w:t>squeejee</w:t>
      </w:r>
      <w:proofErr w:type="spellEnd"/>
      <w:r w:rsidR="0085604A" w:rsidRPr="009658F0">
        <w:rPr>
          <w:rFonts w:ascii="Times New Roman" w:eastAsia="Times New Roman" w:hAnsi="Times New Roman" w:cs="Times New Roman"/>
          <w:sz w:val="24"/>
          <w:szCs w:val="24"/>
        </w:rPr>
        <w:t xml:space="preserve"> broom, sweeping water and toilet paper and unnamed things out of the door on to the path. Gratefully I brushed past him and went into a newly cleaned toilet. This was the only time I used one there. [white out]</w:t>
      </w:r>
    </w:p>
    <w:p w14:paraId="0F7848F0" w14:textId="406ACA12" w:rsidR="0085604A" w:rsidRPr="009658F0" w:rsidRDefault="0085604A"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i/>
          <w:iCs/>
          <w:sz w:val="24"/>
          <w:szCs w:val="24"/>
        </w:rPr>
        <w:t>to top 83</w:t>
      </w:r>
      <w:r w:rsidRPr="009658F0">
        <w:rPr>
          <w:rFonts w:ascii="Times New Roman" w:eastAsia="Times New Roman" w:hAnsi="Times New Roman" w:cs="Times New Roman"/>
          <w:sz w:val="24"/>
          <w:szCs w:val="24"/>
        </w:rPr>
        <w:t xml:space="preserve"> </w:t>
      </w:r>
      <w:r w:rsidR="00E16D49" w:rsidRPr="009658F0">
        <w:rPr>
          <w:rFonts w:ascii="Times New Roman" w:eastAsia="Times New Roman" w:hAnsi="Times New Roman" w:cs="Times New Roman"/>
          <w:i/>
          <w:iCs/>
          <w:sz w:val="24"/>
          <w:szCs w:val="24"/>
        </w:rPr>
        <w:t>(we</w:t>
      </w:r>
      <w:r w:rsidRPr="009658F0">
        <w:rPr>
          <w:rFonts w:ascii="Times New Roman" w:eastAsia="Times New Roman" w:hAnsi="Times New Roman" w:cs="Times New Roman"/>
          <w:sz w:val="24"/>
          <w:szCs w:val="24"/>
        </w:rPr>
        <w:t xml:space="preserve"> all still feel pregnant with this material and must try to include the </w:t>
      </w:r>
      <w:r w:rsidRPr="009658F0">
        <w:rPr>
          <w:rFonts w:ascii="Times New Roman" w:eastAsia="Times New Roman" w:hAnsi="Times New Roman" w:cs="Times New Roman"/>
          <w:sz w:val="24"/>
          <w:szCs w:val="24"/>
          <w:u w:val="single"/>
        </w:rPr>
        <w:t>living</w:t>
      </w:r>
      <w:r w:rsidRPr="009658F0">
        <w:rPr>
          <w:rFonts w:ascii="Times New Roman" w:eastAsia="Times New Roman" w:hAnsi="Times New Roman" w:cs="Times New Roman"/>
          <w:sz w:val="24"/>
          <w:szCs w:val="24"/>
        </w:rPr>
        <w:t xml:space="preserve"> quality along with some intelligent organization of [white out] the whole process.</w:t>
      </w:r>
    </w:p>
    <w:p w14:paraId="311940E2" w14:textId="31799748" w:rsidR="0085604A" w:rsidRPr="009658F0" w:rsidRDefault="0085604A" w:rsidP="006C1960">
      <w:pPr>
        <w:tabs>
          <w:tab w:val="left" w:pos="1887"/>
        </w:tabs>
        <w:spacing w:line="360" w:lineRule="auto"/>
        <w:rPr>
          <w:rFonts w:ascii="Times New Roman" w:eastAsia="Times New Roman" w:hAnsi="Times New Roman" w:cs="Times New Roman"/>
          <w:i/>
          <w:iCs/>
          <w:sz w:val="24"/>
          <w:szCs w:val="24"/>
        </w:rPr>
      </w:pPr>
      <w:r w:rsidRPr="009658F0">
        <w:rPr>
          <w:rFonts w:ascii="Times New Roman" w:eastAsia="Times New Roman" w:hAnsi="Times New Roman" w:cs="Times New Roman"/>
          <w:i/>
          <w:iCs/>
          <w:sz w:val="24"/>
          <w:szCs w:val="24"/>
        </w:rPr>
        <w:t xml:space="preserve">to 80 ¼ </w:t>
      </w:r>
    </w:p>
    <w:p w14:paraId="37CEB243" w14:textId="5217AFD3" w:rsidR="0085604A" w:rsidRPr="009658F0" w:rsidRDefault="0085604A"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[different pen] </w:t>
      </w:r>
      <w:proofErr w:type="spellStart"/>
      <w:r w:rsidRPr="009658F0">
        <w:rPr>
          <w:rFonts w:ascii="Times New Roman" w:eastAsia="Times New Roman" w:hAnsi="Times New Roman" w:cs="Times New Roman"/>
          <w:sz w:val="24"/>
          <w:szCs w:val="24"/>
          <w:u w:val="single"/>
        </w:rPr>
        <w:t>trs</w:t>
      </w:r>
      <w:proofErr w:type="spellEnd"/>
      <w:r w:rsidRPr="009658F0">
        <w:rPr>
          <w:rFonts w:ascii="Times New Roman" w:eastAsia="Times New Roman" w:hAnsi="Times New Roman" w:cs="Times New Roman"/>
          <w:sz w:val="24"/>
          <w:szCs w:val="24"/>
          <w:u w:val="single"/>
        </w:rPr>
        <w:t xml:space="preserve"> to above </w:t>
      </w:r>
      <w:r w:rsidRPr="009658F0">
        <w:rPr>
          <w:rFonts w:ascii="Times New Roman" w:eastAsia="Times New Roman" w:hAnsi="Times New Roman" w:cs="Times New Roman"/>
          <w:sz w:val="24"/>
          <w:szCs w:val="24"/>
        </w:rPr>
        <w:t>on 87 p80 **</w:t>
      </w:r>
    </w:p>
    <w:p w14:paraId="29638AA1" w14:textId="456BBCA4" w:rsidR="004A04EE" w:rsidRPr="009658F0" w:rsidRDefault="0085604A" w:rsidP="006C1960">
      <w:pPr>
        <w:tabs>
          <w:tab w:val="left" w:pos="1887"/>
        </w:tabs>
        <w:spacing w:line="360" w:lineRule="auto"/>
        <w:rPr>
          <w:rFonts w:ascii="Times New Roman" w:hAnsi="Times New Roman" w:cs="Times New Roman"/>
          <w:sz w:val="24"/>
          <w:szCs w:val="24"/>
        </w:rPr>
      </w:pPr>
      <w:r w:rsidRPr="009658F0">
        <w:rPr>
          <w:rFonts w:ascii="Times New Roman" w:eastAsia="Times New Roman" w:hAnsi="Times New Roman" w:cs="Times New Roman"/>
          <w:sz w:val="24"/>
          <w:szCs w:val="24"/>
        </w:rPr>
        <w:t>On Sunday morning, arriving for the haircutting, toiling up the hill to the shrine, after passing or being passed by the contin</w:t>
      </w:r>
      <w:r w:rsidR="004A04EE" w:rsidRPr="009658F0">
        <w:rPr>
          <w:rFonts w:ascii="Times New Roman" w:eastAsia="Times New Roman" w:hAnsi="Times New Roman" w:cs="Times New Roman"/>
          <w:sz w:val="24"/>
          <w:szCs w:val="24"/>
        </w:rPr>
        <w:t xml:space="preserve">ual scissoring groups </w:t>
      </w:r>
      <w:r w:rsidR="004A04EE" w:rsidRPr="009658F0">
        <w:rPr>
          <w:rFonts w:ascii="Times New Roman" w:eastAsia="Times New Roman" w:hAnsi="Times New Roman" w:cs="Times New Roman"/>
          <w:i/>
          <w:iCs/>
          <w:sz w:val="24"/>
          <w:szCs w:val="24"/>
        </w:rPr>
        <w:t>who touch no one</w:t>
      </w:r>
      <w:r w:rsidR="004A04EE" w:rsidRPr="009658F0">
        <w:rPr>
          <w:rFonts w:ascii="Times New Roman" w:eastAsia="Times New Roman" w:hAnsi="Times New Roman" w:cs="Times New Roman"/>
          <w:sz w:val="24"/>
          <w:szCs w:val="24"/>
        </w:rPr>
        <w:t xml:space="preserve"> of Hasidim, “around whom a space is cleared as they come (panoplied) [new pen] as it were in power, aggressiveness [white out] to whom everyone fields, for this is </w:t>
      </w:r>
      <w:r w:rsidR="004A04EE" w:rsidRPr="009658F0">
        <w:rPr>
          <w:rFonts w:ascii="Times New Roman" w:eastAsia="Times New Roman" w:hAnsi="Times New Roman" w:cs="Times New Roman"/>
          <w:sz w:val="24"/>
          <w:szCs w:val="24"/>
          <w:u w:val="single"/>
        </w:rPr>
        <w:t>their</w:t>
      </w:r>
      <w:r w:rsidR="004A04EE" w:rsidRPr="009658F0">
        <w:rPr>
          <w:rFonts w:ascii="Times New Roman" w:hAnsi="Times New Roman" w:cs="Times New Roman"/>
          <w:sz w:val="24"/>
          <w:szCs w:val="24"/>
        </w:rPr>
        <w:t xml:space="preserve"> turf and their [white out] own agreement, they are dominant [white out]like the Lubavitchers in NY” (B. Meyerhoff) (as described in The Chosen, the ball game) – as we came up the </w:t>
      </w:r>
    </w:p>
    <w:p w14:paraId="5130C987" w14:textId="77777777" w:rsidR="004A04EE" w:rsidRPr="009658F0" w:rsidRDefault="004A04EE" w:rsidP="006C1960">
      <w:pPr>
        <w:spacing w:line="360" w:lineRule="auto"/>
        <w:rPr>
          <w:rFonts w:ascii="Times New Roman" w:hAnsi="Times New Roman" w:cs="Times New Roman"/>
        </w:rPr>
      </w:pPr>
      <w:r w:rsidRPr="009658F0">
        <w:rPr>
          <w:rFonts w:ascii="Times New Roman" w:hAnsi="Times New Roman" w:cs="Times New Roman"/>
        </w:rPr>
        <w:br w:type="page"/>
      </w:r>
    </w:p>
    <w:p w14:paraId="44DBF5A6" w14:textId="4F3E61F3" w:rsidR="004A04EE" w:rsidRPr="009658F0" w:rsidRDefault="004A04EE" w:rsidP="006C1960">
      <w:pPr>
        <w:tabs>
          <w:tab w:val="left" w:pos="1887"/>
        </w:tabs>
        <w:spacing w:line="360" w:lineRule="auto"/>
        <w:rPr>
          <w:rFonts w:ascii="Times New Roman" w:eastAsia="Times New Roman" w:hAnsi="Times New Roman" w:cs="Times New Roman"/>
        </w:rPr>
      </w:pPr>
      <w:r w:rsidRPr="006401CB">
        <w:rPr>
          <w:rFonts w:ascii="Times New Roman" w:eastAsia="Times New Roman" w:hAnsi="Times New Roman" w:cs="Times New Roman"/>
          <w:highlight w:val="yellow"/>
        </w:rPr>
        <w:lastRenderedPageBreak/>
        <w:t>EDITH PAGE 84</w:t>
      </w:r>
    </w:p>
    <w:p w14:paraId="6ED48285" w14:textId="08EA93DE" w:rsidR="004A04EE" w:rsidRPr="009658F0" w:rsidRDefault="008E15B9" w:rsidP="006C1960">
      <w:pPr>
        <w:tabs>
          <w:tab w:val="left" w:pos="1887"/>
        </w:tabs>
        <w:spacing w:line="360" w:lineRule="auto"/>
        <w:jc w:val="right"/>
        <w:rPr>
          <w:rFonts w:ascii="Times New Roman" w:eastAsia="Times New Roman" w:hAnsi="Times New Roman" w:cs="Times New Roman"/>
        </w:rPr>
      </w:pPr>
      <w:r w:rsidRPr="009658F0">
        <w:rPr>
          <w:rFonts w:ascii="Times New Roman" w:eastAsia="Times New Roman" w:hAnsi="Times New Roman" w:cs="Times New Roman"/>
        </w:rPr>
        <w:t>(84)</w:t>
      </w:r>
    </w:p>
    <w:p w14:paraId="28DEC515" w14:textId="77777777" w:rsidR="008E15B9" w:rsidRPr="009658F0" w:rsidRDefault="008E15B9" w:rsidP="006C1960">
      <w:pPr>
        <w:tabs>
          <w:tab w:val="left" w:pos="1887"/>
        </w:tabs>
        <w:spacing w:line="360" w:lineRule="auto"/>
        <w:rPr>
          <w:rFonts w:ascii="Times New Roman" w:eastAsia="Times New Roman" w:hAnsi="Times New Roman" w:cs="Times New Roman"/>
        </w:rPr>
      </w:pPr>
    </w:p>
    <w:p w14:paraId="58EB7FB9" w14:textId="327C16E6" w:rsidR="008E15B9" w:rsidRPr="009658F0" w:rsidRDefault="008E15B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hill, at a time when crowds were thinner, a group of people in ordinary clothes were toiling up, carrying the Torah – 3 or 4 people, men (Photo should show it) wearing </w:t>
      </w:r>
      <w:r w:rsidRPr="009658F0">
        <w:rPr>
          <w:rFonts w:ascii="Times New Roman" w:eastAsia="Times New Roman" w:hAnsi="Times New Roman" w:cs="Times New Roman"/>
          <w:i/>
          <w:iCs/>
          <w:sz w:val="24"/>
          <w:szCs w:val="24"/>
        </w:rPr>
        <w:t xml:space="preserve">skullcaps kippot </w:t>
      </w:r>
      <w:proofErr w:type="spellStart"/>
      <w:r w:rsidRPr="009658F0">
        <w:rPr>
          <w:rFonts w:ascii="Times New Roman" w:eastAsia="Times New Roman" w:hAnsi="Times New Roman" w:cs="Times New Roman"/>
          <w:sz w:val="24"/>
          <w:szCs w:val="24"/>
        </w:rPr>
        <w:t>kipa</w:t>
      </w:r>
      <w:proofErr w:type="spellEnd"/>
      <w:r w:rsidRPr="009658F0">
        <w:rPr>
          <w:rFonts w:ascii="Times New Roman" w:eastAsia="Times New Roman" w:hAnsi="Times New Roman" w:cs="Times New Roman"/>
          <w:sz w:val="24"/>
          <w:szCs w:val="24"/>
        </w:rPr>
        <w:t xml:space="preserve">. The </w:t>
      </w:r>
      <w:proofErr w:type="gramStart"/>
      <w:r w:rsidRPr="009658F0">
        <w:rPr>
          <w:rFonts w:ascii="Times New Roman" w:eastAsia="Times New Roman" w:hAnsi="Times New Roman" w:cs="Times New Roman"/>
          <w:sz w:val="24"/>
          <w:szCs w:val="24"/>
        </w:rPr>
        <w:t>large beautiful</w:t>
      </w:r>
      <w:proofErr w:type="gramEnd"/>
      <w:r w:rsidRPr="009658F0">
        <w:rPr>
          <w:rFonts w:ascii="Times New Roman" w:eastAsia="Times New Roman" w:hAnsi="Times New Roman" w:cs="Times New Roman"/>
          <w:sz w:val="24"/>
          <w:szCs w:val="24"/>
        </w:rPr>
        <w:t xml:space="preserve"> silver case with its </w:t>
      </w:r>
      <w:r w:rsidRPr="009658F0">
        <w:rPr>
          <w:rFonts w:ascii="Times New Roman" w:eastAsia="Times New Roman" w:hAnsi="Times New Roman" w:cs="Times New Roman"/>
          <w:i/>
          <w:iCs/>
          <w:sz w:val="24"/>
          <w:szCs w:val="24"/>
        </w:rPr>
        <w:t xml:space="preserve">two </w:t>
      </w:r>
      <w:r w:rsidRPr="009658F0">
        <w:rPr>
          <w:rFonts w:ascii="Times New Roman" w:eastAsia="Times New Roman" w:hAnsi="Times New Roman" w:cs="Times New Roman"/>
          <w:sz w:val="24"/>
          <w:szCs w:val="24"/>
        </w:rPr>
        <w:t>crown</w:t>
      </w:r>
      <w:r w:rsidRPr="009658F0">
        <w:rPr>
          <w:rFonts w:ascii="Times New Roman" w:eastAsia="Times New Roman" w:hAnsi="Times New Roman" w:cs="Times New Roman"/>
          <w:i/>
          <w:iCs/>
          <w:sz w:val="24"/>
          <w:szCs w:val="24"/>
        </w:rPr>
        <w:t>ed knobs</w:t>
      </w:r>
      <w:r w:rsidRPr="009658F0">
        <w:rPr>
          <w:rFonts w:ascii="Times New Roman" w:eastAsia="Times New Roman" w:hAnsi="Times New Roman" w:cs="Times New Roman"/>
          <w:sz w:val="24"/>
          <w:szCs w:val="24"/>
        </w:rPr>
        <w:t xml:space="preserve"> was robed in several silk scarves, like the “bridal veils” I had seen with </w:t>
      </w:r>
      <w:commentRangeStart w:id="48"/>
      <w:r w:rsidRPr="009658F0">
        <w:rPr>
          <w:rFonts w:ascii="Times New Roman" w:eastAsia="Times New Roman" w:hAnsi="Times New Roman" w:cs="Times New Roman"/>
          <w:sz w:val="24"/>
          <w:szCs w:val="24"/>
        </w:rPr>
        <w:t xml:space="preserve">Menachem </w:t>
      </w:r>
      <w:commentRangeEnd w:id="48"/>
      <w:r w:rsidR="00B7212B" w:rsidRPr="009658F0">
        <w:rPr>
          <w:rStyle w:val="CommentReference"/>
          <w:rFonts w:ascii="Times New Roman" w:hAnsi="Times New Roman" w:cs="Times New Roman"/>
          <w:sz w:val="24"/>
          <w:szCs w:val="24"/>
        </w:rPr>
        <w:commentReference w:id="48"/>
      </w:r>
      <w:r w:rsidRPr="009658F0">
        <w:rPr>
          <w:rFonts w:ascii="Times New Roman" w:eastAsia="Times New Roman" w:hAnsi="Times New Roman" w:cs="Times New Roman"/>
          <w:sz w:val="24"/>
          <w:szCs w:val="24"/>
        </w:rPr>
        <w:t xml:space="preserve">Friedman and </w:t>
      </w:r>
      <w:commentRangeStart w:id="49"/>
      <w:r w:rsidRPr="009658F0">
        <w:rPr>
          <w:rFonts w:ascii="Times New Roman" w:eastAsia="Times New Roman" w:hAnsi="Times New Roman" w:cs="Times New Roman"/>
          <w:sz w:val="24"/>
          <w:szCs w:val="24"/>
        </w:rPr>
        <w:t xml:space="preserve">Sam </w:t>
      </w:r>
      <w:commentRangeEnd w:id="49"/>
      <w:r w:rsidR="00B7212B" w:rsidRPr="009658F0">
        <w:rPr>
          <w:rStyle w:val="CommentReference"/>
          <w:rFonts w:ascii="Times New Roman" w:hAnsi="Times New Roman" w:cs="Times New Roman"/>
          <w:sz w:val="24"/>
          <w:szCs w:val="24"/>
        </w:rPr>
        <w:commentReference w:id="49"/>
      </w:r>
      <w:r w:rsidRPr="009658F0">
        <w:rPr>
          <w:rFonts w:ascii="Times New Roman" w:eastAsia="Times New Roman" w:hAnsi="Times New Roman" w:cs="Times New Roman"/>
          <w:sz w:val="24"/>
          <w:szCs w:val="24"/>
        </w:rPr>
        <w:t>C</w:t>
      </w:r>
      <w:r w:rsidRPr="009658F0">
        <w:rPr>
          <w:rFonts w:ascii="Times New Roman" w:eastAsia="Times New Roman" w:hAnsi="Times New Roman" w:cs="Times New Roman"/>
          <w:i/>
          <w:iCs/>
          <w:sz w:val="24"/>
          <w:szCs w:val="24"/>
        </w:rPr>
        <w:t>ooper</w:t>
      </w:r>
      <w:r w:rsidRPr="009658F0">
        <w:rPr>
          <w:rFonts w:ascii="Times New Roman" w:eastAsia="Times New Roman" w:hAnsi="Times New Roman" w:cs="Times New Roman"/>
          <w:sz w:val="24"/>
          <w:szCs w:val="24"/>
        </w:rPr>
        <w:t xml:space="preserve"> in 1980 at the Torah dancing. They sang as they came. Men stopped on seeing them and kissed the Torah, one did this several times in </w:t>
      </w:r>
      <w:proofErr w:type="spellStart"/>
      <w:r w:rsidRPr="009658F0">
        <w:rPr>
          <w:rFonts w:ascii="Times New Roman" w:eastAsia="Times New Roman" w:hAnsi="Times New Roman" w:cs="Times New Roman"/>
          <w:sz w:val="24"/>
          <w:szCs w:val="24"/>
        </w:rPr>
        <w:t>gt</w:t>
      </w:r>
      <w:proofErr w:type="spellEnd"/>
      <w:r w:rsidRPr="009658F0">
        <w:rPr>
          <w:rFonts w:ascii="Times New Roman" w:eastAsia="Times New Roman" w:hAnsi="Times New Roman" w:cs="Times New Roman"/>
          <w:sz w:val="24"/>
          <w:szCs w:val="24"/>
        </w:rPr>
        <w:t xml:space="preserve"> emotion, weeping; the Moroccans now they are here </w:t>
      </w:r>
      <w:r w:rsidRPr="009658F0">
        <w:rPr>
          <w:rFonts w:ascii="Times New Roman" w:eastAsia="Times New Roman" w:hAnsi="Times New Roman" w:cs="Times New Roman"/>
          <w:i/>
          <w:iCs/>
          <w:sz w:val="24"/>
          <w:szCs w:val="24"/>
        </w:rPr>
        <w:t xml:space="preserve">were </w:t>
      </w:r>
      <w:r w:rsidRPr="009658F0">
        <w:rPr>
          <w:rFonts w:ascii="Times New Roman" w:eastAsia="Times New Roman" w:hAnsi="Times New Roman" w:cs="Times New Roman"/>
          <w:sz w:val="24"/>
          <w:szCs w:val="24"/>
        </w:rPr>
        <w:t xml:space="preserve">need not fear oppression, their beloved and main unifier was with them, like a sacramental </w:t>
      </w:r>
    </w:p>
    <w:p w14:paraId="269C99CD" w14:textId="77777777" w:rsidR="008E15B9" w:rsidRPr="009658F0" w:rsidRDefault="008E15B9" w:rsidP="006C1960">
      <w:pPr>
        <w:tabs>
          <w:tab w:val="left" w:pos="1887"/>
        </w:tabs>
        <w:spacing w:line="360" w:lineRule="auto"/>
        <w:rPr>
          <w:rFonts w:ascii="Times New Roman" w:eastAsia="Times New Roman" w:hAnsi="Times New Roman" w:cs="Times New Roman"/>
          <w:sz w:val="24"/>
          <w:szCs w:val="24"/>
        </w:rPr>
      </w:pPr>
    </w:p>
    <w:p w14:paraId="05D5817F" w14:textId="4DD67F23" w:rsidR="008E15B9" w:rsidRPr="009658F0" w:rsidRDefault="008E15B9" w:rsidP="006C1960">
      <w:pPr>
        <w:tabs>
          <w:tab w:val="left" w:pos="1887"/>
        </w:tabs>
        <w:spacing w:line="360" w:lineRule="auto"/>
        <w:rPr>
          <w:rFonts w:ascii="Times New Roman" w:eastAsia="Times New Roman" w:hAnsi="Times New Roman" w:cs="Times New Roman"/>
          <w:i/>
          <w:iCs/>
          <w:sz w:val="24"/>
          <w:szCs w:val="24"/>
        </w:rPr>
      </w:pPr>
      <w:r w:rsidRPr="009658F0">
        <w:rPr>
          <w:rFonts w:ascii="Times New Roman" w:eastAsia="Times New Roman" w:hAnsi="Times New Roman" w:cs="Times New Roman"/>
          <w:i/>
          <w:iCs/>
          <w:sz w:val="24"/>
          <w:szCs w:val="24"/>
        </w:rPr>
        <w:t xml:space="preserve">at very end ^^ from p 83 above 5/8 </w:t>
      </w:r>
    </w:p>
    <w:p w14:paraId="5C6E515E" w14:textId="0F345C04" w:rsidR="008E15B9" w:rsidRPr="009658F0" w:rsidRDefault="008E15B9" w:rsidP="006C1960">
      <w:pPr>
        <w:spacing w:line="360" w:lineRule="auto"/>
        <w:rPr>
          <w:rFonts w:ascii="Times New Roman" w:eastAsia="Times New Roman" w:hAnsi="Times New Roman" w:cs="Times New Roman"/>
          <w:i/>
          <w:iCs/>
        </w:rPr>
      </w:pPr>
      <w:r w:rsidRPr="009658F0">
        <w:rPr>
          <w:rFonts w:ascii="Times New Roman" w:eastAsia="Times New Roman" w:hAnsi="Times New Roman" w:cs="Times New Roman"/>
          <w:i/>
          <w:iCs/>
        </w:rPr>
        <w:br w:type="page"/>
      </w:r>
    </w:p>
    <w:p w14:paraId="66BAC943" w14:textId="2AA6CC41" w:rsidR="008E15B9" w:rsidRPr="009658F0" w:rsidRDefault="008E15B9" w:rsidP="006C1960">
      <w:pPr>
        <w:tabs>
          <w:tab w:val="left" w:pos="1887"/>
        </w:tabs>
        <w:spacing w:line="360" w:lineRule="auto"/>
        <w:rPr>
          <w:rFonts w:ascii="Times New Roman" w:eastAsia="Times New Roman" w:hAnsi="Times New Roman" w:cs="Times New Roman"/>
          <w:sz w:val="24"/>
          <w:szCs w:val="24"/>
        </w:rPr>
      </w:pPr>
      <w:r w:rsidRPr="006401CB">
        <w:rPr>
          <w:rFonts w:ascii="Times New Roman" w:eastAsia="Times New Roman" w:hAnsi="Times New Roman" w:cs="Times New Roman"/>
          <w:sz w:val="24"/>
          <w:szCs w:val="24"/>
          <w:highlight w:val="yellow"/>
        </w:rPr>
        <w:lastRenderedPageBreak/>
        <w:t>EDITH PAGE 85</w:t>
      </w:r>
    </w:p>
    <w:p w14:paraId="6E642B9D" w14:textId="31116146" w:rsidR="00B7212B" w:rsidRPr="009658F0" w:rsidRDefault="00B7212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Armenian Greek Coptic and Syrian </w:t>
      </w:r>
      <w:r w:rsidRPr="009658F0">
        <w:rPr>
          <w:rFonts w:ascii="Times New Roman" w:eastAsia="Times New Roman" w:hAnsi="Times New Roman" w:cs="Times New Roman"/>
          <w:sz w:val="24"/>
          <w:szCs w:val="24"/>
          <w:u w:val="single"/>
        </w:rPr>
        <w:t>Easter</w:t>
      </w:r>
      <w:r w:rsidRPr="009658F0">
        <w:rPr>
          <w:rFonts w:ascii="Times New Roman" w:eastAsia="Times New Roman" w:hAnsi="Times New Roman" w:cs="Times New Roman"/>
          <w:sz w:val="24"/>
          <w:szCs w:val="24"/>
        </w:rPr>
        <w:t xml:space="preserve"> 1983</w:t>
      </w:r>
    </w:p>
    <w:p w14:paraId="1F76BE04" w14:textId="5F13CB58" w:rsidR="00B7212B" w:rsidRPr="009658F0" w:rsidRDefault="00B7212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r>
      <w:r w:rsidRPr="009658F0">
        <w:rPr>
          <w:rFonts w:ascii="Times New Roman" w:eastAsia="Times New Roman" w:hAnsi="Times New Roman" w:cs="Times New Roman"/>
          <w:sz w:val="24"/>
          <w:szCs w:val="24"/>
        </w:rPr>
        <w:tab/>
        <w:t>May 7</w:t>
      </w:r>
    </w:p>
    <w:p w14:paraId="5D157650" w14:textId="451ADB6A" w:rsidR="00B7212B" w:rsidRPr="009658F0" w:rsidRDefault="00B7212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Holy </w:t>
      </w:r>
      <w:proofErr w:type="spellStart"/>
      <w:r w:rsidRPr="009658F0">
        <w:rPr>
          <w:rFonts w:ascii="Times New Roman" w:eastAsia="Times New Roman" w:hAnsi="Times New Roman" w:cs="Times New Roman"/>
          <w:sz w:val="24"/>
          <w:szCs w:val="24"/>
        </w:rPr>
        <w:t>Sepulchre</w:t>
      </w:r>
      <w:proofErr w:type="spellEnd"/>
      <w:r w:rsidRPr="009658F0">
        <w:rPr>
          <w:rFonts w:ascii="Times New Roman" w:eastAsia="Times New Roman" w:hAnsi="Times New Roman" w:cs="Times New Roman"/>
          <w:sz w:val="24"/>
          <w:szCs w:val="24"/>
        </w:rPr>
        <w:t>, Jerusalem</w:t>
      </w:r>
    </w:p>
    <w:p w14:paraId="3511B1AB" w14:textId="21A067ED" w:rsidR="00B7212B" w:rsidRPr="009658F0" w:rsidRDefault="00B7212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Richard </w:t>
      </w:r>
      <w:commentRangeStart w:id="50"/>
      <w:r w:rsidRPr="009658F0">
        <w:rPr>
          <w:rFonts w:ascii="Times New Roman" w:eastAsia="Times New Roman" w:hAnsi="Times New Roman" w:cs="Times New Roman"/>
          <w:sz w:val="24"/>
          <w:szCs w:val="24"/>
        </w:rPr>
        <w:t xml:space="preserve">Hecht </w:t>
      </w:r>
      <w:commentRangeEnd w:id="50"/>
      <w:r w:rsidRPr="009658F0">
        <w:rPr>
          <w:rStyle w:val="CommentReference"/>
          <w:rFonts w:ascii="Times New Roman" w:hAnsi="Times New Roman" w:cs="Times New Roman"/>
          <w:sz w:val="24"/>
          <w:szCs w:val="24"/>
        </w:rPr>
        <w:commentReference w:id="50"/>
      </w:r>
      <w:r w:rsidRPr="009658F0">
        <w:rPr>
          <w:rFonts w:ascii="Times New Roman" w:eastAsia="Times New Roman" w:hAnsi="Times New Roman" w:cs="Times New Roman"/>
          <w:sz w:val="24"/>
          <w:szCs w:val="24"/>
        </w:rPr>
        <w:t xml:space="preserve">who had come to the debriefing session for Lag Ba Omer asked to us to go to the Holy Fire ritual on Saturday. He was in touch with George </w:t>
      </w:r>
      <w:proofErr w:type="spellStart"/>
      <w:r w:rsidRPr="009658F0">
        <w:rPr>
          <w:rFonts w:ascii="Times New Roman" w:eastAsia="Times New Roman" w:hAnsi="Times New Roman" w:cs="Times New Roman"/>
          <w:sz w:val="24"/>
          <w:szCs w:val="24"/>
        </w:rPr>
        <w:t>Kalishian</w:t>
      </w:r>
      <w:proofErr w:type="spellEnd"/>
      <w:r w:rsidRPr="009658F0">
        <w:rPr>
          <w:rFonts w:ascii="Times New Roman" w:eastAsia="Times New Roman" w:hAnsi="Times New Roman" w:cs="Times New Roman"/>
          <w:sz w:val="24"/>
          <w:szCs w:val="24"/>
        </w:rPr>
        <w:t xml:space="preserve">, the secretary to the Armenian Patriarchate. We arrived at </w:t>
      </w:r>
      <w:proofErr w:type="gramStart"/>
      <w:r w:rsidRPr="009658F0">
        <w:rPr>
          <w:rFonts w:ascii="Times New Roman" w:eastAsia="Times New Roman" w:hAnsi="Times New Roman" w:cs="Times New Roman"/>
          <w:sz w:val="24"/>
          <w:szCs w:val="24"/>
        </w:rPr>
        <w:t>the Jaffa</w:t>
      </w:r>
      <w:proofErr w:type="gramEnd"/>
      <w:r w:rsidRPr="009658F0">
        <w:rPr>
          <w:rFonts w:ascii="Times New Roman" w:eastAsia="Times New Roman" w:hAnsi="Times New Roman" w:cs="Times New Roman"/>
          <w:sz w:val="24"/>
          <w:szCs w:val="24"/>
        </w:rPr>
        <w:t xml:space="preserve"> Gate at 8.50 in a cold wind. Hundreds of Ethiopians in robes of white, men and women, stood in the space outside the gate. They laughed and belted their white robes in the window. Richard appeared with some of his students and friends, and an English Anglican head of seminary, a young man called Brooks. </w:t>
      </w:r>
      <w:proofErr w:type="gramStart"/>
      <w:r w:rsidRPr="009658F0">
        <w:rPr>
          <w:rFonts w:ascii="Times New Roman" w:eastAsia="Times New Roman" w:hAnsi="Times New Roman" w:cs="Times New Roman"/>
          <w:sz w:val="24"/>
          <w:szCs w:val="24"/>
        </w:rPr>
        <w:t>Also</w:t>
      </w:r>
      <w:proofErr w:type="gramEnd"/>
      <w:r w:rsidRPr="009658F0">
        <w:rPr>
          <w:rFonts w:ascii="Times New Roman" w:eastAsia="Times New Roman" w:hAnsi="Times New Roman" w:cs="Times New Roman"/>
          <w:sz w:val="24"/>
          <w:szCs w:val="24"/>
        </w:rPr>
        <w:t xml:space="preserve"> Mike </w:t>
      </w:r>
      <w:commentRangeStart w:id="51"/>
      <w:r w:rsidRPr="009658F0">
        <w:rPr>
          <w:rFonts w:ascii="Times New Roman" w:eastAsia="Times New Roman" w:hAnsi="Times New Roman" w:cs="Times New Roman"/>
          <w:sz w:val="24"/>
          <w:szCs w:val="24"/>
        </w:rPr>
        <w:t>A</w:t>
      </w:r>
      <w:r w:rsidR="00041736" w:rsidRPr="009658F0">
        <w:rPr>
          <w:rFonts w:ascii="Times New Roman" w:eastAsia="Times New Roman" w:hAnsi="Times New Roman" w:cs="Times New Roman"/>
          <w:sz w:val="24"/>
          <w:szCs w:val="24"/>
        </w:rPr>
        <w:t>ro</w:t>
      </w:r>
      <w:r w:rsidRPr="009658F0">
        <w:rPr>
          <w:rFonts w:ascii="Times New Roman" w:eastAsia="Times New Roman" w:hAnsi="Times New Roman" w:cs="Times New Roman"/>
          <w:sz w:val="24"/>
          <w:szCs w:val="24"/>
        </w:rPr>
        <w:t xml:space="preserve">noff </w:t>
      </w:r>
      <w:commentRangeEnd w:id="51"/>
      <w:r w:rsidR="00041736" w:rsidRPr="009658F0">
        <w:rPr>
          <w:rStyle w:val="CommentReference"/>
          <w:rFonts w:ascii="Times New Roman" w:hAnsi="Times New Roman" w:cs="Times New Roman"/>
          <w:sz w:val="24"/>
          <w:szCs w:val="24"/>
        </w:rPr>
        <w:commentReference w:id="51"/>
      </w:r>
      <w:r w:rsidRPr="009658F0">
        <w:rPr>
          <w:rFonts w:ascii="Times New Roman" w:eastAsia="Times New Roman" w:hAnsi="Times New Roman" w:cs="Times New Roman"/>
          <w:sz w:val="24"/>
          <w:szCs w:val="24"/>
        </w:rPr>
        <w:t>and family.</w:t>
      </w:r>
    </w:p>
    <w:p w14:paraId="565ED19F" w14:textId="015F9CF7" w:rsidR="00EE0437" w:rsidRPr="009658F0" w:rsidRDefault="00B7212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We went to St James Church and waited in the Armenian school courtyard, spacious for the old city, and pleasantly proportioned. Out of the church courtyard emerged the Armenian boy scout band, went right beyond an arch, came left, issued forth again, and led away into the city.</w:t>
      </w:r>
    </w:p>
    <w:p w14:paraId="4C155DBC" w14:textId="77777777" w:rsidR="00EE0437" w:rsidRPr="009658F0" w:rsidRDefault="00EE0437" w:rsidP="006C1960">
      <w:pPr>
        <w:spacing w:line="360" w:lineRule="auto"/>
        <w:rPr>
          <w:rFonts w:ascii="Times New Roman" w:eastAsia="Times New Roman" w:hAnsi="Times New Roman" w:cs="Times New Roman"/>
        </w:rPr>
      </w:pPr>
      <w:r w:rsidRPr="009658F0">
        <w:rPr>
          <w:rFonts w:ascii="Times New Roman" w:eastAsia="Times New Roman" w:hAnsi="Times New Roman" w:cs="Times New Roman"/>
        </w:rPr>
        <w:br w:type="page"/>
      </w:r>
    </w:p>
    <w:p w14:paraId="5CCB6146" w14:textId="283C9560" w:rsidR="00B7212B" w:rsidRPr="009658F0" w:rsidRDefault="00EE0437" w:rsidP="006C1960">
      <w:pPr>
        <w:tabs>
          <w:tab w:val="left" w:pos="1887"/>
        </w:tabs>
        <w:spacing w:line="360" w:lineRule="auto"/>
        <w:rPr>
          <w:rFonts w:ascii="Times New Roman" w:eastAsia="Times New Roman" w:hAnsi="Times New Roman" w:cs="Times New Roman"/>
        </w:rPr>
      </w:pPr>
      <w:r w:rsidRPr="009658F0">
        <w:rPr>
          <w:rFonts w:ascii="Times New Roman" w:eastAsia="Times New Roman" w:hAnsi="Times New Roman" w:cs="Times New Roman"/>
        </w:rPr>
        <w:lastRenderedPageBreak/>
        <w:t>EDITH PAGE 86</w:t>
      </w:r>
    </w:p>
    <w:p w14:paraId="4A5904BA" w14:textId="7B96F7A5" w:rsidR="00EE0437" w:rsidRPr="009658F0" w:rsidRDefault="00EE0437" w:rsidP="006C1960">
      <w:pPr>
        <w:tabs>
          <w:tab w:val="left" w:pos="1887"/>
        </w:tabs>
        <w:spacing w:line="360" w:lineRule="auto"/>
        <w:rPr>
          <w:rFonts w:ascii="Times New Roman" w:eastAsia="Times New Roman" w:hAnsi="Times New Roman" w:cs="Times New Roman"/>
        </w:rPr>
      </w:pPr>
      <w:r w:rsidRPr="009658F0">
        <w:rPr>
          <w:rFonts w:ascii="Times New Roman" w:eastAsia="Times New Roman" w:hAnsi="Times New Roman" w:cs="Times New Roman"/>
        </w:rPr>
        <w:t>(86)</w:t>
      </w:r>
    </w:p>
    <w:p w14:paraId="7931220D" w14:textId="6687DA7C" w:rsidR="00EE0437" w:rsidRPr="009658F0" w:rsidRDefault="00EE043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We followed to the H.S., finding a huge crowd starting to enter. We went in and saw how the police had set rails to keep aisles open for the patriarchs. I penetrated almost to the front of the edicule, Vic was given a seat by George opposite it and a little behind, with a large German woman in front of him. I was standing. A whole school of Armenian girls in pale blue uniforms came in, with their teachers, and tried to make me go away. I moved nearer to the edicule and stood my ground, though much pulled at and verbally ordered. I told the child by me that if I could help my husband with a book on religion, life might be better for the Armenians. She didn’t see it that way. I asked her if her teachers had explained the Holy Fire ritual to her. She said, no (she spoke English because she had been in America). I praised Armenian writers, Saroyan, </w:t>
      </w:r>
      <w:commentRangeStart w:id="52"/>
      <w:proofErr w:type="spellStart"/>
      <w:r w:rsidRPr="009658F0">
        <w:rPr>
          <w:rFonts w:ascii="Times New Roman" w:eastAsia="Times New Roman" w:hAnsi="Times New Roman" w:cs="Times New Roman"/>
          <w:sz w:val="24"/>
          <w:szCs w:val="24"/>
        </w:rPr>
        <w:t>Terakian</w:t>
      </w:r>
      <w:proofErr w:type="spellEnd"/>
      <w:r w:rsidR="00EB4A19" w:rsidRPr="009658F0">
        <w:rPr>
          <w:rFonts w:ascii="Times New Roman" w:eastAsia="Times New Roman" w:hAnsi="Times New Roman" w:cs="Times New Roman"/>
          <w:sz w:val="24"/>
          <w:szCs w:val="24"/>
        </w:rPr>
        <w:t xml:space="preserve"> </w:t>
      </w:r>
      <w:commentRangeEnd w:id="52"/>
      <w:r w:rsidR="00411B41" w:rsidRPr="009658F0">
        <w:rPr>
          <w:rStyle w:val="CommentReference"/>
          <w:rFonts w:ascii="Times New Roman" w:hAnsi="Times New Roman" w:cs="Times New Roman"/>
        </w:rPr>
        <w:commentReference w:id="52"/>
      </w:r>
      <w:r w:rsidR="00EB4A19" w:rsidRPr="009658F0">
        <w:rPr>
          <w:rFonts w:ascii="Times New Roman" w:eastAsia="Times New Roman" w:hAnsi="Times New Roman" w:cs="Times New Roman"/>
          <w:sz w:val="24"/>
          <w:szCs w:val="24"/>
        </w:rPr>
        <w:t>[?] etc. Soon a priest coming hurrying around the aisle to the outside of the edicule bearing on high a large (1ft) ball of dirty yellow beeswax and pushed it into a crowd of priests at the door.</w:t>
      </w:r>
      <w:r w:rsidRPr="009658F0">
        <w:rPr>
          <w:rFonts w:ascii="Times New Roman" w:eastAsia="Times New Roman" w:hAnsi="Times New Roman" w:cs="Times New Roman"/>
          <w:sz w:val="24"/>
          <w:szCs w:val="24"/>
        </w:rPr>
        <w:t xml:space="preserve"> </w:t>
      </w:r>
    </w:p>
    <w:p w14:paraId="08DC44D3" w14:textId="12A1EAA4" w:rsidR="00072D11" w:rsidRPr="009658F0" w:rsidRDefault="00072D11" w:rsidP="006C1960">
      <w:pPr>
        <w:spacing w:line="360" w:lineRule="auto"/>
        <w:rPr>
          <w:rFonts w:ascii="Times New Roman" w:eastAsia="Times New Roman" w:hAnsi="Times New Roman" w:cs="Times New Roman"/>
        </w:rPr>
      </w:pPr>
      <w:r w:rsidRPr="009658F0">
        <w:rPr>
          <w:rFonts w:ascii="Times New Roman" w:eastAsia="Times New Roman" w:hAnsi="Times New Roman" w:cs="Times New Roman"/>
        </w:rPr>
        <w:br w:type="page"/>
      </w:r>
    </w:p>
    <w:p w14:paraId="68B33DF6" w14:textId="6AE3896B" w:rsidR="00B7212B" w:rsidRPr="009658F0" w:rsidRDefault="00072D11" w:rsidP="006C1960">
      <w:pPr>
        <w:tabs>
          <w:tab w:val="left" w:pos="1887"/>
        </w:tabs>
        <w:spacing w:line="360" w:lineRule="auto"/>
        <w:rPr>
          <w:rFonts w:ascii="Times New Roman" w:eastAsia="Times New Roman" w:hAnsi="Times New Roman" w:cs="Times New Roman"/>
        </w:rPr>
      </w:pPr>
      <w:r w:rsidRPr="006401CB">
        <w:rPr>
          <w:rFonts w:ascii="Times New Roman" w:eastAsia="Times New Roman" w:hAnsi="Times New Roman" w:cs="Times New Roman"/>
          <w:highlight w:val="yellow"/>
        </w:rPr>
        <w:lastRenderedPageBreak/>
        <w:t>EDITH PAGE 87</w:t>
      </w:r>
    </w:p>
    <w:p w14:paraId="5E9EBB9F" w14:textId="0D77BF5C" w:rsidR="00EE12C2" w:rsidRPr="009658F0" w:rsidRDefault="00A865D1"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They were fiddling and working, fixing it to the door “sealing” it, I saw it later with a big St Andrew type cross of white masking tape covering wax and all, 2 or 3 ft wide on the door. Then we waited. After 2 </w:t>
      </w:r>
      <w:proofErr w:type="spellStart"/>
      <w:r w:rsidRPr="009658F0">
        <w:rPr>
          <w:rFonts w:ascii="Times New Roman" w:eastAsia="Times New Roman" w:hAnsi="Times New Roman" w:cs="Times New Roman"/>
          <w:sz w:val="24"/>
          <w:szCs w:val="24"/>
        </w:rPr>
        <w:t>hrs</w:t>
      </w:r>
      <w:proofErr w:type="spellEnd"/>
      <w:r w:rsidRPr="009658F0">
        <w:rPr>
          <w:rFonts w:ascii="Times New Roman" w:eastAsia="Times New Roman" w:hAnsi="Times New Roman" w:cs="Times New Roman"/>
          <w:sz w:val="24"/>
          <w:szCs w:val="24"/>
        </w:rPr>
        <w:t xml:space="preserve"> a bellowing song started on the roof, and there were the Ethiopians with </w:t>
      </w:r>
      <w:r w:rsidRPr="009658F0">
        <w:rPr>
          <w:rFonts w:ascii="Times New Roman" w:eastAsia="Times New Roman" w:hAnsi="Times New Roman" w:cs="Times New Roman"/>
          <w:sz w:val="24"/>
          <w:szCs w:val="24"/>
          <w:u w:val="single"/>
        </w:rPr>
        <w:t>their</w:t>
      </w:r>
      <w:r w:rsidRPr="009658F0">
        <w:rPr>
          <w:rFonts w:ascii="Times New Roman" w:eastAsia="Times New Roman" w:hAnsi="Times New Roman" w:cs="Times New Roman"/>
          <w:sz w:val="24"/>
          <w:szCs w:val="24"/>
        </w:rPr>
        <w:t xml:space="preserve"> Easter). It grew louder and louder (drums?) – Eventually a wild parade of young soccer type men rushed down from the basilica (which was crammed by this time) singing raucously. They went around (some on the others’ shoulders) to the right of the edicule and held a cheering song session there for perhaps an hour. Even going around behind the Coptic chapel </w:t>
      </w:r>
      <w:r w:rsidR="00F05C37" w:rsidRPr="009658F0">
        <w:rPr>
          <w:rFonts w:ascii="Times New Roman" w:eastAsia="Times New Roman" w:hAnsi="Times New Roman" w:cs="Times New Roman"/>
          <w:sz w:val="24"/>
          <w:szCs w:val="24"/>
        </w:rPr>
        <w:t>and appearing around the other side, cavorting out every now and then, one on the others’ shoulders. The TV lights came on and went off. Later a great company of banners was carried out of the basilica to the front of the edicule (see pictures). More collected behind them. Then the Greek patriarch proceeded in</w:t>
      </w:r>
    </w:p>
    <w:p w14:paraId="45F4F2DB" w14:textId="77777777" w:rsidR="00EE12C2" w:rsidRPr="009658F0" w:rsidRDefault="00EE12C2" w:rsidP="006C1960">
      <w:pPr>
        <w:spacing w:line="360" w:lineRule="auto"/>
        <w:rPr>
          <w:rFonts w:ascii="Times New Roman" w:eastAsia="Times New Roman" w:hAnsi="Times New Roman" w:cs="Times New Roman"/>
        </w:rPr>
      </w:pPr>
      <w:r w:rsidRPr="009658F0">
        <w:rPr>
          <w:rFonts w:ascii="Times New Roman" w:eastAsia="Times New Roman" w:hAnsi="Times New Roman" w:cs="Times New Roman"/>
        </w:rPr>
        <w:br w:type="page"/>
      </w:r>
    </w:p>
    <w:p w14:paraId="06C34D43" w14:textId="570970D0" w:rsidR="00072D11" w:rsidRPr="009658F0" w:rsidRDefault="00EE12C2" w:rsidP="006C1960">
      <w:pPr>
        <w:tabs>
          <w:tab w:val="left" w:pos="1887"/>
        </w:tabs>
        <w:spacing w:line="360" w:lineRule="auto"/>
        <w:rPr>
          <w:rFonts w:ascii="Times New Roman" w:eastAsia="Times New Roman" w:hAnsi="Times New Roman" w:cs="Times New Roman"/>
        </w:rPr>
      </w:pPr>
      <w:r w:rsidRPr="006401CB">
        <w:rPr>
          <w:rFonts w:ascii="Times New Roman" w:eastAsia="Times New Roman" w:hAnsi="Times New Roman" w:cs="Times New Roman"/>
          <w:highlight w:val="yellow"/>
        </w:rPr>
        <w:lastRenderedPageBreak/>
        <w:t>EDITH PAGE 88</w:t>
      </w:r>
    </w:p>
    <w:p w14:paraId="632A287B" w14:textId="1A8697A8" w:rsidR="00717880" w:rsidRPr="009658F0" w:rsidRDefault="00EE12C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wearing his large silver egg shaped crown. He went singing with his banners to the door of the edicule, there taking off, (helped) his chasuble and crown. A priest hurried up with an egg-shaped large </w:t>
      </w:r>
      <w:proofErr w:type="gramStart"/>
      <w:r w:rsidRPr="009658F0">
        <w:rPr>
          <w:rFonts w:ascii="Times New Roman" w:eastAsia="Times New Roman" w:hAnsi="Times New Roman" w:cs="Times New Roman"/>
          <w:sz w:val="24"/>
          <w:szCs w:val="24"/>
        </w:rPr>
        <w:t>vessel, and</w:t>
      </w:r>
      <w:proofErr w:type="gramEnd"/>
      <w:r w:rsidRPr="009658F0">
        <w:rPr>
          <w:rFonts w:ascii="Times New Roman" w:eastAsia="Times New Roman" w:hAnsi="Times New Roman" w:cs="Times New Roman"/>
          <w:sz w:val="24"/>
          <w:szCs w:val="24"/>
        </w:rPr>
        <w:t xml:space="preserve"> went to the entrance. There was mounting excitement. The seal was removed, the door opened. Whether anyone went in I don’t know but I think so. A wait. Then suddenly a little fiery something was shot out of the side hole of the tomb on the right and another, and another. Pandemonium. They rushed (raced as they call it) to get flames from the flames, they spread here and there in wild abandon. (Not all over the crowd – in patches. On TV (Vic saw) hatted priest emerge </w:t>
      </w:r>
      <w:proofErr w:type="spellStart"/>
      <w:r w:rsidRPr="009658F0">
        <w:rPr>
          <w:rFonts w:ascii="Times New Roman" w:eastAsia="Times New Roman" w:hAnsi="Times New Roman" w:cs="Times New Roman"/>
          <w:sz w:val="24"/>
          <w:szCs w:val="24"/>
        </w:rPr>
        <w:t>fr</w:t>
      </w:r>
      <w:proofErr w:type="spellEnd"/>
      <w:r w:rsidRPr="009658F0">
        <w:rPr>
          <w:rFonts w:ascii="Times New Roman" w:eastAsia="Times New Roman" w:hAnsi="Times New Roman" w:cs="Times New Roman"/>
          <w:sz w:val="24"/>
          <w:szCs w:val="24"/>
        </w:rPr>
        <w:t xml:space="preserve"> door of edicule with a fat blazing candle in each hand. Suddenly a huge </w:t>
      </w:r>
      <w:proofErr w:type="gramStart"/>
      <w:r w:rsidRPr="009658F0">
        <w:rPr>
          <w:rFonts w:ascii="Times New Roman" w:eastAsia="Times New Roman" w:hAnsi="Times New Roman" w:cs="Times New Roman"/>
          <w:sz w:val="24"/>
          <w:szCs w:val="24"/>
        </w:rPr>
        <w:t>clashing</w:t>
      </w:r>
      <w:proofErr w:type="gramEnd"/>
      <w:r w:rsidRPr="009658F0">
        <w:rPr>
          <w:rFonts w:ascii="Times New Roman" w:eastAsia="Times New Roman" w:hAnsi="Times New Roman" w:cs="Times New Roman"/>
          <w:sz w:val="24"/>
          <w:szCs w:val="24"/>
        </w:rPr>
        <w:t xml:space="preserve"> broke out – the bells, cracked surely, in an infernal racket. Shouts, songs. Immense smell of singed hair. Police in asbestos gloves </w:t>
      </w:r>
      <w:proofErr w:type="gramStart"/>
      <w:r w:rsidRPr="009658F0">
        <w:rPr>
          <w:rFonts w:ascii="Times New Roman" w:eastAsia="Times New Roman" w:hAnsi="Times New Roman" w:cs="Times New Roman"/>
          <w:sz w:val="24"/>
          <w:szCs w:val="24"/>
        </w:rPr>
        <w:t>putting</w:t>
      </w:r>
      <w:proofErr w:type="gramEnd"/>
      <w:r w:rsidRPr="009658F0">
        <w:rPr>
          <w:rFonts w:ascii="Times New Roman" w:eastAsia="Times New Roman" w:hAnsi="Times New Roman" w:cs="Times New Roman"/>
          <w:sz w:val="24"/>
          <w:szCs w:val="24"/>
        </w:rPr>
        <w:t xml:space="preserve"> out fires, fire extinguishers in evidence. Then the Greek Patriarch paraded 3 times around the edicule, </w:t>
      </w:r>
    </w:p>
    <w:p w14:paraId="3874D775" w14:textId="77777777" w:rsidR="00717880" w:rsidRPr="009658F0" w:rsidRDefault="00717880"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1126DA04" w14:textId="38B23E48" w:rsidR="00EE12C2" w:rsidRPr="009658F0" w:rsidRDefault="00717880" w:rsidP="006C1960">
      <w:pPr>
        <w:tabs>
          <w:tab w:val="left" w:pos="1887"/>
        </w:tabs>
        <w:spacing w:line="360" w:lineRule="auto"/>
        <w:rPr>
          <w:rFonts w:ascii="Times New Roman" w:eastAsia="Times New Roman" w:hAnsi="Times New Roman" w:cs="Times New Roman"/>
        </w:rPr>
      </w:pPr>
      <w:r w:rsidRPr="006401CB">
        <w:rPr>
          <w:rFonts w:ascii="Times New Roman" w:eastAsia="Times New Roman" w:hAnsi="Times New Roman" w:cs="Times New Roman"/>
          <w:highlight w:val="yellow"/>
        </w:rPr>
        <w:lastRenderedPageBreak/>
        <w:t>EDITH PAGE 89</w:t>
      </w:r>
    </w:p>
    <w:p w14:paraId="5437FBD9" w14:textId="02BB1FB9" w:rsidR="00717880" w:rsidRPr="009658F0" w:rsidRDefault="00717880" w:rsidP="006C1960">
      <w:pPr>
        <w:tabs>
          <w:tab w:val="left" w:pos="1887"/>
        </w:tabs>
        <w:spacing w:line="360" w:lineRule="auto"/>
        <w:rPr>
          <w:rFonts w:ascii="Times New Roman" w:eastAsia="Times New Roman" w:hAnsi="Times New Roman" w:cs="Times New Roman"/>
        </w:rPr>
      </w:pPr>
      <w:r w:rsidRPr="009658F0">
        <w:rPr>
          <w:rFonts w:ascii="Times New Roman" w:eastAsia="Times New Roman" w:hAnsi="Times New Roman" w:cs="Times New Roman"/>
        </w:rPr>
        <w:t xml:space="preserve">(89) in glory, the priests following in long flowered crimson and white robes with their led by fat finger emphasizing </w:t>
      </w:r>
      <w:r w:rsidR="009979E2" w:rsidRPr="009658F0">
        <w:rPr>
          <w:rFonts w:ascii="Times New Roman" w:eastAsia="Times New Roman" w:hAnsi="Times New Roman" w:cs="Times New Roman"/>
        </w:rPr>
        <w:t xml:space="preserve">words with emphatic heavy lips. Then the Armenian patriarch in a tall uncleft </w:t>
      </w:r>
      <w:proofErr w:type="spellStart"/>
      <w:r w:rsidR="009979E2" w:rsidRPr="009658F0">
        <w:rPr>
          <w:rFonts w:ascii="Times New Roman" w:eastAsia="Times New Roman" w:hAnsi="Times New Roman" w:cs="Times New Roman"/>
        </w:rPr>
        <w:t>mitre</w:t>
      </w:r>
      <w:proofErr w:type="spellEnd"/>
      <w:r w:rsidR="009979E2" w:rsidRPr="009658F0">
        <w:rPr>
          <w:rFonts w:ascii="Times New Roman" w:eastAsia="Times New Roman" w:hAnsi="Times New Roman" w:cs="Times New Roman"/>
        </w:rPr>
        <w:t xml:space="preserve"> paraded around carrying a small old golden cross (4”) holding the step in a lace handkerchief in his rt hand. A vessel He bore a staff headed like this</w:t>
      </w:r>
    </w:p>
    <w:p w14:paraId="65D790CC" w14:textId="23005449" w:rsidR="009979E2" w:rsidRPr="009658F0" w:rsidRDefault="009979E2" w:rsidP="006C1960">
      <w:pPr>
        <w:tabs>
          <w:tab w:val="left" w:pos="1887"/>
        </w:tabs>
        <w:spacing w:line="360" w:lineRule="auto"/>
        <w:rPr>
          <w:rFonts w:ascii="Times New Roman" w:eastAsia="Times New Roman" w:hAnsi="Times New Roman" w:cs="Times New Roman"/>
        </w:rPr>
      </w:pPr>
      <w:r w:rsidRPr="009658F0">
        <w:rPr>
          <w:rFonts w:ascii="Times New Roman" w:eastAsia="Times New Roman" w:hAnsi="Times New Roman" w:cs="Times New Roman"/>
          <w:noProof/>
        </w:rPr>
        <w:drawing>
          <wp:inline distT="0" distB="0" distL="0" distR="0" wp14:anchorId="5EAE303C" wp14:editId="5B7D6515">
            <wp:extent cx="1265030" cy="800169"/>
            <wp:effectExtent l="0" t="0" r="0" b="0"/>
            <wp:docPr id="138904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04814" name=""/>
                    <pic:cNvPicPr/>
                  </pic:nvPicPr>
                  <pic:blipFill>
                    <a:blip r:embed="rId34"/>
                    <a:stretch>
                      <a:fillRect/>
                    </a:stretch>
                  </pic:blipFill>
                  <pic:spPr>
                    <a:xfrm>
                      <a:off x="0" y="0"/>
                      <a:ext cx="1265030" cy="800169"/>
                    </a:xfrm>
                    <a:prstGeom prst="rect">
                      <a:avLst/>
                    </a:prstGeom>
                  </pic:spPr>
                </pic:pic>
              </a:graphicData>
            </a:graphic>
          </wp:inline>
        </w:drawing>
      </w:r>
    </w:p>
    <w:p w14:paraId="4336E450" w14:textId="77777777" w:rsidR="009979E2" w:rsidRPr="009658F0" w:rsidRDefault="009979E2" w:rsidP="006C1960">
      <w:pPr>
        <w:tabs>
          <w:tab w:val="left" w:pos="1887"/>
        </w:tabs>
        <w:spacing w:line="360" w:lineRule="auto"/>
        <w:rPr>
          <w:rFonts w:ascii="Times New Roman" w:eastAsia="Times New Roman" w:hAnsi="Times New Roman" w:cs="Times New Roman"/>
        </w:rPr>
      </w:pPr>
      <w:r w:rsidRPr="009658F0">
        <w:rPr>
          <w:rFonts w:ascii="Times New Roman" w:eastAsia="Times New Roman" w:hAnsi="Times New Roman" w:cs="Times New Roman"/>
        </w:rPr>
        <w:t>in his left hand. Slightly in front an acolyte bore a cathedral-shaped reliquary 8” high in silver.</w:t>
      </w:r>
    </w:p>
    <w:p w14:paraId="14CAB1E3" w14:textId="0A1D1BD7" w:rsidR="001E36CE" w:rsidRPr="009658F0" w:rsidRDefault="009979E2" w:rsidP="006C1960">
      <w:pPr>
        <w:tabs>
          <w:tab w:val="left" w:pos="1887"/>
        </w:tabs>
        <w:spacing w:line="360" w:lineRule="auto"/>
        <w:rPr>
          <w:rFonts w:ascii="Times New Roman" w:eastAsia="Times New Roman" w:hAnsi="Times New Roman" w:cs="Times New Roman"/>
        </w:rPr>
      </w:pPr>
      <w:r w:rsidRPr="009658F0">
        <w:rPr>
          <w:rFonts w:ascii="Times New Roman" w:eastAsia="Times New Roman" w:hAnsi="Times New Roman" w:cs="Times New Roman"/>
        </w:rPr>
        <w:t xml:space="preserve">At </w:t>
      </w:r>
      <w:proofErr w:type="gramStart"/>
      <w:r w:rsidRPr="009658F0">
        <w:rPr>
          <w:rFonts w:ascii="Times New Roman" w:eastAsia="Times New Roman" w:hAnsi="Times New Roman" w:cs="Times New Roman"/>
        </w:rPr>
        <w:t>last</w:t>
      </w:r>
      <w:proofErr w:type="gramEnd"/>
      <w:r w:rsidRPr="009658F0">
        <w:rPr>
          <w:rFonts w:ascii="Times New Roman" w:eastAsia="Times New Roman" w:hAnsi="Times New Roman" w:cs="Times New Roman"/>
        </w:rPr>
        <w:t xml:space="preserve"> it was over, we left gradually and had lunch at an open air café in the Armenian Quarter. Richard Hecht then said he wanted to publish Lag Ba Omer article in </w:t>
      </w:r>
      <w:r w:rsidRPr="009658F0">
        <w:rPr>
          <w:rFonts w:ascii="Times New Roman" w:eastAsia="Times New Roman" w:hAnsi="Times New Roman" w:cs="Times New Roman"/>
          <w:u w:val="single"/>
        </w:rPr>
        <w:t>Religion</w:t>
      </w:r>
      <w:r w:rsidRPr="009658F0">
        <w:rPr>
          <w:rFonts w:ascii="Times New Roman" w:eastAsia="Times New Roman" w:hAnsi="Times New Roman" w:cs="Times New Roman"/>
        </w:rPr>
        <w:t>. He’s editor.</w:t>
      </w:r>
    </w:p>
    <w:p w14:paraId="19C1BAA9" w14:textId="77777777" w:rsidR="001E36CE" w:rsidRPr="009658F0" w:rsidRDefault="001E36CE" w:rsidP="006C1960">
      <w:pPr>
        <w:spacing w:line="360" w:lineRule="auto"/>
        <w:rPr>
          <w:rFonts w:ascii="Times New Roman" w:eastAsia="Times New Roman" w:hAnsi="Times New Roman" w:cs="Times New Roman"/>
        </w:rPr>
      </w:pPr>
      <w:r w:rsidRPr="009658F0">
        <w:rPr>
          <w:rFonts w:ascii="Times New Roman" w:eastAsia="Times New Roman" w:hAnsi="Times New Roman" w:cs="Times New Roman"/>
        </w:rPr>
        <w:br w:type="page"/>
      </w:r>
    </w:p>
    <w:p w14:paraId="1DACD2BB" w14:textId="1778B9EF" w:rsidR="009979E2" w:rsidRPr="009658F0" w:rsidRDefault="001E36CE" w:rsidP="006C1960">
      <w:pPr>
        <w:tabs>
          <w:tab w:val="left" w:pos="1887"/>
        </w:tabs>
        <w:spacing w:line="360" w:lineRule="auto"/>
        <w:rPr>
          <w:rFonts w:ascii="Times New Roman" w:eastAsia="Times New Roman" w:hAnsi="Times New Roman" w:cs="Times New Roman"/>
          <w:sz w:val="24"/>
          <w:szCs w:val="24"/>
        </w:rPr>
      </w:pPr>
      <w:r w:rsidRPr="006401CB">
        <w:rPr>
          <w:rFonts w:ascii="Times New Roman" w:eastAsia="Times New Roman" w:hAnsi="Times New Roman" w:cs="Times New Roman"/>
          <w:sz w:val="24"/>
          <w:szCs w:val="24"/>
          <w:highlight w:val="yellow"/>
        </w:rPr>
        <w:lastRenderedPageBreak/>
        <w:t>EDITH PAGE 90</w:t>
      </w:r>
    </w:p>
    <w:p w14:paraId="43DF99F5" w14:textId="4C9E5C61" w:rsidR="001E36CE" w:rsidRPr="009658F0" w:rsidRDefault="004F7473" w:rsidP="006C1960">
      <w:pPr>
        <w:tabs>
          <w:tab w:val="left" w:pos="1887"/>
        </w:tabs>
        <w:spacing w:line="360" w:lineRule="auto"/>
        <w:rPr>
          <w:rFonts w:ascii="Times New Roman" w:eastAsia="Times New Roman" w:hAnsi="Times New Roman" w:cs="Times New Roman"/>
          <w:sz w:val="24"/>
          <w:szCs w:val="24"/>
          <w:u w:val="single"/>
        </w:rPr>
      </w:pPr>
      <w:r w:rsidRPr="009658F0">
        <w:rPr>
          <w:rFonts w:ascii="Times New Roman" w:eastAsia="Times New Roman" w:hAnsi="Times New Roman" w:cs="Times New Roman"/>
          <w:sz w:val="24"/>
          <w:szCs w:val="24"/>
        </w:rPr>
        <w:t xml:space="preserve">(90) </w:t>
      </w:r>
      <w:r w:rsidRPr="009658F0">
        <w:rPr>
          <w:rFonts w:ascii="Times New Roman" w:eastAsia="Times New Roman" w:hAnsi="Times New Roman" w:cs="Times New Roman"/>
          <w:sz w:val="24"/>
          <w:szCs w:val="24"/>
          <w:u w:val="single"/>
        </w:rPr>
        <w:t>June 3, Friday. Trip to Sufi Village</w:t>
      </w:r>
    </w:p>
    <w:p w14:paraId="3D8C2631" w14:textId="58DADE35" w:rsidR="004F7473" w:rsidRPr="009658F0" w:rsidRDefault="004F7473"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8.30 were picked up by </w:t>
      </w:r>
      <w:commentRangeStart w:id="53"/>
      <w:r w:rsidRPr="009658F0">
        <w:rPr>
          <w:rFonts w:ascii="Times New Roman" w:eastAsia="Times New Roman" w:hAnsi="Times New Roman" w:cs="Times New Roman"/>
          <w:sz w:val="24"/>
          <w:szCs w:val="24"/>
        </w:rPr>
        <w:t xml:space="preserve">Joseph </w:t>
      </w:r>
      <w:commentRangeEnd w:id="53"/>
      <w:r w:rsidRPr="009658F0">
        <w:rPr>
          <w:rStyle w:val="CommentReference"/>
          <w:rFonts w:ascii="Times New Roman" w:hAnsi="Times New Roman" w:cs="Times New Roman"/>
          <w:sz w:val="24"/>
          <w:szCs w:val="24"/>
        </w:rPr>
        <w:commentReference w:id="53"/>
      </w:r>
      <w:r w:rsidRPr="009658F0">
        <w:rPr>
          <w:rFonts w:ascii="Times New Roman" w:eastAsia="Times New Roman" w:hAnsi="Times New Roman" w:cs="Times New Roman"/>
          <w:sz w:val="24"/>
          <w:szCs w:val="24"/>
        </w:rPr>
        <w:t>Ginat and his friend Benny (who drove, possibly an Arab). (Jose once visited us in Charlottesville with 2 friends, he enjoyed his visit).</w:t>
      </w:r>
    </w:p>
    <w:p w14:paraId="415E702D" w14:textId="43FA6E15" w:rsidR="004F7473" w:rsidRPr="009658F0" w:rsidRDefault="004F7473"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We asked where the Sufi villages were. </w:t>
      </w:r>
      <w:proofErr w:type="gramStart"/>
      <w:r w:rsidRPr="009658F0">
        <w:rPr>
          <w:rFonts w:ascii="Times New Roman" w:eastAsia="Times New Roman" w:hAnsi="Times New Roman" w:cs="Times New Roman"/>
          <w:sz w:val="24"/>
          <w:szCs w:val="24"/>
        </w:rPr>
        <w:t>One,</w:t>
      </w:r>
      <w:proofErr w:type="gramEnd"/>
      <w:r w:rsidRPr="009658F0">
        <w:rPr>
          <w:rFonts w:ascii="Times New Roman" w:eastAsia="Times New Roman" w:hAnsi="Times New Roman" w:cs="Times New Roman"/>
          <w:sz w:val="24"/>
          <w:szCs w:val="24"/>
        </w:rPr>
        <w:t xml:space="preserve"> of 90,000 </w:t>
      </w:r>
      <w:proofErr w:type="gramStart"/>
      <w:r w:rsidRPr="009658F0">
        <w:rPr>
          <w:rFonts w:ascii="Times New Roman" w:eastAsia="Times New Roman" w:hAnsi="Times New Roman" w:cs="Times New Roman"/>
          <w:sz w:val="24"/>
          <w:szCs w:val="24"/>
        </w:rPr>
        <w:t>80.000?</w:t>
      </w:r>
      <w:proofErr w:type="gramEnd"/>
      <w:r w:rsidRPr="009658F0">
        <w:rPr>
          <w:rFonts w:ascii="Times New Roman" w:eastAsia="Times New Roman" w:hAnsi="Times New Roman" w:cs="Times New Roman"/>
          <w:sz w:val="24"/>
          <w:szCs w:val="24"/>
        </w:rPr>
        <w:t xml:space="preserve"> people is somewhere near Hadera and Netanya, and more towards the mountains, almost on the old Jordan border. The </w:t>
      </w:r>
      <w:proofErr w:type="gramStart"/>
      <w:r w:rsidRPr="009658F0">
        <w:rPr>
          <w:rFonts w:ascii="Times New Roman" w:eastAsia="Times New Roman" w:hAnsi="Times New Roman" w:cs="Times New Roman"/>
          <w:sz w:val="24"/>
          <w:szCs w:val="24"/>
        </w:rPr>
        <w:t>others</w:t>
      </w:r>
      <w:proofErr w:type="gramEnd"/>
      <w:r w:rsidRPr="009658F0">
        <w:rPr>
          <w:rFonts w:ascii="Times New Roman" w:eastAsia="Times New Roman" w:hAnsi="Times New Roman" w:cs="Times New Roman"/>
          <w:sz w:val="24"/>
          <w:szCs w:val="24"/>
        </w:rPr>
        <w:t>, 1000</w:t>
      </w:r>
      <w:r w:rsidR="00906F29" w:rsidRPr="009658F0">
        <w:rPr>
          <w:rFonts w:ascii="Times New Roman" w:eastAsia="Times New Roman" w:hAnsi="Times New Roman" w:cs="Times New Roman"/>
          <w:sz w:val="24"/>
          <w:szCs w:val="24"/>
        </w:rPr>
        <w:t>,</w:t>
      </w:r>
      <w:r w:rsidRPr="009658F0">
        <w:rPr>
          <w:rFonts w:ascii="Times New Roman" w:eastAsia="Times New Roman" w:hAnsi="Times New Roman" w:cs="Times New Roman"/>
          <w:sz w:val="24"/>
          <w:szCs w:val="24"/>
        </w:rPr>
        <w:t xml:space="preserve"> is a few miles off, the home of the people on the murder case (see below).</w:t>
      </w:r>
    </w:p>
    <w:p w14:paraId="68D2E031" w14:textId="4DEE27E3" w:rsidR="004F7473" w:rsidRPr="009658F0" w:rsidRDefault="004F7473"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This area is the biggest Sufi area in the Middle East, says Joe (??). The leader (Sheikh of all the Sufis is often away, he is in Jordan now (there is much coming and going). The local leaders don’t know when he’s coming back, he comes suddenly, and that is how it should be. His is greatly </w:t>
      </w:r>
      <w:proofErr w:type="gramStart"/>
      <w:r w:rsidRPr="009658F0">
        <w:rPr>
          <w:rFonts w:ascii="Times New Roman" w:eastAsia="Times New Roman" w:hAnsi="Times New Roman" w:cs="Times New Roman"/>
          <w:sz w:val="24"/>
          <w:szCs w:val="24"/>
        </w:rPr>
        <w:t>charismatic, and</w:t>
      </w:r>
      <w:proofErr w:type="gramEnd"/>
      <w:r w:rsidRPr="009658F0">
        <w:rPr>
          <w:rFonts w:ascii="Times New Roman" w:eastAsia="Times New Roman" w:hAnsi="Times New Roman" w:cs="Times New Roman"/>
          <w:sz w:val="24"/>
          <w:szCs w:val="24"/>
        </w:rPr>
        <w:t xml:space="preserve"> became </w:t>
      </w:r>
      <w:proofErr w:type="gramStart"/>
      <w:r w:rsidRPr="009658F0">
        <w:rPr>
          <w:rFonts w:ascii="Times New Roman" w:eastAsia="Times New Roman" w:hAnsi="Times New Roman" w:cs="Times New Roman"/>
          <w:sz w:val="24"/>
          <w:szCs w:val="24"/>
        </w:rPr>
        <w:t>Sheikh</w:t>
      </w:r>
      <w:proofErr w:type="gramEnd"/>
      <w:r w:rsidRPr="009658F0">
        <w:rPr>
          <w:rFonts w:ascii="Times New Roman" w:eastAsia="Times New Roman" w:hAnsi="Times New Roman" w:cs="Times New Roman"/>
          <w:sz w:val="24"/>
          <w:szCs w:val="24"/>
        </w:rPr>
        <w:t xml:space="preserve"> because of this. </w:t>
      </w:r>
    </w:p>
    <w:p w14:paraId="5B4217F3" w14:textId="0B5EE8C1" w:rsidR="004F7473" w:rsidRPr="009658F0" w:rsidRDefault="004F7473"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We took the route via the Tel Aviv area via Petach Tikva, noting large blue flowering trees (Jacarandas?) (1 ½ </w:t>
      </w:r>
      <w:proofErr w:type="spellStart"/>
      <w:r w:rsidRPr="009658F0">
        <w:rPr>
          <w:rFonts w:ascii="Times New Roman" w:eastAsia="Times New Roman" w:hAnsi="Times New Roman" w:cs="Times New Roman"/>
          <w:sz w:val="24"/>
          <w:szCs w:val="24"/>
        </w:rPr>
        <w:t>hrs</w:t>
      </w:r>
      <w:proofErr w:type="spellEnd"/>
      <w:r w:rsidRPr="009658F0">
        <w:rPr>
          <w:rFonts w:ascii="Times New Roman" w:eastAsia="Times New Roman" w:hAnsi="Times New Roman" w:cs="Times New Roman"/>
          <w:sz w:val="24"/>
          <w:szCs w:val="24"/>
        </w:rPr>
        <w:t xml:space="preserve">). We fetched up </w:t>
      </w:r>
      <w:r w:rsidRPr="009658F0">
        <w:rPr>
          <w:rFonts w:ascii="Times New Roman" w:eastAsia="Times New Roman" w:hAnsi="Times New Roman" w:cs="Times New Roman"/>
          <w:b/>
          <w:bCs/>
          <w:i/>
          <w:iCs/>
          <w:sz w:val="24"/>
          <w:szCs w:val="24"/>
        </w:rPr>
        <w:t xml:space="preserve">at the village of Baka El </w:t>
      </w:r>
      <w:proofErr w:type="spellStart"/>
      <w:r w:rsidRPr="009658F0">
        <w:rPr>
          <w:rFonts w:ascii="Times New Roman" w:eastAsia="Times New Roman" w:hAnsi="Times New Roman" w:cs="Times New Roman"/>
          <w:b/>
          <w:bCs/>
          <w:i/>
          <w:iCs/>
          <w:sz w:val="24"/>
          <w:szCs w:val="24"/>
        </w:rPr>
        <w:t>Gharbiyya</w:t>
      </w:r>
      <w:proofErr w:type="spellEnd"/>
      <w:r w:rsidRPr="009658F0">
        <w:rPr>
          <w:rFonts w:ascii="Times New Roman" w:eastAsia="Times New Roman" w:hAnsi="Times New Roman" w:cs="Times New Roman"/>
          <w:sz w:val="24"/>
          <w:szCs w:val="24"/>
        </w:rPr>
        <w:t xml:space="preserve"> rolling lowland, and drove through</w:t>
      </w:r>
    </w:p>
    <w:p w14:paraId="5313F72C" w14:textId="77777777" w:rsidR="004F7473" w:rsidRPr="009658F0" w:rsidRDefault="004F7473" w:rsidP="006C1960">
      <w:pPr>
        <w:spacing w:line="360" w:lineRule="auto"/>
        <w:rPr>
          <w:rFonts w:ascii="Times New Roman" w:eastAsia="Times New Roman" w:hAnsi="Times New Roman" w:cs="Times New Roman"/>
        </w:rPr>
      </w:pPr>
      <w:r w:rsidRPr="009658F0">
        <w:rPr>
          <w:rFonts w:ascii="Times New Roman" w:eastAsia="Times New Roman" w:hAnsi="Times New Roman" w:cs="Times New Roman"/>
        </w:rPr>
        <w:br w:type="page"/>
      </w:r>
    </w:p>
    <w:p w14:paraId="061FC1EA" w14:textId="77949C56" w:rsidR="004F7473" w:rsidRPr="009658F0" w:rsidRDefault="004F7473" w:rsidP="006C1960">
      <w:pPr>
        <w:tabs>
          <w:tab w:val="left" w:pos="1887"/>
        </w:tabs>
        <w:spacing w:line="360" w:lineRule="auto"/>
        <w:rPr>
          <w:rFonts w:ascii="Times New Roman" w:eastAsia="Times New Roman" w:hAnsi="Times New Roman" w:cs="Times New Roman"/>
        </w:rPr>
      </w:pPr>
      <w:r w:rsidRPr="006401CB">
        <w:rPr>
          <w:rFonts w:ascii="Times New Roman" w:eastAsia="Times New Roman" w:hAnsi="Times New Roman" w:cs="Times New Roman"/>
          <w:highlight w:val="yellow"/>
        </w:rPr>
        <w:lastRenderedPageBreak/>
        <w:t>EDITH PAGE 91</w:t>
      </w:r>
    </w:p>
    <w:p w14:paraId="464645DF" w14:textId="643E9C3D" w:rsidR="00BA79EC" w:rsidRPr="009658F0" w:rsidRDefault="000A1E7A"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modern stone houses with jutting balconies and overhangs, 2</w:t>
      </w:r>
      <w:r w:rsidRPr="009658F0">
        <w:rPr>
          <w:rFonts w:ascii="Times New Roman" w:eastAsia="Times New Roman" w:hAnsi="Times New Roman" w:cs="Times New Roman"/>
          <w:sz w:val="24"/>
          <w:szCs w:val="24"/>
          <w:vertAlign w:val="superscript"/>
        </w:rPr>
        <w:t>nd</w:t>
      </w:r>
      <w:r w:rsidRPr="009658F0">
        <w:rPr>
          <w:rFonts w:ascii="Times New Roman" w:eastAsia="Times New Roman" w:hAnsi="Times New Roman" w:cs="Times New Roman"/>
          <w:sz w:val="24"/>
          <w:szCs w:val="24"/>
        </w:rPr>
        <w:t xml:space="preserve"> class citizen style, dust roads with a bit of tarmac, no flowers, farm junk about, a </w:t>
      </w:r>
      <w:proofErr w:type="gramStart"/>
      <w:r w:rsidRPr="009658F0">
        <w:rPr>
          <w:rFonts w:ascii="Times New Roman" w:eastAsia="Times New Roman" w:hAnsi="Times New Roman" w:cs="Times New Roman"/>
          <w:sz w:val="24"/>
          <w:szCs w:val="24"/>
        </w:rPr>
        <w:t>hill top</w:t>
      </w:r>
      <w:proofErr w:type="gramEnd"/>
      <w:r w:rsidRPr="009658F0">
        <w:rPr>
          <w:rFonts w:ascii="Times New Roman" w:eastAsia="Times New Roman" w:hAnsi="Times New Roman" w:cs="Times New Roman"/>
          <w:sz w:val="24"/>
          <w:szCs w:val="24"/>
        </w:rPr>
        <w:t xml:space="preserve"> site, fields stretching far and near, greenhouses of plastic with strung up cucumber vines (chief cash crop), some tractors, quite a bit of simple sprinkling, a good income for Arabs. The largest building, containing perhaps 6 halls or more, was the religious and community center, plus a tall square muezzin tower. Joe parked and we approached the door of the building, which was on the left.</w:t>
      </w:r>
      <w:r w:rsidR="0064379D" w:rsidRPr="009658F0">
        <w:rPr>
          <w:rFonts w:ascii="Times New Roman" w:eastAsia="Times New Roman" w:hAnsi="Times New Roman" w:cs="Times New Roman"/>
          <w:sz w:val="24"/>
          <w:szCs w:val="24"/>
        </w:rPr>
        <w:t xml:space="preserve"> A man answered the knock dressed in white robe and Arab headdress, with beard, keen friendly eyes, slender features, good looking, 45-50 </w:t>
      </w:r>
      <w:proofErr w:type="spellStart"/>
      <w:r w:rsidR="0064379D" w:rsidRPr="009658F0">
        <w:rPr>
          <w:rFonts w:ascii="Times New Roman" w:eastAsia="Times New Roman" w:hAnsi="Times New Roman" w:cs="Times New Roman"/>
          <w:sz w:val="24"/>
          <w:szCs w:val="24"/>
        </w:rPr>
        <w:t>ish</w:t>
      </w:r>
      <w:proofErr w:type="spellEnd"/>
      <w:r w:rsidR="0064379D" w:rsidRPr="009658F0">
        <w:rPr>
          <w:rFonts w:ascii="Times New Roman" w:eastAsia="Times New Roman" w:hAnsi="Times New Roman" w:cs="Times New Roman"/>
          <w:sz w:val="24"/>
          <w:szCs w:val="24"/>
        </w:rPr>
        <w:t xml:space="preserve">. We greeted all round, </w:t>
      </w:r>
      <w:proofErr w:type="spellStart"/>
      <w:r w:rsidR="0064379D" w:rsidRPr="009658F0">
        <w:rPr>
          <w:rFonts w:ascii="Times New Roman" w:eastAsia="Times New Roman" w:hAnsi="Times New Roman" w:cs="Times New Roman"/>
          <w:sz w:val="24"/>
          <w:szCs w:val="24"/>
        </w:rPr>
        <w:t>Salaamaleikem</w:t>
      </w:r>
      <w:proofErr w:type="spellEnd"/>
      <w:r w:rsidR="0064379D" w:rsidRPr="009658F0">
        <w:rPr>
          <w:rFonts w:ascii="Times New Roman" w:eastAsia="Times New Roman" w:hAnsi="Times New Roman" w:cs="Times New Roman"/>
          <w:sz w:val="24"/>
          <w:szCs w:val="24"/>
        </w:rPr>
        <w:t xml:space="preserve"> </w:t>
      </w:r>
      <w:proofErr w:type="spellStart"/>
      <w:r w:rsidR="0064379D" w:rsidRPr="009658F0">
        <w:rPr>
          <w:rFonts w:ascii="Times New Roman" w:eastAsia="Times New Roman" w:hAnsi="Times New Roman" w:cs="Times New Roman"/>
          <w:sz w:val="24"/>
          <w:szCs w:val="24"/>
        </w:rPr>
        <w:t>etc</w:t>
      </w:r>
      <w:proofErr w:type="spellEnd"/>
      <w:r w:rsidR="0064379D" w:rsidRPr="009658F0">
        <w:rPr>
          <w:rFonts w:ascii="Times New Roman" w:eastAsia="Times New Roman" w:hAnsi="Times New Roman" w:cs="Times New Roman"/>
          <w:sz w:val="24"/>
          <w:szCs w:val="24"/>
        </w:rPr>
        <w:t xml:space="preserve"> – he took us to watch the boys learning the Koran at their “Sunday” (Friday) school. We had tea. A master at the end of a long table in a whitewashed room soon heard their chant. About 30-40 boys of about 9-12 were </w:t>
      </w:r>
      <w:commentRangeStart w:id="54"/>
      <w:r w:rsidR="0064379D" w:rsidRPr="009658F0">
        <w:rPr>
          <w:rFonts w:ascii="Times New Roman" w:eastAsia="Times New Roman" w:hAnsi="Times New Roman" w:cs="Times New Roman"/>
          <w:sz w:val="24"/>
          <w:szCs w:val="24"/>
        </w:rPr>
        <w:t>chanting</w:t>
      </w:r>
      <w:commentRangeEnd w:id="54"/>
      <w:r w:rsidR="00D3525D" w:rsidRPr="009658F0">
        <w:rPr>
          <w:rStyle w:val="CommentReference"/>
          <w:rFonts w:ascii="Times New Roman" w:hAnsi="Times New Roman" w:cs="Times New Roman"/>
        </w:rPr>
        <w:commentReference w:id="54"/>
      </w:r>
    </w:p>
    <w:p w14:paraId="50FCB3BD" w14:textId="77777777" w:rsidR="00BA79EC" w:rsidRPr="009658F0" w:rsidRDefault="00BA79EC"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433F08BA" w14:textId="0F715F58" w:rsidR="004F7473" w:rsidRPr="009658F0" w:rsidRDefault="00BA79EC" w:rsidP="006C1960">
      <w:pPr>
        <w:tabs>
          <w:tab w:val="left" w:pos="1887"/>
        </w:tabs>
        <w:spacing w:line="360" w:lineRule="auto"/>
        <w:rPr>
          <w:rFonts w:ascii="Times New Roman" w:eastAsia="Times New Roman" w:hAnsi="Times New Roman" w:cs="Times New Roman"/>
          <w:sz w:val="24"/>
          <w:szCs w:val="24"/>
        </w:rPr>
      </w:pPr>
      <w:r w:rsidRPr="006401CB">
        <w:rPr>
          <w:rFonts w:ascii="Times New Roman" w:eastAsia="Times New Roman" w:hAnsi="Times New Roman" w:cs="Times New Roman"/>
          <w:sz w:val="24"/>
          <w:szCs w:val="24"/>
          <w:highlight w:val="yellow"/>
        </w:rPr>
        <w:lastRenderedPageBreak/>
        <w:t>EDITH PAGE 92</w:t>
      </w:r>
    </w:p>
    <w:p w14:paraId="01CAD928" w14:textId="04FC5C74" w:rsidR="00BA79EC" w:rsidRPr="009658F0" w:rsidRDefault="00D3525D"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(92)</w:t>
      </w:r>
    </w:p>
    <w:p w14:paraId="4932283A" w14:textId="6A249773" w:rsidR="00D3525D" w:rsidRPr="009658F0" w:rsidRDefault="00D3525D"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all together in Arabic, with long notes, high and low, and emphasis in the right places, corrected by the teacher who sang to show them how. Each boy had to sing a verse separately after that. They were dressed in ordinary clothes. One was fair haired and blue eyed. They liked being listened to. Girls coming through in dresses with pants underneath had just finished their class. Our host showed us the library, quite large, as big as western school libraries, or bigger, books kept on cheap steel shelves, well ordered and catalogued, all [?] Arabic. A picture of the Kaaba dominated the librarian’s desk, also holy pictures of the Koran book surrounded by a green wreath and other Islamic scenes. </w:t>
      </w:r>
    </w:p>
    <w:p w14:paraId="7450B66C" w14:textId="46091FE8" w:rsidR="00D3525D" w:rsidRPr="009658F0" w:rsidRDefault="00D3525D"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We were led around among building rubble (they are in process of building this considerable complex) out to a vine bowered avenue which gave access to the cemetery, an important part of the whole. The approach led under verses from the Koran hung on placards overhead, it</w:t>
      </w:r>
    </w:p>
    <w:p w14:paraId="6719D953" w14:textId="77777777" w:rsidR="00D3525D" w:rsidRPr="009658F0" w:rsidRDefault="00D3525D"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6D5A8E11" w14:textId="201113A2" w:rsidR="00D3525D" w:rsidRPr="009658F0" w:rsidRDefault="00D3525D" w:rsidP="006C1960">
      <w:pPr>
        <w:tabs>
          <w:tab w:val="left" w:pos="1887"/>
        </w:tabs>
        <w:spacing w:line="360" w:lineRule="auto"/>
        <w:rPr>
          <w:rFonts w:ascii="Times New Roman" w:eastAsia="Times New Roman" w:hAnsi="Times New Roman" w:cs="Times New Roman"/>
          <w:sz w:val="24"/>
          <w:szCs w:val="24"/>
        </w:rPr>
      </w:pPr>
      <w:r w:rsidRPr="006401CB">
        <w:rPr>
          <w:rFonts w:ascii="Times New Roman" w:eastAsia="Times New Roman" w:hAnsi="Times New Roman" w:cs="Times New Roman"/>
          <w:sz w:val="24"/>
          <w:szCs w:val="24"/>
          <w:highlight w:val="yellow"/>
        </w:rPr>
        <w:lastRenderedPageBreak/>
        <w:t>EDITH PAGE 93</w:t>
      </w:r>
    </w:p>
    <w:p w14:paraId="0B24DAFF" w14:textId="6103BB8A" w:rsidR="00F21DE9" w:rsidRPr="009658F0" w:rsidRDefault="00F21DE9" w:rsidP="006C1960">
      <w:pPr>
        <w:tabs>
          <w:tab w:val="left" w:pos="1887"/>
        </w:tabs>
        <w:spacing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(93)</w:t>
      </w:r>
    </w:p>
    <w:p w14:paraId="6CF02435" w14:textId="5157A17C" w:rsidR="00D3525D" w:rsidRPr="009658F0" w:rsidRDefault="00F21DE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reminded me of some holy shrine avenues in Japan, lined with similar holy inscriptions. The young green grapes hung in masses. It was cool and green. </w:t>
      </w:r>
      <w:r w:rsidRPr="009658F0">
        <w:rPr>
          <w:rFonts w:ascii="Times New Roman" w:eastAsia="Times New Roman" w:hAnsi="Times New Roman" w:cs="Times New Roman"/>
          <w:strike/>
          <w:sz w:val="24"/>
          <w:szCs w:val="24"/>
        </w:rPr>
        <w:t>After 50</w:t>
      </w:r>
      <w:r w:rsidRPr="009658F0">
        <w:rPr>
          <w:rFonts w:ascii="Times New Roman" w:eastAsia="Times New Roman" w:hAnsi="Times New Roman" w:cs="Times New Roman"/>
          <w:sz w:val="24"/>
          <w:szCs w:val="24"/>
        </w:rPr>
        <w:t xml:space="preserve"> The Koran messages were all of paradise. Fifty yds on, the avenue ended and on the left was a wide pathway edged on each side by large concrete squares all along, 10 ft or so wide, </w:t>
      </w:r>
      <w:r w:rsidRPr="009658F0">
        <w:rPr>
          <w:rFonts w:ascii="Times New Roman" w:eastAsia="Times New Roman" w:hAnsi="Times New Roman" w:cs="Times New Roman"/>
          <w:strike/>
          <w:sz w:val="24"/>
          <w:szCs w:val="24"/>
        </w:rPr>
        <w:t>These</w:t>
      </w:r>
      <w:r w:rsidRPr="009658F0">
        <w:rPr>
          <w:rFonts w:ascii="Times New Roman" w:eastAsia="Times New Roman" w:hAnsi="Times New Roman" w:cs="Times New Roman"/>
          <w:sz w:val="24"/>
          <w:szCs w:val="24"/>
        </w:rPr>
        <w:t xml:space="preserve"> Under these were the collective tombs, 10 to a tomb, men separate from women, marked by yellow plastic tabs for women and green for men. The tomb entrances could be seen, circular </w:t>
      </w:r>
      <w:r w:rsidRPr="009658F0">
        <w:rPr>
          <w:rFonts w:ascii="Times New Roman" w:eastAsia="Times New Roman" w:hAnsi="Times New Roman" w:cs="Times New Roman"/>
          <w:strike/>
          <w:sz w:val="24"/>
          <w:szCs w:val="24"/>
        </w:rPr>
        <w:t>tops</w:t>
      </w:r>
      <w:r w:rsidRPr="009658F0">
        <w:rPr>
          <w:rFonts w:ascii="Times New Roman" w:eastAsia="Times New Roman" w:hAnsi="Times New Roman" w:cs="Times New Roman"/>
          <w:sz w:val="24"/>
          <w:szCs w:val="24"/>
        </w:rPr>
        <w:t xml:space="preserve"> stone tops of large circular stone stoppers (5ft diam?). Our host agreed it was company for the dead to be together like this. Another row of tombs led out from the vine bower further back.</w:t>
      </w:r>
    </w:p>
    <w:p w14:paraId="4D450466" w14:textId="118F7F96" w:rsidR="00F21DE9" w:rsidRPr="009658F0" w:rsidRDefault="00F21DE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w:drawing>
          <wp:inline distT="0" distB="0" distL="0" distR="0" wp14:anchorId="491E48A7" wp14:editId="29D5FA1F">
            <wp:extent cx="3779848" cy="1889924"/>
            <wp:effectExtent l="0" t="0" r="0" b="0"/>
            <wp:docPr id="983646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646600" name=""/>
                    <pic:cNvPicPr/>
                  </pic:nvPicPr>
                  <pic:blipFill>
                    <a:blip r:embed="rId35"/>
                    <a:stretch>
                      <a:fillRect/>
                    </a:stretch>
                  </pic:blipFill>
                  <pic:spPr>
                    <a:xfrm>
                      <a:off x="0" y="0"/>
                      <a:ext cx="3779848" cy="1889924"/>
                    </a:xfrm>
                    <a:prstGeom prst="rect">
                      <a:avLst/>
                    </a:prstGeom>
                  </pic:spPr>
                </pic:pic>
              </a:graphicData>
            </a:graphic>
          </wp:inline>
        </w:drawing>
      </w:r>
    </w:p>
    <w:p w14:paraId="6157C9EF" w14:textId="2D8118AF" w:rsidR="004F7458" w:rsidRPr="009658F0" w:rsidRDefault="00F21DE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so on. Going back, the Koran signs spoke of patience and suffering.</w:t>
      </w:r>
    </w:p>
    <w:p w14:paraId="4C9CAC3E" w14:textId="77777777" w:rsidR="004F7458" w:rsidRPr="009658F0" w:rsidRDefault="004F7458"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1C0CAE22" w14:textId="0F100CBD" w:rsidR="00F21DE9" w:rsidRPr="009658F0" w:rsidRDefault="004F7458" w:rsidP="006C1960">
      <w:pPr>
        <w:tabs>
          <w:tab w:val="left" w:pos="1887"/>
        </w:tabs>
        <w:spacing w:line="360" w:lineRule="auto"/>
        <w:rPr>
          <w:rFonts w:ascii="Times New Roman" w:eastAsia="Times New Roman" w:hAnsi="Times New Roman" w:cs="Times New Roman"/>
          <w:sz w:val="24"/>
          <w:szCs w:val="24"/>
        </w:rPr>
      </w:pPr>
      <w:r w:rsidRPr="006401CB">
        <w:rPr>
          <w:rFonts w:ascii="Times New Roman" w:eastAsia="Times New Roman" w:hAnsi="Times New Roman" w:cs="Times New Roman"/>
          <w:sz w:val="24"/>
          <w:szCs w:val="24"/>
          <w:highlight w:val="yellow"/>
        </w:rPr>
        <w:lastRenderedPageBreak/>
        <w:t>EDITH PAGE 94</w:t>
      </w:r>
    </w:p>
    <w:p w14:paraId="30C2C558" w14:textId="7D636CAE" w:rsidR="00B10BA9" w:rsidRPr="009658F0" w:rsidRDefault="004F7458"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(94) The muezzin in tower was making a huge din with amplified loudspeakers It was time for prayer. Vic and I had to separate for this, they asked Vic to give permission for me to go with the women (which I was eager to do). Some women, large, well built, in long white dresses w long sleeves, and big white head wrappings</w:t>
      </w:r>
      <w:r w:rsidR="00DF2A8B" w:rsidRPr="009658F0">
        <w:rPr>
          <w:rFonts w:ascii="Times New Roman" w:eastAsia="Times New Roman" w:hAnsi="Times New Roman" w:cs="Times New Roman"/>
          <w:sz w:val="24"/>
          <w:szCs w:val="24"/>
        </w:rPr>
        <w:t xml:space="preserve">, plus broad colored sashes, and modern shoes, led me behind the building to a side door below. Everyone took off their shoes outside, me too. We went in through </w:t>
      </w:r>
      <w:r w:rsidR="00DF2A8B" w:rsidRPr="009658F0">
        <w:rPr>
          <w:rFonts w:ascii="Times New Roman" w:eastAsia="Times New Roman" w:hAnsi="Times New Roman" w:cs="Times New Roman"/>
          <w:strike/>
          <w:sz w:val="24"/>
          <w:szCs w:val="24"/>
        </w:rPr>
        <w:t xml:space="preserve">a </w:t>
      </w:r>
      <w:proofErr w:type="gramStart"/>
      <w:r w:rsidR="00DF2A8B" w:rsidRPr="009658F0">
        <w:rPr>
          <w:rFonts w:ascii="Times New Roman" w:eastAsia="Times New Roman" w:hAnsi="Times New Roman" w:cs="Times New Roman"/>
          <w:strike/>
          <w:sz w:val="24"/>
          <w:szCs w:val="24"/>
        </w:rPr>
        <w:t>courtyard</w:t>
      </w:r>
      <w:proofErr w:type="gramEnd"/>
      <w:r w:rsidR="00DF2A8B" w:rsidRPr="009658F0">
        <w:rPr>
          <w:rFonts w:ascii="Times New Roman" w:eastAsia="Times New Roman" w:hAnsi="Times New Roman" w:cs="Times New Roman"/>
          <w:sz w:val="24"/>
          <w:szCs w:val="24"/>
        </w:rPr>
        <w:t xml:space="preserve"> an anteroom</w:t>
      </w:r>
      <w:r w:rsidR="007A1FCB" w:rsidRPr="009658F0">
        <w:rPr>
          <w:rFonts w:ascii="Times New Roman" w:eastAsia="Times New Roman" w:hAnsi="Times New Roman" w:cs="Times New Roman"/>
          <w:sz w:val="24"/>
          <w:szCs w:val="24"/>
        </w:rPr>
        <w:t xml:space="preserve"> into a large hall on the right, with one long tall niche at the top end, colored yellow. All the rest of the room was whitewashed. The floor had rush matting in pleasant </w:t>
      </w:r>
      <w:proofErr w:type="spellStart"/>
      <w:r w:rsidR="007A1FCB" w:rsidRPr="009658F0">
        <w:rPr>
          <w:rFonts w:ascii="Times New Roman" w:eastAsia="Times New Roman" w:hAnsi="Times New Roman" w:cs="Times New Roman"/>
          <w:sz w:val="24"/>
          <w:szCs w:val="24"/>
        </w:rPr>
        <w:t>colours</w:t>
      </w:r>
      <w:proofErr w:type="spellEnd"/>
      <w:r w:rsidR="007A1FCB" w:rsidRPr="009658F0">
        <w:rPr>
          <w:rFonts w:ascii="Times New Roman" w:eastAsia="Times New Roman" w:hAnsi="Times New Roman" w:cs="Times New Roman"/>
          <w:sz w:val="24"/>
          <w:szCs w:val="24"/>
        </w:rPr>
        <w:t>, red and yellow</w:t>
      </w:r>
      <w:r w:rsidR="00CE0DA4" w:rsidRPr="009658F0">
        <w:rPr>
          <w:rFonts w:ascii="Times New Roman" w:eastAsia="Times New Roman" w:hAnsi="Times New Roman" w:cs="Times New Roman"/>
          <w:sz w:val="24"/>
          <w:szCs w:val="24"/>
        </w:rPr>
        <w:t xml:space="preserve"> (In the men’s prayer all we peeped in earlier facing the road, on the left of the schoolroom, the floor was covered wall to wall with overlapping oriental carpets</w:t>
      </w:r>
    </w:p>
    <w:p w14:paraId="6A4D5BC6" w14:textId="77777777" w:rsidR="00B10BA9" w:rsidRPr="009658F0" w:rsidRDefault="00B10BA9"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145AE081" w14:textId="5C509A1F" w:rsidR="004F7458" w:rsidRPr="009658F0" w:rsidRDefault="00B10BA9" w:rsidP="006C1960">
      <w:pPr>
        <w:tabs>
          <w:tab w:val="left" w:pos="1887"/>
        </w:tabs>
        <w:spacing w:line="360" w:lineRule="auto"/>
        <w:rPr>
          <w:rFonts w:ascii="Times New Roman" w:eastAsia="Times New Roman" w:hAnsi="Times New Roman" w:cs="Times New Roman"/>
          <w:sz w:val="24"/>
          <w:szCs w:val="24"/>
        </w:rPr>
      </w:pPr>
      <w:r w:rsidRPr="006401CB">
        <w:rPr>
          <w:rFonts w:ascii="Times New Roman" w:eastAsia="Times New Roman" w:hAnsi="Times New Roman" w:cs="Times New Roman"/>
          <w:sz w:val="24"/>
          <w:szCs w:val="24"/>
          <w:highlight w:val="yellow"/>
        </w:rPr>
        <w:lastRenderedPageBreak/>
        <w:t>EDITH PAGE 95</w:t>
      </w:r>
    </w:p>
    <w:p w14:paraId="6C57C315" w14:textId="780C2316" w:rsidR="00B10BA9" w:rsidRPr="009658F0" w:rsidRDefault="00B10BA9" w:rsidP="006C1960">
      <w:pPr>
        <w:tabs>
          <w:tab w:val="left" w:pos="1887"/>
        </w:tabs>
        <w:spacing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(95)</w:t>
      </w:r>
    </w:p>
    <w:p w14:paraId="2CA40992" w14:textId="419F8A21" w:rsidR="003B0F72" w:rsidRPr="009658F0" w:rsidRDefault="003B0F72"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First I was caused to sit at the back against the wall. No one could talk English. The hall filled up gradually with women, entering with bare feet and solid graceful bodies however weighty, standing quietly in rows fingering their shawls, shuffling into position. I was now sat in a row 2</w:t>
      </w:r>
      <w:r w:rsidRPr="009658F0">
        <w:rPr>
          <w:rFonts w:ascii="Times New Roman" w:eastAsia="Times New Roman" w:hAnsi="Times New Roman" w:cs="Times New Roman"/>
          <w:sz w:val="24"/>
          <w:szCs w:val="24"/>
          <w:vertAlign w:val="superscript"/>
        </w:rPr>
        <w:t>nd</w:t>
      </w:r>
      <w:r w:rsidRPr="009658F0">
        <w:rPr>
          <w:rFonts w:ascii="Times New Roman" w:eastAsia="Times New Roman" w:hAnsi="Times New Roman" w:cs="Times New Roman"/>
          <w:sz w:val="24"/>
          <w:szCs w:val="24"/>
        </w:rPr>
        <w:t xml:space="preserve"> from the back, next to a woman with thick gold </w:t>
      </w:r>
      <w:proofErr w:type="spellStart"/>
      <w:r w:rsidRPr="009658F0">
        <w:rPr>
          <w:rFonts w:ascii="Times New Roman" w:eastAsia="Times New Roman" w:hAnsi="Times New Roman" w:cs="Times New Roman"/>
          <w:sz w:val="24"/>
          <w:szCs w:val="24"/>
        </w:rPr>
        <w:t>criss-cross</w:t>
      </w:r>
      <w:proofErr w:type="spellEnd"/>
      <w:r w:rsidRPr="009658F0">
        <w:rPr>
          <w:rFonts w:ascii="Times New Roman" w:eastAsia="Times New Roman" w:hAnsi="Times New Roman" w:cs="Times New Roman"/>
          <w:sz w:val="24"/>
          <w:szCs w:val="24"/>
        </w:rPr>
        <w:t xml:space="preserve"> bangles. They began to bow, crouch, kneel, and touch the floor with their heads, not in unison, but I think as each reached a certain stage in the prayer sequence each said individually. I did likewise. One woman turned to me, concerned that my dress sleeves didn’t reach down to my wrists. I tried to keep them pulled down as long as possible. Eventually they found me a long </w:t>
      </w:r>
      <w:proofErr w:type="gramStart"/>
      <w:r w:rsidRPr="009658F0">
        <w:rPr>
          <w:rFonts w:ascii="Times New Roman" w:eastAsia="Times New Roman" w:hAnsi="Times New Roman" w:cs="Times New Roman"/>
          <w:sz w:val="24"/>
          <w:szCs w:val="24"/>
        </w:rPr>
        <w:t>pale yellow</w:t>
      </w:r>
      <w:proofErr w:type="gramEnd"/>
      <w:r w:rsidRPr="009658F0">
        <w:rPr>
          <w:rFonts w:ascii="Times New Roman" w:eastAsia="Times New Roman" w:hAnsi="Times New Roman" w:cs="Times New Roman"/>
          <w:sz w:val="24"/>
          <w:szCs w:val="24"/>
        </w:rPr>
        <w:t xml:space="preserve"> robe like theirs, a little tight, but OK in the sleeves. One offered a safety pin to close it, btu I closed</w:t>
      </w:r>
    </w:p>
    <w:p w14:paraId="2082E596" w14:textId="77777777" w:rsidR="003B0F72" w:rsidRPr="009658F0" w:rsidRDefault="003B0F72"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5872A7E3" w14:textId="044C3A31" w:rsidR="00B10BA9" w:rsidRPr="009658F0" w:rsidRDefault="003B0F72" w:rsidP="006C1960">
      <w:pPr>
        <w:tabs>
          <w:tab w:val="left" w:pos="1887"/>
        </w:tabs>
        <w:spacing w:line="360" w:lineRule="auto"/>
        <w:rPr>
          <w:rFonts w:ascii="Times New Roman" w:eastAsia="Times New Roman" w:hAnsi="Times New Roman" w:cs="Times New Roman"/>
          <w:sz w:val="24"/>
          <w:szCs w:val="24"/>
        </w:rPr>
      </w:pPr>
      <w:r w:rsidRPr="006401CB">
        <w:rPr>
          <w:rFonts w:ascii="Times New Roman" w:eastAsia="Times New Roman" w:hAnsi="Times New Roman" w:cs="Times New Roman"/>
          <w:sz w:val="24"/>
          <w:szCs w:val="24"/>
          <w:highlight w:val="yellow"/>
        </w:rPr>
        <w:lastRenderedPageBreak/>
        <w:t>EDITH PAGE 96</w:t>
      </w:r>
    </w:p>
    <w:p w14:paraId="5611F0F5" w14:textId="468256D2" w:rsidR="003B0F72" w:rsidRPr="009658F0" w:rsidRDefault="001E62DC"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(96) it with my dress belt. The voice of the male prayer leader could be heard from the men’s prayer hall, and the women around me responded Amen “Emane” it sounded like. </w:t>
      </w:r>
      <w:r w:rsidRPr="009658F0">
        <w:rPr>
          <w:rFonts w:ascii="Times New Roman" w:eastAsia="Times New Roman" w:hAnsi="Times New Roman" w:cs="Times New Roman"/>
          <w:strike/>
          <w:sz w:val="24"/>
          <w:szCs w:val="24"/>
        </w:rPr>
        <w:t>They were</w:t>
      </w:r>
      <w:r w:rsidRPr="009658F0">
        <w:rPr>
          <w:rFonts w:ascii="Times New Roman" w:eastAsia="Times New Roman" w:hAnsi="Times New Roman" w:cs="Times New Roman"/>
          <w:sz w:val="24"/>
          <w:szCs w:val="24"/>
        </w:rPr>
        <w:t xml:space="preserve"> Their lips were </w:t>
      </w:r>
      <w:r w:rsidR="00502657" w:rsidRPr="009658F0">
        <w:rPr>
          <w:rFonts w:ascii="Times New Roman" w:eastAsia="Times New Roman" w:hAnsi="Times New Roman" w:cs="Times New Roman"/>
          <w:sz w:val="24"/>
          <w:szCs w:val="24"/>
        </w:rPr>
        <w:t xml:space="preserve">all moving in unheard prayer. I started saying the rosary to myself, the only thing I </w:t>
      </w:r>
      <w:proofErr w:type="gramStart"/>
      <w:r w:rsidR="00502657" w:rsidRPr="009658F0">
        <w:rPr>
          <w:rFonts w:ascii="Times New Roman" w:eastAsia="Times New Roman" w:hAnsi="Times New Roman" w:cs="Times New Roman"/>
          <w:sz w:val="24"/>
          <w:szCs w:val="24"/>
        </w:rPr>
        <w:t>know</w:t>
      </w:r>
      <w:proofErr w:type="gramEnd"/>
      <w:r w:rsidR="00502657" w:rsidRPr="009658F0">
        <w:rPr>
          <w:rFonts w:ascii="Times New Roman" w:eastAsia="Times New Roman" w:hAnsi="Times New Roman" w:cs="Times New Roman"/>
          <w:sz w:val="24"/>
          <w:szCs w:val="24"/>
        </w:rPr>
        <w:t xml:space="preserve"> that seemed to fit. It was great to be able to express my awe at the cause of all this beautiful globe by </w:t>
      </w:r>
      <w:proofErr w:type="gramStart"/>
      <w:r w:rsidR="00502657" w:rsidRPr="009658F0">
        <w:rPr>
          <w:rFonts w:ascii="Times New Roman" w:eastAsia="Times New Roman" w:hAnsi="Times New Roman" w:cs="Times New Roman"/>
          <w:strike/>
          <w:sz w:val="24"/>
          <w:szCs w:val="24"/>
        </w:rPr>
        <w:t>press</w:t>
      </w:r>
      <w:proofErr w:type="gramEnd"/>
      <w:r w:rsidR="00502657" w:rsidRPr="009658F0">
        <w:rPr>
          <w:rFonts w:ascii="Times New Roman" w:eastAsia="Times New Roman" w:hAnsi="Times New Roman" w:cs="Times New Roman"/>
          <w:sz w:val="24"/>
          <w:szCs w:val="24"/>
        </w:rPr>
        <w:t xml:space="preserve"> bowing so low and pressing the ground with my head, and I loved this prayer service. These women had the space to perform for the sake of entities not seen, their senses could perceive more than the sense organs gave them directly, they had imagination; I know what it was all about. Afterwards I thanked them, and a small boy</w:t>
      </w:r>
    </w:p>
    <w:p w14:paraId="0E906276" w14:textId="1D04D20A" w:rsidR="00502657" w:rsidRPr="009658F0" w:rsidRDefault="0050265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w:t>
      </w:r>
    </w:p>
    <w:p w14:paraId="144D426E" w14:textId="5DF231A0" w:rsidR="00502657" w:rsidRPr="009658F0" w:rsidRDefault="0050265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[The below text is in pencil written upside down</w:t>
      </w:r>
      <w:r w:rsidR="00BC6BB8" w:rsidRPr="009658F0">
        <w:rPr>
          <w:rFonts w:ascii="Times New Roman" w:eastAsia="Times New Roman" w:hAnsi="Times New Roman" w:cs="Times New Roman"/>
          <w:sz w:val="24"/>
          <w:szCs w:val="24"/>
        </w:rPr>
        <w:t xml:space="preserve"> – it is from the page marked up as VICTOR PAGE 32 TOP – however as noted above this is Edith’s writing]</w:t>
      </w:r>
    </w:p>
    <w:p w14:paraId="396EF59C" w14:textId="744C123A" w:rsidR="00BC6BB8" w:rsidRPr="009658F0" w:rsidRDefault="00BC6BB8"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25643EDF" w14:textId="58368ED6" w:rsidR="00502657" w:rsidRPr="009658F0" w:rsidRDefault="00BC6BB8" w:rsidP="006C1960">
      <w:pPr>
        <w:tabs>
          <w:tab w:val="left" w:pos="1887"/>
        </w:tabs>
        <w:spacing w:line="360" w:lineRule="auto"/>
        <w:rPr>
          <w:rFonts w:ascii="Times New Roman" w:eastAsia="Times New Roman" w:hAnsi="Times New Roman" w:cs="Times New Roman"/>
          <w:sz w:val="24"/>
          <w:szCs w:val="24"/>
        </w:rPr>
      </w:pPr>
      <w:r w:rsidRPr="006401CB">
        <w:rPr>
          <w:rFonts w:ascii="Times New Roman" w:eastAsia="Times New Roman" w:hAnsi="Times New Roman" w:cs="Times New Roman"/>
          <w:sz w:val="24"/>
          <w:szCs w:val="24"/>
          <w:highlight w:val="yellow"/>
        </w:rPr>
        <w:lastRenderedPageBreak/>
        <w:t>EDITH PAGE 97</w:t>
      </w:r>
    </w:p>
    <w:p w14:paraId="20B4664B" w14:textId="07B95A94" w:rsidR="00BC6BB8" w:rsidRPr="009658F0" w:rsidRDefault="00BC6BB8"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the host’s son, led me around and back to the road where Vic and Joe and the host were standing by the car. We got in and said goodbye. Benny drove off directed by Joe, to another village where the central pilgrim age of the Sufis was located – a yard was the venue. They also had a mosque, through a door. We didn’t stop off, but returned to the road, </w:t>
      </w:r>
      <w:proofErr w:type="gramStart"/>
      <w:r w:rsidRPr="009658F0">
        <w:rPr>
          <w:rFonts w:ascii="Times New Roman" w:eastAsia="Times New Roman" w:hAnsi="Times New Roman" w:cs="Times New Roman"/>
          <w:sz w:val="24"/>
          <w:szCs w:val="24"/>
        </w:rPr>
        <w:t>continuing on</w:t>
      </w:r>
      <w:proofErr w:type="gramEnd"/>
      <w:r w:rsidRPr="009658F0">
        <w:rPr>
          <w:rFonts w:ascii="Times New Roman" w:eastAsia="Times New Roman" w:hAnsi="Times New Roman" w:cs="Times New Roman"/>
          <w:sz w:val="24"/>
          <w:szCs w:val="24"/>
        </w:rPr>
        <w:t xml:space="preserve"> to the village of Yama. Joseph told us the story of the murder at Yama, as recounted in his book. A series of difficulties and insults faced the father of an unmarried pregnant daughter. Not only had the daughter dishonored him and the family, but certain relatives used the awkward situation to make him look smaller still, even though he had prepared to be patient and had accepted that the girl get an abortion. “He was driven into a corner”, His wife’s final outburst occurred at the occasion of an Iago-like jibe by these relatives, shaming the family. The father took his hoe, and struck his daughter 16 times, and killed her. The 2</w:t>
      </w:r>
      <w:r w:rsidRPr="009658F0">
        <w:rPr>
          <w:rFonts w:ascii="Times New Roman" w:eastAsia="Times New Roman" w:hAnsi="Times New Roman" w:cs="Times New Roman"/>
          <w:sz w:val="24"/>
          <w:szCs w:val="24"/>
          <w:vertAlign w:val="superscript"/>
        </w:rPr>
        <w:t>nd</w:t>
      </w:r>
      <w:r w:rsidRPr="009658F0">
        <w:rPr>
          <w:rFonts w:ascii="Times New Roman" w:eastAsia="Times New Roman" w:hAnsi="Times New Roman" w:cs="Times New Roman"/>
          <w:sz w:val="24"/>
          <w:szCs w:val="24"/>
        </w:rPr>
        <w:t xml:space="preserve"> son heard the news as he was</w:t>
      </w:r>
    </w:p>
    <w:p w14:paraId="6CD497CF" w14:textId="77777777" w:rsidR="00BC6BB8" w:rsidRPr="009658F0" w:rsidRDefault="00BC6BB8"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5F4F7E9E" w14:textId="13DE6EB0" w:rsidR="00BC6BB8" w:rsidRPr="009658F0" w:rsidRDefault="00BC6BB8" w:rsidP="006C1960">
      <w:pPr>
        <w:tabs>
          <w:tab w:val="left" w:pos="1887"/>
        </w:tabs>
        <w:spacing w:line="360" w:lineRule="auto"/>
        <w:rPr>
          <w:rFonts w:ascii="Times New Roman" w:eastAsia="Times New Roman" w:hAnsi="Times New Roman" w:cs="Times New Roman"/>
          <w:sz w:val="24"/>
          <w:szCs w:val="24"/>
        </w:rPr>
      </w:pPr>
      <w:r w:rsidRPr="006401CB">
        <w:rPr>
          <w:rFonts w:ascii="Times New Roman" w:eastAsia="Times New Roman" w:hAnsi="Times New Roman" w:cs="Times New Roman"/>
          <w:sz w:val="24"/>
          <w:szCs w:val="24"/>
          <w:highlight w:val="yellow"/>
        </w:rPr>
        <w:lastRenderedPageBreak/>
        <w:t>EDITH PAGE 98</w:t>
      </w:r>
    </w:p>
    <w:p w14:paraId="28A1B1AE" w14:textId="791BCE7A" w:rsidR="00BC6BB8" w:rsidRPr="009658F0" w:rsidRDefault="00D65F32" w:rsidP="006C1960">
      <w:pPr>
        <w:tabs>
          <w:tab w:val="left" w:pos="1887"/>
        </w:tabs>
        <w:spacing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(98)</w:t>
      </w:r>
    </w:p>
    <w:p w14:paraId="668C754B" w14:textId="1A70FCDD" w:rsidR="00D65F32" w:rsidRPr="009658F0" w:rsidRDefault="00D71EFD"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sitting in a coffee house with his friends. He went to the place. Meanwhile the police arrived. The mother went off to Jordan, screaming all the way “killed by her father” or some such. However, the son gave himself up to the police as the murdere</w:t>
      </w:r>
      <w:r w:rsidR="008D206F" w:rsidRPr="009658F0">
        <w:rPr>
          <w:rFonts w:ascii="Times New Roman" w:eastAsia="Times New Roman" w:hAnsi="Times New Roman" w:cs="Times New Roman"/>
          <w:sz w:val="24"/>
          <w:szCs w:val="24"/>
        </w:rPr>
        <w:t>r</w:t>
      </w:r>
      <w:r w:rsidRPr="009658F0">
        <w:rPr>
          <w:rFonts w:ascii="Times New Roman" w:eastAsia="Times New Roman" w:hAnsi="Times New Roman" w:cs="Times New Roman"/>
          <w:sz w:val="24"/>
          <w:szCs w:val="24"/>
        </w:rPr>
        <w:t xml:space="preserve"> to protect his father. He got a life </w:t>
      </w:r>
      <w:proofErr w:type="gramStart"/>
      <w:r w:rsidRPr="009658F0">
        <w:rPr>
          <w:rFonts w:ascii="Times New Roman" w:eastAsia="Times New Roman" w:hAnsi="Times New Roman" w:cs="Times New Roman"/>
          <w:sz w:val="24"/>
          <w:szCs w:val="24"/>
        </w:rPr>
        <w:t>sentence</w:t>
      </w:r>
      <w:proofErr w:type="gramEnd"/>
      <w:r w:rsidRPr="009658F0">
        <w:rPr>
          <w:rFonts w:ascii="Times New Roman" w:eastAsia="Times New Roman" w:hAnsi="Times New Roman" w:cs="Times New Roman"/>
          <w:sz w:val="24"/>
          <w:szCs w:val="24"/>
        </w:rPr>
        <w:t xml:space="preserve"> but the father got one too. Joseph stepped in, </w:t>
      </w:r>
      <w:proofErr w:type="gramStart"/>
      <w:r w:rsidRPr="009658F0">
        <w:rPr>
          <w:rFonts w:ascii="Times New Roman" w:eastAsia="Times New Roman" w:hAnsi="Times New Roman" w:cs="Times New Roman"/>
          <w:sz w:val="24"/>
          <w:szCs w:val="24"/>
        </w:rPr>
        <w:t>well aware</w:t>
      </w:r>
      <w:proofErr w:type="gramEnd"/>
      <w:r w:rsidRPr="009658F0">
        <w:rPr>
          <w:rFonts w:ascii="Times New Roman" w:eastAsia="Times New Roman" w:hAnsi="Times New Roman" w:cs="Times New Roman"/>
          <w:sz w:val="24"/>
          <w:szCs w:val="24"/>
        </w:rPr>
        <w:t xml:space="preserve"> that the father had done it, as was the whole village and surround</w:t>
      </w:r>
      <w:r w:rsidR="00361ED6" w:rsidRPr="009658F0">
        <w:rPr>
          <w:rFonts w:ascii="Times New Roman" w:eastAsia="Times New Roman" w:hAnsi="Times New Roman" w:cs="Times New Roman"/>
          <w:sz w:val="24"/>
          <w:szCs w:val="24"/>
        </w:rPr>
        <w:t>s. “Common knowledge”. There were plenty of witnesses, but the police chose to take the word of his “confession”</w:t>
      </w:r>
    </w:p>
    <w:p w14:paraId="5FF8A3D0" w14:textId="0ACB46C7" w:rsidR="00361ED6" w:rsidRPr="009658F0" w:rsidRDefault="00361ED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[word written at left of page upside down] TAULER</w:t>
      </w:r>
    </w:p>
    <w:p w14:paraId="0DBFB3F8" w14:textId="390C2C70" w:rsidR="00361ED6" w:rsidRPr="009658F0" w:rsidRDefault="00117F2A"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Joseph by letters and visits to Navon the then president of </w:t>
      </w:r>
      <w:r w:rsidR="00B43853" w:rsidRPr="009658F0">
        <w:rPr>
          <w:rFonts w:ascii="Times New Roman" w:eastAsia="Times New Roman" w:hAnsi="Times New Roman" w:cs="Times New Roman"/>
          <w:sz w:val="24"/>
          <w:szCs w:val="24"/>
        </w:rPr>
        <w:t>Israel</w:t>
      </w:r>
      <w:r w:rsidRPr="009658F0">
        <w:rPr>
          <w:rFonts w:ascii="Times New Roman" w:eastAsia="Times New Roman" w:hAnsi="Times New Roman" w:cs="Times New Roman"/>
          <w:sz w:val="24"/>
          <w:szCs w:val="24"/>
        </w:rPr>
        <w:t xml:space="preserve"> got the sentences commuted, made a TV showing out of it (though 3 times the people refused the cameras, until on a visit home the y. man persuaded them). The TV show was successful and the day before we arrived the y. man and his father were pardoned and freed 2 days earlier than</w:t>
      </w:r>
    </w:p>
    <w:p w14:paraId="184347B3" w14:textId="68226EF3" w:rsidR="00A74C72" w:rsidRPr="009658F0" w:rsidRDefault="00A74C72"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0C0740B7" w14:textId="5045CA8B" w:rsidR="00A74C72" w:rsidRPr="009658F0" w:rsidRDefault="00A74C72" w:rsidP="006C1960">
      <w:pPr>
        <w:tabs>
          <w:tab w:val="left" w:pos="1887"/>
        </w:tabs>
        <w:spacing w:line="360" w:lineRule="auto"/>
        <w:rPr>
          <w:rFonts w:ascii="Times New Roman" w:eastAsia="Times New Roman" w:hAnsi="Times New Roman" w:cs="Times New Roman"/>
          <w:sz w:val="24"/>
          <w:szCs w:val="24"/>
        </w:rPr>
      </w:pPr>
      <w:r w:rsidRPr="006401CB">
        <w:rPr>
          <w:rFonts w:ascii="Times New Roman" w:eastAsia="Times New Roman" w:hAnsi="Times New Roman" w:cs="Times New Roman"/>
          <w:sz w:val="24"/>
          <w:szCs w:val="24"/>
          <w:highlight w:val="yellow"/>
        </w:rPr>
        <w:lastRenderedPageBreak/>
        <w:t>EDITH PAGE 99</w:t>
      </w:r>
    </w:p>
    <w:p w14:paraId="3BDAA51A" w14:textId="0CF63609" w:rsidR="00A74C72" w:rsidRPr="009658F0" w:rsidRDefault="000A5C70" w:rsidP="006C1960">
      <w:pPr>
        <w:tabs>
          <w:tab w:val="left" w:pos="1887"/>
        </w:tabs>
        <w:spacing w:line="360" w:lineRule="auto"/>
        <w:rPr>
          <w:rFonts w:ascii="Times New Roman" w:eastAsia="Times New Roman" w:hAnsi="Times New Roman" w:cs="Times New Roman"/>
          <w:sz w:val="24"/>
          <w:szCs w:val="24"/>
        </w:rPr>
      </w:pPr>
      <w:proofErr w:type="gramStart"/>
      <w:r w:rsidRPr="009658F0">
        <w:rPr>
          <w:rFonts w:ascii="Times New Roman" w:eastAsia="Times New Roman" w:hAnsi="Times New Roman" w:cs="Times New Roman"/>
          <w:sz w:val="24"/>
          <w:szCs w:val="24"/>
        </w:rPr>
        <w:t>expected,</w:t>
      </w:r>
      <w:proofErr w:type="gramEnd"/>
      <w:r w:rsidRPr="009658F0">
        <w:rPr>
          <w:rFonts w:ascii="Times New Roman" w:eastAsia="Times New Roman" w:hAnsi="Times New Roman" w:cs="Times New Roman"/>
          <w:sz w:val="24"/>
          <w:szCs w:val="24"/>
        </w:rPr>
        <w:t xml:space="preserve"> to be home for our visit.</w:t>
      </w:r>
    </w:p>
    <w:p w14:paraId="446D99B6" w14:textId="631D722B" w:rsidR="00B90B71" w:rsidRPr="009658F0" w:rsidRDefault="000A5C70"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We went up into the reception room of a largish Arab house, the rooms lined with sofas and armchairs around the walls, they served tea on little armchair tables in front of each. We </w:t>
      </w:r>
      <w:proofErr w:type="gramStart"/>
      <w:r w:rsidRPr="009658F0">
        <w:rPr>
          <w:rFonts w:ascii="Times New Roman" w:eastAsia="Times New Roman" w:hAnsi="Times New Roman" w:cs="Times New Roman"/>
          <w:sz w:val="24"/>
          <w:szCs w:val="24"/>
        </w:rPr>
        <w:t>had greeted</w:t>
      </w:r>
      <w:proofErr w:type="gramEnd"/>
      <w:r w:rsidRPr="009658F0">
        <w:rPr>
          <w:rFonts w:ascii="Times New Roman" w:eastAsia="Times New Roman" w:hAnsi="Times New Roman" w:cs="Times New Roman"/>
          <w:sz w:val="24"/>
          <w:szCs w:val="24"/>
        </w:rPr>
        <w:t xml:space="preserve"> all warmly and congratulated the pardoned ones. The young man was ordinary, pleasant, like the bank clerk down the road. He didn’t </w:t>
      </w:r>
      <w:proofErr w:type="gramStart"/>
      <w:r w:rsidRPr="009658F0">
        <w:rPr>
          <w:rFonts w:ascii="Times New Roman" w:eastAsia="Times New Roman" w:hAnsi="Times New Roman" w:cs="Times New Roman"/>
          <w:sz w:val="24"/>
          <w:szCs w:val="24"/>
        </w:rPr>
        <w:t>look</w:t>
      </w:r>
      <w:proofErr w:type="gramEnd"/>
      <w:r w:rsidRPr="009658F0">
        <w:rPr>
          <w:rFonts w:ascii="Times New Roman" w:eastAsia="Times New Roman" w:hAnsi="Times New Roman" w:cs="Times New Roman"/>
          <w:sz w:val="24"/>
          <w:szCs w:val="24"/>
        </w:rPr>
        <w:t xml:space="preserve"> a murderer. He was thin. The father was old, in Arab headdress, shrunk, with a patchy complexion and hopeless sad eyes, frightened, “Pushed into a corner” his eyes said. Here was indeed a soul who knew he had killed his daughter.</w:t>
      </w:r>
      <w:r w:rsidR="00B90B71" w:rsidRPr="009658F0">
        <w:rPr>
          <w:rFonts w:ascii="Times New Roman" w:eastAsia="Times New Roman" w:hAnsi="Times New Roman" w:cs="Times New Roman"/>
          <w:sz w:val="24"/>
          <w:szCs w:val="24"/>
        </w:rPr>
        <w:t xml:space="preserve"> </w:t>
      </w:r>
      <w:r w:rsidR="00B90B71" w:rsidRPr="009658F0">
        <w:rPr>
          <w:rFonts w:ascii="Times New Roman" w:eastAsia="Times New Roman" w:hAnsi="Times New Roman" w:cs="Times New Roman"/>
          <w:strike/>
          <w:sz w:val="24"/>
          <w:szCs w:val="24"/>
        </w:rPr>
        <w:t>I was</w:t>
      </w:r>
      <w:r w:rsidR="00B90B71" w:rsidRPr="009658F0">
        <w:rPr>
          <w:rFonts w:ascii="Times New Roman" w:eastAsia="Times New Roman" w:hAnsi="Times New Roman" w:cs="Times New Roman"/>
          <w:sz w:val="24"/>
          <w:szCs w:val="24"/>
        </w:rPr>
        <w:t xml:space="preserve"> Joe said later that first after the murder he could hardly shake the hand that had done such a deed. I said later that day that we often shake the hands of murderers, soldiers who have also been forced to kill.</w:t>
      </w:r>
    </w:p>
    <w:p w14:paraId="7BB1BF1F" w14:textId="77777777" w:rsidR="00B90B71" w:rsidRPr="009658F0" w:rsidRDefault="00B90B71"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1A344A92" w14:textId="5FE9EF9F" w:rsidR="000A5C70" w:rsidRPr="009658F0" w:rsidRDefault="009E038A" w:rsidP="006C1960">
      <w:pPr>
        <w:tabs>
          <w:tab w:val="left" w:pos="1887"/>
        </w:tabs>
        <w:spacing w:line="360" w:lineRule="auto"/>
        <w:rPr>
          <w:rFonts w:ascii="Times New Roman" w:eastAsia="Times New Roman" w:hAnsi="Times New Roman" w:cs="Times New Roman"/>
          <w:sz w:val="24"/>
          <w:szCs w:val="24"/>
        </w:rPr>
      </w:pPr>
      <w:r w:rsidRPr="006401CB">
        <w:rPr>
          <w:rFonts w:ascii="Times New Roman" w:eastAsia="Times New Roman" w:hAnsi="Times New Roman" w:cs="Times New Roman"/>
          <w:sz w:val="24"/>
          <w:szCs w:val="24"/>
          <w:highlight w:val="yellow"/>
        </w:rPr>
        <w:lastRenderedPageBreak/>
        <w:t>EDITH PAGE 100</w:t>
      </w:r>
    </w:p>
    <w:p w14:paraId="3ED6FF06" w14:textId="1FD04FD9" w:rsidR="009E038A" w:rsidRPr="009658F0" w:rsidRDefault="00B404D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(100)</w:t>
      </w:r>
    </w:p>
    <w:p w14:paraId="68749353" w14:textId="4F828E28" w:rsidR="00B404D6" w:rsidRPr="009658F0" w:rsidRDefault="00B404D6"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We had a grand feast with the family. Joe gave </w:t>
      </w:r>
      <w:proofErr w:type="spellStart"/>
      <w:r w:rsidRPr="009658F0">
        <w:rPr>
          <w:rFonts w:ascii="Times New Roman" w:eastAsia="Times New Roman" w:hAnsi="Times New Roman" w:cs="Times New Roman"/>
          <w:sz w:val="24"/>
          <w:szCs w:val="24"/>
        </w:rPr>
        <w:t>Sef</w:t>
      </w:r>
      <w:proofErr w:type="spellEnd"/>
      <w:r w:rsidR="00F36856" w:rsidRPr="009658F0">
        <w:rPr>
          <w:rFonts w:ascii="Times New Roman" w:eastAsia="Times New Roman" w:hAnsi="Times New Roman" w:cs="Times New Roman"/>
          <w:sz w:val="24"/>
          <w:szCs w:val="24"/>
        </w:rPr>
        <w:t xml:space="preserve"> [?]</w:t>
      </w:r>
      <w:r w:rsidRPr="009658F0">
        <w:rPr>
          <w:rFonts w:ascii="Times New Roman" w:eastAsia="Times New Roman" w:hAnsi="Times New Roman" w:cs="Times New Roman"/>
          <w:sz w:val="24"/>
          <w:szCs w:val="24"/>
        </w:rPr>
        <w:t xml:space="preserve"> the young man letters he’d sent and had back on this case. The headman</w:t>
      </w:r>
      <w:r w:rsidR="00F36856" w:rsidRPr="009658F0">
        <w:rPr>
          <w:rFonts w:ascii="Times New Roman" w:eastAsia="Times New Roman" w:hAnsi="Times New Roman" w:cs="Times New Roman"/>
          <w:sz w:val="24"/>
          <w:szCs w:val="24"/>
        </w:rPr>
        <w:t>, a b</w:t>
      </w:r>
      <w:r w:rsidRPr="009658F0">
        <w:rPr>
          <w:rFonts w:ascii="Times New Roman" w:eastAsia="Times New Roman" w:hAnsi="Times New Roman" w:cs="Times New Roman"/>
          <w:sz w:val="24"/>
          <w:szCs w:val="24"/>
        </w:rPr>
        <w:t xml:space="preserve">urly charismatic vivid </w:t>
      </w:r>
      <w:proofErr w:type="gramStart"/>
      <w:r w:rsidRPr="009658F0">
        <w:rPr>
          <w:rFonts w:ascii="Times New Roman" w:eastAsia="Times New Roman" w:hAnsi="Times New Roman" w:cs="Times New Roman"/>
          <w:sz w:val="24"/>
          <w:szCs w:val="24"/>
        </w:rPr>
        <w:t>middle aged</w:t>
      </w:r>
      <w:proofErr w:type="gramEnd"/>
      <w:r w:rsidRPr="009658F0">
        <w:rPr>
          <w:rFonts w:ascii="Times New Roman" w:eastAsia="Times New Roman" w:hAnsi="Times New Roman" w:cs="Times New Roman"/>
          <w:sz w:val="24"/>
          <w:szCs w:val="24"/>
        </w:rPr>
        <w:t xml:space="preserve"> man</w:t>
      </w:r>
      <w:r w:rsidR="00F36856" w:rsidRPr="009658F0">
        <w:rPr>
          <w:rFonts w:ascii="Times New Roman" w:eastAsia="Times New Roman" w:hAnsi="Times New Roman" w:cs="Times New Roman"/>
          <w:sz w:val="24"/>
          <w:szCs w:val="24"/>
        </w:rPr>
        <w:t>,</w:t>
      </w:r>
      <w:r w:rsidRPr="009658F0">
        <w:rPr>
          <w:rFonts w:ascii="Times New Roman" w:eastAsia="Times New Roman" w:hAnsi="Times New Roman" w:cs="Times New Roman"/>
          <w:sz w:val="24"/>
          <w:szCs w:val="24"/>
        </w:rPr>
        <w:t xml:space="preserve"> would be the one to keep these papers. (Walking down to the newspaper shop yesterday, past the people – Arabs – building the new road, I stepped over a hoe lying in the path. An African hoe, heavy, with the blade set at a severe angle for </w:t>
      </w:r>
      <w:proofErr w:type="spellStart"/>
      <w:r w:rsidRPr="009658F0">
        <w:rPr>
          <w:rFonts w:ascii="Times New Roman" w:eastAsia="Times New Roman" w:hAnsi="Times New Roman" w:cs="Times New Roman"/>
          <w:sz w:val="24"/>
          <w:szCs w:val="24"/>
        </w:rPr>
        <w:t>hoiking</w:t>
      </w:r>
      <w:proofErr w:type="spellEnd"/>
      <w:r w:rsidRPr="009658F0">
        <w:rPr>
          <w:rFonts w:ascii="Times New Roman" w:eastAsia="Times New Roman" w:hAnsi="Times New Roman" w:cs="Times New Roman"/>
          <w:sz w:val="24"/>
          <w:szCs w:val="24"/>
        </w:rPr>
        <w:t xml:space="preserve"> up soil. The Yama village tragedy happened ten years ago; the old made was more vigorous then. In my mind’s eye I saw him take up this hoe “perplexed in the extreme” with that female scream of that his wife that would not be silenced. He should have killed his daughter as the law teaches, long ago. No one does, or only rarely – but few people get this nagging, this torture. And the scream! Now the family, the village, the law urged him to correct the matter, yes, once and for all. All this business about</w:t>
      </w:r>
    </w:p>
    <w:p w14:paraId="4D661B04" w14:textId="77777777" w:rsidR="00B404D6" w:rsidRPr="009658F0" w:rsidRDefault="00B404D6"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4C5FB888" w14:textId="7D41E770" w:rsidR="00B404D6" w:rsidRPr="009658F0" w:rsidRDefault="00B404D6" w:rsidP="006C1960">
      <w:pPr>
        <w:tabs>
          <w:tab w:val="left" w:pos="1887"/>
        </w:tabs>
        <w:spacing w:line="360" w:lineRule="auto"/>
        <w:rPr>
          <w:rFonts w:ascii="Times New Roman" w:eastAsia="Times New Roman" w:hAnsi="Times New Roman" w:cs="Times New Roman"/>
          <w:sz w:val="24"/>
          <w:szCs w:val="24"/>
        </w:rPr>
      </w:pPr>
      <w:r w:rsidRPr="00A85A7E">
        <w:rPr>
          <w:rFonts w:ascii="Times New Roman" w:eastAsia="Times New Roman" w:hAnsi="Times New Roman" w:cs="Times New Roman"/>
          <w:sz w:val="24"/>
          <w:szCs w:val="24"/>
          <w:highlight w:val="yellow"/>
        </w:rPr>
        <w:lastRenderedPageBreak/>
        <w:t>EDITH PAGE 101</w:t>
      </w:r>
    </w:p>
    <w:p w14:paraId="398FA870" w14:textId="6708C319" w:rsidR="00B404D6" w:rsidRPr="009658F0" w:rsidRDefault="00E9203A" w:rsidP="006C1960">
      <w:pPr>
        <w:tabs>
          <w:tab w:val="left" w:pos="1887"/>
        </w:tabs>
        <w:spacing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(101)</w:t>
      </w:r>
    </w:p>
    <w:p w14:paraId="45E3D143" w14:textId="77DDCB97" w:rsidR="009A6309" w:rsidRPr="009658F0" w:rsidRDefault="00E9203A"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young men promising to marry her, then </w:t>
      </w:r>
      <w:proofErr w:type="gramStart"/>
      <w:r w:rsidRPr="009658F0">
        <w:rPr>
          <w:rFonts w:ascii="Times New Roman" w:eastAsia="Times New Roman" w:hAnsi="Times New Roman" w:cs="Times New Roman"/>
          <w:sz w:val="24"/>
          <w:szCs w:val="24"/>
        </w:rPr>
        <w:t>refusing</w:t>
      </w:r>
      <w:r w:rsidR="009A6309" w:rsidRPr="009658F0">
        <w:rPr>
          <w:rFonts w:ascii="Times New Roman" w:eastAsia="Times New Roman" w:hAnsi="Times New Roman" w:cs="Times New Roman"/>
          <w:sz w:val="24"/>
          <w:szCs w:val="24"/>
        </w:rPr>
        <w:t>:</w:t>
      </w:r>
      <w:proofErr w:type="gramEnd"/>
      <w:r w:rsidR="009A6309" w:rsidRPr="009658F0">
        <w:rPr>
          <w:rFonts w:ascii="Times New Roman" w:eastAsia="Times New Roman" w:hAnsi="Times New Roman" w:cs="Times New Roman"/>
          <w:sz w:val="24"/>
          <w:szCs w:val="24"/>
        </w:rPr>
        <w:t xml:space="preserve"> she was a whore. So public it all was. (Who knows what sneer she turned on him, the little man, who had for 2 years found himself in disapproval of her). Abortion, too! He’d had to agree to that. His own grandchild. Now his child was useless, had polluted them all. Shriek </w:t>
      </w:r>
      <w:proofErr w:type="spellStart"/>
      <w:r w:rsidR="009A6309" w:rsidRPr="009658F0">
        <w:rPr>
          <w:rFonts w:ascii="Times New Roman" w:eastAsia="Times New Roman" w:hAnsi="Times New Roman" w:cs="Times New Roman"/>
          <w:sz w:val="24"/>
          <w:szCs w:val="24"/>
        </w:rPr>
        <w:t>shriek</w:t>
      </w:r>
      <w:proofErr w:type="spellEnd"/>
      <w:r w:rsidR="009A6309" w:rsidRPr="009658F0">
        <w:rPr>
          <w:rFonts w:ascii="Times New Roman" w:eastAsia="Times New Roman" w:hAnsi="Times New Roman" w:cs="Times New Roman"/>
          <w:sz w:val="24"/>
          <w:szCs w:val="24"/>
        </w:rPr>
        <w:t xml:space="preserve"> went the voice. He might as well break though, obey, and be guilty all at once – one more sneer from her – and it came (poor kid), and the execution was an execution. He was a farmer stockman, had killed sheep, could protect his family – was released, and almost happy, madly angry. Worthless! Yes the blow struck down on her occiput, mightily, first time breaking the skull like one of these limestone rocks; the blows were on the head, we are told. Again and again, for sure. 16 times. A strong man, the blood, the red flesh meat, bone – the </w:t>
      </w:r>
    </w:p>
    <w:p w14:paraId="12D85F76" w14:textId="77777777" w:rsidR="009A6309" w:rsidRPr="009658F0" w:rsidRDefault="009A6309"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21D808FE" w14:textId="77A06CB5" w:rsidR="00E9203A" w:rsidRPr="009658F0" w:rsidRDefault="009A6309" w:rsidP="006C1960">
      <w:pPr>
        <w:tabs>
          <w:tab w:val="left" w:pos="1887"/>
        </w:tabs>
        <w:spacing w:line="360" w:lineRule="auto"/>
        <w:rPr>
          <w:rFonts w:ascii="Times New Roman" w:eastAsia="Times New Roman" w:hAnsi="Times New Roman" w:cs="Times New Roman"/>
          <w:sz w:val="24"/>
          <w:szCs w:val="24"/>
        </w:rPr>
      </w:pPr>
      <w:r w:rsidRPr="00A85A7E">
        <w:rPr>
          <w:rFonts w:ascii="Times New Roman" w:eastAsia="Times New Roman" w:hAnsi="Times New Roman" w:cs="Times New Roman"/>
          <w:sz w:val="24"/>
          <w:szCs w:val="24"/>
          <w:highlight w:val="yellow"/>
        </w:rPr>
        <w:lastRenderedPageBreak/>
        <w:t>EDITH PAGE 102</w:t>
      </w:r>
    </w:p>
    <w:p w14:paraId="5F294B13" w14:textId="1AB210CD" w:rsidR="00193669" w:rsidRPr="009658F0" w:rsidRDefault="00840EF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face glazed white, without breath. The old woman left screaming</w:t>
      </w:r>
      <w:r w:rsidR="00505B78" w:rsidRPr="009658F0">
        <w:rPr>
          <w:rFonts w:ascii="Times New Roman" w:eastAsia="Times New Roman" w:hAnsi="Times New Roman" w:cs="Times New Roman"/>
          <w:sz w:val="24"/>
          <w:szCs w:val="24"/>
        </w:rPr>
        <w:t xml:space="preserve"> – the village drew away, messages travelling far and near, the young brother (younger then, tender thin face knowing all the story) coming hot foot from the coffee house to the field of blood, and see! the limbs writhed, we are told, like those of a beheaded chicken, she jumped her legs, twitched, stone dead. The young lad thought she was alive and picked her up, with that terrible head and “live” limbs, all bloody, and read to the doctor’s (by truck or car? He was in another town) and of course the doctor said she was dead. He knew of the whole story and would not be drawn in, wouldn’t be involved, wouldn’t be a witness (Jewish?). “Go away, take her away, she’s dead, don’t come here” and the boy had to take her away, back to the site, and the police and he was all over blood. Now, on the way, what were his thoughts? “I am just a newspaper delivery boy: my father is a farmer.</w:t>
      </w:r>
    </w:p>
    <w:p w14:paraId="3C3B4ADC" w14:textId="77777777" w:rsidR="00193669" w:rsidRPr="009658F0" w:rsidRDefault="00193669"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5459F8FE" w14:textId="08B66F85" w:rsidR="009A6309" w:rsidRPr="009658F0" w:rsidRDefault="00193669" w:rsidP="006C1960">
      <w:pPr>
        <w:tabs>
          <w:tab w:val="left" w:pos="1887"/>
        </w:tabs>
        <w:spacing w:line="360" w:lineRule="auto"/>
        <w:rPr>
          <w:rFonts w:ascii="Times New Roman" w:eastAsia="Times New Roman" w:hAnsi="Times New Roman" w:cs="Times New Roman"/>
          <w:sz w:val="24"/>
          <w:szCs w:val="24"/>
        </w:rPr>
      </w:pPr>
      <w:r w:rsidRPr="00A85A7E">
        <w:rPr>
          <w:rFonts w:ascii="Times New Roman" w:eastAsia="Times New Roman" w:hAnsi="Times New Roman" w:cs="Times New Roman"/>
          <w:sz w:val="24"/>
          <w:szCs w:val="24"/>
          <w:highlight w:val="yellow"/>
        </w:rPr>
        <w:lastRenderedPageBreak/>
        <w:t>EDITH PAGE 103</w:t>
      </w:r>
    </w:p>
    <w:p w14:paraId="24B1B1B7" w14:textId="68A76540" w:rsidR="00193669" w:rsidRPr="009658F0" w:rsidRDefault="001E7429"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Can I let him be shut up in jail?” or “he has had long years of dishonor. If I stand in for him, he will be recognized by the village </w:t>
      </w:r>
      <w:r w:rsidR="00400DBA" w:rsidRPr="009658F0">
        <w:rPr>
          <w:rFonts w:ascii="Times New Roman" w:eastAsia="Times New Roman" w:hAnsi="Times New Roman" w:cs="Times New Roman"/>
          <w:sz w:val="24"/>
          <w:szCs w:val="24"/>
        </w:rPr>
        <w:t xml:space="preserve">as a righteous man, having obeyed our law. They know the truth. I’ll do that!” so he tells the police – “I killed her” – reasonable because a brother can execute sentence on the sister if she pollutes the family. Israeli law is modern Western law (How does it differ from Jordan law in this?) He was arrested, charged with </w:t>
      </w:r>
      <w:proofErr w:type="gramStart"/>
      <w:r w:rsidR="00400DBA" w:rsidRPr="009658F0">
        <w:rPr>
          <w:rFonts w:ascii="Times New Roman" w:eastAsia="Times New Roman" w:hAnsi="Times New Roman" w:cs="Times New Roman"/>
          <w:sz w:val="24"/>
          <w:szCs w:val="24"/>
        </w:rPr>
        <w:t>the murder</w:t>
      </w:r>
      <w:proofErr w:type="gramEnd"/>
      <w:r w:rsidR="00400DBA" w:rsidRPr="009658F0">
        <w:rPr>
          <w:rFonts w:ascii="Times New Roman" w:eastAsia="Times New Roman" w:hAnsi="Times New Roman" w:cs="Times New Roman"/>
          <w:sz w:val="24"/>
          <w:szCs w:val="24"/>
        </w:rPr>
        <w:t xml:space="preserve">, convicted as we have seen, the authorities taking not the slightest note of any other evidence (all those </w:t>
      </w:r>
      <w:proofErr w:type="gramStart"/>
      <w:r w:rsidR="00400DBA" w:rsidRPr="009658F0">
        <w:rPr>
          <w:rFonts w:ascii="Times New Roman" w:eastAsia="Times New Roman" w:hAnsi="Times New Roman" w:cs="Times New Roman"/>
          <w:sz w:val="24"/>
          <w:szCs w:val="24"/>
        </w:rPr>
        <w:t>eye witnesses</w:t>
      </w:r>
      <w:proofErr w:type="gramEnd"/>
      <w:r w:rsidR="00400DBA" w:rsidRPr="009658F0">
        <w:rPr>
          <w:rFonts w:ascii="Times New Roman" w:eastAsia="Times New Roman" w:hAnsi="Times New Roman" w:cs="Times New Roman"/>
          <w:sz w:val="24"/>
          <w:szCs w:val="24"/>
        </w:rPr>
        <w:t xml:space="preserve">!) He was imprisoned for life – and (bitterest touch) the old man too! “They both did it” was the verdict. </w:t>
      </w:r>
    </w:p>
    <w:p w14:paraId="678309E8" w14:textId="14180532" w:rsidR="00733333" w:rsidRPr="009658F0" w:rsidRDefault="00400DBA"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Then Joseph Ginat’s long struggle to get them out. Their own visit, Joseph’s first since the release a day before. Their quietness, their restraint. I could hardly dare look. They came to him quietly and kissed him twice and said first “</w:t>
      </w:r>
      <w:proofErr w:type="spellStart"/>
      <w:r w:rsidRPr="009658F0">
        <w:rPr>
          <w:rFonts w:ascii="Times New Roman" w:eastAsia="Times New Roman" w:hAnsi="Times New Roman" w:cs="Times New Roman"/>
          <w:sz w:val="24"/>
          <w:szCs w:val="24"/>
        </w:rPr>
        <w:t>Shukran</w:t>
      </w:r>
      <w:proofErr w:type="spellEnd"/>
      <w:r w:rsidRPr="009658F0">
        <w:rPr>
          <w:rFonts w:ascii="Times New Roman" w:eastAsia="Times New Roman" w:hAnsi="Times New Roman" w:cs="Times New Roman"/>
          <w:sz w:val="24"/>
          <w:szCs w:val="24"/>
        </w:rPr>
        <w:t xml:space="preserve">,” thank you. </w:t>
      </w:r>
    </w:p>
    <w:p w14:paraId="788C046F" w14:textId="77777777" w:rsidR="00733333" w:rsidRPr="009658F0" w:rsidRDefault="00733333"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09015B4B" w14:textId="61D37739" w:rsidR="00400DBA" w:rsidRPr="009658F0" w:rsidRDefault="00733333" w:rsidP="006C1960">
      <w:pPr>
        <w:tabs>
          <w:tab w:val="left" w:pos="1887"/>
        </w:tabs>
        <w:spacing w:line="360" w:lineRule="auto"/>
        <w:rPr>
          <w:rFonts w:ascii="Times New Roman" w:eastAsia="Times New Roman" w:hAnsi="Times New Roman" w:cs="Times New Roman"/>
          <w:sz w:val="24"/>
          <w:szCs w:val="24"/>
        </w:rPr>
      </w:pPr>
      <w:r w:rsidRPr="00A85A7E">
        <w:rPr>
          <w:rFonts w:ascii="Times New Roman" w:eastAsia="Times New Roman" w:hAnsi="Times New Roman" w:cs="Times New Roman"/>
          <w:sz w:val="24"/>
          <w:szCs w:val="24"/>
          <w:highlight w:val="yellow"/>
        </w:rPr>
        <w:lastRenderedPageBreak/>
        <w:t>EDITH PAGE 104</w:t>
      </w:r>
    </w:p>
    <w:p w14:paraId="5A0C3CB4" w14:textId="3AF5629C" w:rsidR="00733333" w:rsidRPr="009658F0" w:rsidRDefault="00733333" w:rsidP="006C1960">
      <w:pPr>
        <w:tabs>
          <w:tab w:val="left" w:pos="1887"/>
        </w:tabs>
        <w:spacing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(104)</w:t>
      </w:r>
    </w:p>
    <w:p w14:paraId="67A4D162" w14:textId="29D04868" w:rsidR="00733333" w:rsidRPr="009658F0" w:rsidRDefault="00733333"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The young man sat politely, thin, his eyes gleaming a little with a </w:t>
      </w:r>
      <w:r w:rsidRPr="009658F0">
        <w:rPr>
          <w:rFonts w:ascii="Times New Roman" w:eastAsia="Times New Roman" w:hAnsi="Times New Roman" w:cs="Times New Roman"/>
          <w:strike/>
          <w:sz w:val="24"/>
          <w:szCs w:val="24"/>
        </w:rPr>
        <w:t>very</w:t>
      </w:r>
      <w:r w:rsidRPr="009658F0">
        <w:rPr>
          <w:rFonts w:ascii="Times New Roman" w:eastAsia="Times New Roman" w:hAnsi="Times New Roman" w:cs="Times New Roman"/>
          <w:sz w:val="24"/>
          <w:szCs w:val="24"/>
        </w:rPr>
        <w:t xml:space="preserve"> hardly discernible glee. Nearly all solemnity, his face. A weary gesture or two. The old man hunched a little, quiet, peering a little, hardly moving, with those eyes, the knowledge of having been cornered. He’d never get right. I don’t see that any punishment could be worse than what he had all the time. (His own flesh and blood). (It seems he got out of prison before his son). (Then his sone had suffered more, innocently, too, through his doing. I can’t conceive what his feelings must be).</w:t>
      </w:r>
    </w:p>
    <w:p w14:paraId="7B17294C" w14:textId="1CE762F2" w:rsidR="00733333" w:rsidRPr="009658F0" w:rsidRDefault="00733333"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Were they going to </w:t>
      </w:r>
      <w:r w:rsidRPr="009658F0">
        <w:rPr>
          <w:rFonts w:ascii="Times New Roman" w:eastAsia="Times New Roman" w:hAnsi="Times New Roman" w:cs="Times New Roman"/>
          <w:sz w:val="24"/>
          <w:szCs w:val="24"/>
          <w:u w:val="single"/>
        </w:rPr>
        <w:t>really</w:t>
      </w:r>
      <w:r w:rsidRPr="009658F0">
        <w:rPr>
          <w:rFonts w:ascii="Times New Roman" w:eastAsia="Times New Roman" w:hAnsi="Times New Roman" w:cs="Times New Roman"/>
          <w:sz w:val="24"/>
          <w:szCs w:val="24"/>
        </w:rPr>
        <w:t xml:space="preserve"> celebrate later? Or was this it, this laden table, no booze of course, chicken, meatballs, zucchini, rice, coca cola, dishes up and down the table, 10 or 12 seated, eating quickly </w:t>
      </w:r>
      <w:r w:rsidRPr="009658F0">
        <w:rPr>
          <w:rFonts w:ascii="Times New Roman" w:eastAsia="Times New Roman" w:hAnsi="Times New Roman" w:cs="Times New Roman"/>
          <w:strike/>
          <w:sz w:val="24"/>
          <w:szCs w:val="24"/>
        </w:rPr>
        <w:t>going</w:t>
      </w:r>
      <w:r w:rsidRPr="009658F0">
        <w:rPr>
          <w:rFonts w:ascii="Times New Roman" w:eastAsia="Times New Roman" w:hAnsi="Times New Roman" w:cs="Times New Roman"/>
          <w:sz w:val="24"/>
          <w:szCs w:val="24"/>
        </w:rPr>
        <w:t xml:space="preserve"> and </w:t>
      </w:r>
      <w:r w:rsidRPr="009658F0">
        <w:rPr>
          <w:rFonts w:ascii="Times New Roman" w:eastAsia="Times New Roman" w:hAnsi="Times New Roman" w:cs="Times New Roman"/>
          <w:strike/>
          <w:sz w:val="24"/>
          <w:szCs w:val="24"/>
        </w:rPr>
        <w:t>rising</w:t>
      </w:r>
      <w:r w:rsidRPr="009658F0">
        <w:rPr>
          <w:rFonts w:ascii="Times New Roman" w:eastAsia="Times New Roman" w:hAnsi="Times New Roman" w:cs="Times New Roman"/>
          <w:sz w:val="24"/>
          <w:szCs w:val="24"/>
        </w:rPr>
        <w:t xml:space="preserve"> leaving as soon as they had finished, sons rising at the same time as fathers, leaving plates unfinished out of politeness, knife and fork laid over at an angle to the right after, not straight like us.</w:t>
      </w:r>
    </w:p>
    <w:p w14:paraId="665E5AED" w14:textId="06FDC8B9" w:rsidR="00733333" w:rsidRPr="009658F0" w:rsidRDefault="00733333"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noProof/>
          <w:sz w:val="24"/>
          <w:szCs w:val="24"/>
        </w:rPr>
        <w:drawing>
          <wp:inline distT="0" distB="0" distL="0" distR="0" wp14:anchorId="66778C24" wp14:editId="13482E2D">
            <wp:extent cx="2667231" cy="1729890"/>
            <wp:effectExtent l="0" t="0" r="0" b="3810"/>
            <wp:docPr id="495983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983368" name=""/>
                    <pic:cNvPicPr/>
                  </pic:nvPicPr>
                  <pic:blipFill>
                    <a:blip r:embed="rId36"/>
                    <a:stretch>
                      <a:fillRect/>
                    </a:stretch>
                  </pic:blipFill>
                  <pic:spPr>
                    <a:xfrm>
                      <a:off x="0" y="0"/>
                      <a:ext cx="2667231" cy="1729890"/>
                    </a:xfrm>
                    <a:prstGeom prst="rect">
                      <a:avLst/>
                    </a:prstGeom>
                  </pic:spPr>
                </pic:pic>
              </a:graphicData>
            </a:graphic>
          </wp:inline>
        </w:drawing>
      </w:r>
      <w:r w:rsidRPr="009658F0">
        <w:rPr>
          <w:rFonts w:ascii="Times New Roman" w:eastAsia="Times New Roman" w:hAnsi="Times New Roman" w:cs="Times New Roman"/>
          <w:sz w:val="24"/>
          <w:szCs w:val="24"/>
        </w:rPr>
        <w:t xml:space="preserve">  </w:t>
      </w:r>
    </w:p>
    <w:p w14:paraId="0C82FB55" w14:textId="17F0B071" w:rsidR="00733333" w:rsidRPr="009658F0" w:rsidRDefault="00733333"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07AD9A3F" w14:textId="2C505757" w:rsidR="00733333" w:rsidRPr="009658F0" w:rsidRDefault="00733333" w:rsidP="006C1960">
      <w:pPr>
        <w:tabs>
          <w:tab w:val="left" w:pos="1887"/>
        </w:tabs>
        <w:spacing w:line="360" w:lineRule="auto"/>
        <w:rPr>
          <w:rFonts w:ascii="Times New Roman" w:eastAsia="Times New Roman" w:hAnsi="Times New Roman" w:cs="Times New Roman"/>
          <w:sz w:val="24"/>
          <w:szCs w:val="24"/>
        </w:rPr>
      </w:pPr>
      <w:r w:rsidRPr="00A85A7E">
        <w:rPr>
          <w:rFonts w:ascii="Times New Roman" w:eastAsia="Times New Roman" w:hAnsi="Times New Roman" w:cs="Times New Roman"/>
          <w:sz w:val="24"/>
          <w:szCs w:val="24"/>
          <w:highlight w:val="yellow"/>
        </w:rPr>
        <w:lastRenderedPageBreak/>
        <w:t>EDITH PAGE 105</w:t>
      </w:r>
    </w:p>
    <w:p w14:paraId="4D254881" w14:textId="1F991F80" w:rsidR="00733333" w:rsidRPr="009658F0" w:rsidRDefault="00240B1C"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We left with the same muted courtesies, Joseph getting final embraces, it had been a long haul, a long story. </w:t>
      </w:r>
    </w:p>
    <w:p w14:paraId="30573951" w14:textId="7C4E0ED5" w:rsidR="00EC11C0" w:rsidRPr="009658F0" w:rsidRDefault="00240B1C"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We drove to a nearby house, where the sister of the distant relative who had caused the trouble lived – she and her sister and mother (orange henna hair) joined us in the reception room, offering us apricots, which were not easy to eat. We started talking about medicines. A</w:t>
      </w:r>
      <w:r w:rsidR="00184CB2" w:rsidRPr="009658F0">
        <w:rPr>
          <w:rFonts w:ascii="Times New Roman" w:eastAsia="Times New Roman" w:hAnsi="Times New Roman" w:cs="Times New Roman"/>
          <w:sz w:val="24"/>
          <w:szCs w:val="24"/>
        </w:rPr>
        <w:t>mne the sister, known as an intelligent woman (her</w:t>
      </w:r>
      <w:r w:rsidR="001C406E" w:rsidRPr="009658F0">
        <w:rPr>
          <w:rFonts w:ascii="Times New Roman" w:eastAsia="Times New Roman" w:hAnsi="Times New Roman" w:cs="Times New Roman"/>
          <w:sz w:val="24"/>
          <w:szCs w:val="24"/>
        </w:rPr>
        <w:t xml:space="preserve"> m</w:t>
      </w:r>
      <w:r w:rsidR="00184CB2" w:rsidRPr="009658F0">
        <w:rPr>
          <w:rFonts w:ascii="Times New Roman" w:eastAsia="Times New Roman" w:hAnsi="Times New Roman" w:cs="Times New Roman"/>
          <w:sz w:val="24"/>
          <w:szCs w:val="24"/>
        </w:rPr>
        <w:t>other was a kind of folk anthropologist) said she would take a sick child to a regular doctor first rather than use traditional medicines. (She was dressed in the same white clothes and scarf as above). In answer to a question re difficult teenage daughters</w:t>
      </w:r>
      <w:r w:rsidR="006A2D0B" w:rsidRPr="009658F0">
        <w:rPr>
          <w:rFonts w:ascii="Times New Roman" w:eastAsia="Times New Roman" w:hAnsi="Times New Roman" w:cs="Times New Roman"/>
          <w:sz w:val="24"/>
          <w:szCs w:val="24"/>
        </w:rPr>
        <w:t>, she said it’s the same everywhere. I turned to Vic and said, “M. Mead found it different in Sam</w:t>
      </w:r>
      <w:r w:rsidR="001C406E" w:rsidRPr="009658F0">
        <w:rPr>
          <w:rFonts w:ascii="Times New Roman" w:eastAsia="Times New Roman" w:hAnsi="Times New Roman" w:cs="Times New Roman"/>
          <w:sz w:val="24"/>
          <w:szCs w:val="24"/>
        </w:rPr>
        <w:t>o</w:t>
      </w:r>
      <w:r w:rsidR="006A2D0B" w:rsidRPr="009658F0">
        <w:rPr>
          <w:rFonts w:ascii="Times New Roman" w:eastAsia="Times New Roman" w:hAnsi="Times New Roman" w:cs="Times New Roman"/>
          <w:sz w:val="24"/>
          <w:szCs w:val="24"/>
        </w:rPr>
        <w:t xml:space="preserve">a!” We discussed why marriages might fail. She said it’s due usually to trouble made by in-laws and the son or daughter takes </w:t>
      </w:r>
    </w:p>
    <w:p w14:paraId="424400E4" w14:textId="77777777" w:rsidR="00EC11C0" w:rsidRPr="009658F0" w:rsidRDefault="00EC11C0"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45E30976" w14:textId="33B4EF24" w:rsidR="00EC11C0" w:rsidRPr="009658F0" w:rsidRDefault="00EC11C0" w:rsidP="006C1960">
      <w:pPr>
        <w:tabs>
          <w:tab w:val="left" w:pos="1887"/>
        </w:tabs>
        <w:spacing w:line="360" w:lineRule="auto"/>
        <w:rPr>
          <w:rFonts w:ascii="Times New Roman" w:eastAsia="Times New Roman" w:hAnsi="Times New Roman" w:cs="Times New Roman"/>
          <w:sz w:val="24"/>
          <w:szCs w:val="24"/>
        </w:rPr>
      </w:pPr>
      <w:r w:rsidRPr="00CB1291">
        <w:rPr>
          <w:rFonts w:ascii="Times New Roman" w:eastAsia="Times New Roman" w:hAnsi="Times New Roman" w:cs="Times New Roman"/>
          <w:sz w:val="24"/>
          <w:szCs w:val="24"/>
          <w:highlight w:val="yellow"/>
        </w:rPr>
        <w:lastRenderedPageBreak/>
        <w:t>EDITH PAGE 106</w:t>
      </w:r>
    </w:p>
    <w:p w14:paraId="20A1C2EC" w14:textId="448FAC7D" w:rsidR="00EC11C0" w:rsidRPr="009658F0" w:rsidRDefault="00EC11C0" w:rsidP="006C1960">
      <w:pPr>
        <w:tabs>
          <w:tab w:val="left" w:pos="1887"/>
        </w:tabs>
        <w:spacing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(106)</w:t>
      </w:r>
    </w:p>
    <w:p w14:paraId="6143ACBD" w14:textId="753CD678" w:rsidR="00EC11C0" w:rsidRPr="009658F0" w:rsidRDefault="00EC11C0"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their own family’s side, then the marriage is in trouble. But they have no divorces there. Her son is to be married soon. I said to her “I bet you’ll try to be a good mother-in-law won’t you?” (Referring to my own imperfections that way). “Yes!” she said and clutched my arm, smiling. She had iron grey hair, full expression, hawk features, practical, active and passionate brown eyes. I liked her. She showed me the wedding photos of a young woman relative, a beauty, made up in the modern style with a handsome low-browed bridegroom photo all set in a nice album. Amne can’t read or write. The photos tell a lot. She said, “I’ll make a poem” – and she dictated one to her young male relative, in Arabic, about 8 lines. He read them out. They rhymed! We clapped. Then </w:t>
      </w:r>
      <w:r w:rsidRPr="009658F0">
        <w:rPr>
          <w:rFonts w:ascii="Times New Roman" w:eastAsia="Times New Roman" w:hAnsi="Times New Roman" w:cs="Times New Roman"/>
          <w:strike/>
          <w:sz w:val="24"/>
          <w:szCs w:val="24"/>
        </w:rPr>
        <w:t>they</w:t>
      </w:r>
      <w:r w:rsidRPr="009658F0">
        <w:rPr>
          <w:rFonts w:ascii="Times New Roman" w:eastAsia="Times New Roman" w:hAnsi="Times New Roman" w:cs="Times New Roman"/>
          <w:sz w:val="24"/>
          <w:szCs w:val="24"/>
        </w:rPr>
        <w:t xml:space="preserve"> Joseph wrote the Hebrew between the lines. </w:t>
      </w:r>
      <w:proofErr w:type="gramStart"/>
      <w:r w:rsidRPr="009658F0">
        <w:rPr>
          <w:rFonts w:ascii="Times New Roman" w:eastAsia="Times New Roman" w:hAnsi="Times New Roman" w:cs="Times New Roman"/>
          <w:sz w:val="24"/>
          <w:szCs w:val="24"/>
        </w:rPr>
        <w:t>Finally</w:t>
      </w:r>
      <w:proofErr w:type="gramEnd"/>
      <w:r w:rsidRPr="009658F0">
        <w:rPr>
          <w:rFonts w:ascii="Times New Roman" w:eastAsia="Times New Roman" w:hAnsi="Times New Roman" w:cs="Times New Roman"/>
          <w:sz w:val="24"/>
          <w:szCs w:val="24"/>
        </w:rPr>
        <w:t xml:space="preserve"> we</w:t>
      </w:r>
    </w:p>
    <w:p w14:paraId="3FCED03F" w14:textId="39FCBE11" w:rsidR="00EC11C0" w:rsidRPr="009658F0" w:rsidRDefault="00EC11C0"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30147169" w14:textId="5832AC88" w:rsidR="00EC11C0" w:rsidRPr="009658F0" w:rsidRDefault="00EC11C0" w:rsidP="006C1960">
      <w:pPr>
        <w:tabs>
          <w:tab w:val="left" w:pos="1887"/>
        </w:tabs>
        <w:spacing w:line="360" w:lineRule="auto"/>
        <w:rPr>
          <w:rFonts w:ascii="Times New Roman" w:eastAsia="Times New Roman" w:hAnsi="Times New Roman" w:cs="Times New Roman"/>
          <w:sz w:val="24"/>
          <w:szCs w:val="24"/>
        </w:rPr>
      </w:pPr>
      <w:r w:rsidRPr="00CB1291">
        <w:rPr>
          <w:rFonts w:ascii="Times New Roman" w:eastAsia="Times New Roman" w:hAnsi="Times New Roman" w:cs="Times New Roman"/>
          <w:sz w:val="24"/>
          <w:szCs w:val="24"/>
          <w:highlight w:val="yellow"/>
        </w:rPr>
        <w:lastRenderedPageBreak/>
        <w:t>EDITH PAGE 107</w:t>
      </w:r>
    </w:p>
    <w:p w14:paraId="617EDFC1" w14:textId="336DA708" w:rsidR="00EC11C0" w:rsidRPr="009658F0" w:rsidRDefault="00A2784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heard it in English, flowery phrases, and an actual reference to the joy of the release of the prisoner and praise of Joseph Ginat. To create a rhyming poem out of the air like that was quite an accomplishment. Here is the Arab gift – their esthetic. I wanted to learn Arabic and I remembered </w:t>
      </w:r>
      <w:proofErr w:type="spellStart"/>
      <w:r w:rsidRPr="009658F0">
        <w:rPr>
          <w:rFonts w:ascii="Times New Roman" w:eastAsia="Times New Roman" w:hAnsi="Times New Roman" w:cs="Times New Roman"/>
          <w:sz w:val="24"/>
          <w:szCs w:val="24"/>
        </w:rPr>
        <w:t>Sachidena’s</w:t>
      </w:r>
      <w:proofErr w:type="spellEnd"/>
      <w:r w:rsidRPr="009658F0">
        <w:rPr>
          <w:rFonts w:ascii="Times New Roman" w:eastAsia="Times New Roman" w:hAnsi="Times New Roman" w:cs="Times New Roman"/>
          <w:sz w:val="24"/>
          <w:szCs w:val="24"/>
        </w:rPr>
        <w:t xml:space="preserve"> analysis of Persian poetry.</w:t>
      </w:r>
    </w:p>
    <w:p w14:paraId="70F96861" w14:textId="3FF4B592" w:rsidR="00A27847" w:rsidRPr="009658F0" w:rsidRDefault="00A27847" w:rsidP="006C1960">
      <w:pPr>
        <w:tabs>
          <w:tab w:val="left" w:pos="1887"/>
        </w:tabs>
        <w:spacing w:line="360" w:lineRule="auto"/>
        <w:rPr>
          <w:rFonts w:ascii="Times New Roman" w:eastAsia="Times New Roman" w:hAnsi="Times New Roman" w:cs="Times New Roman"/>
          <w:sz w:val="24"/>
          <w:szCs w:val="24"/>
        </w:rPr>
      </w:pPr>
      <w:proofErr w:type="gramStart"/>
      <w:r w:rsidRPr="009658F0">
        <w:rPr>
          <w:rFonts w:ascii="Times New Roman" w:eastAsia="Times New Roman" w:hAnsi="Times New Roman" w:cs="Times New Roman"/>
          <w:sz w:val="24"/>
          <w:szCs w:val="24"/>
        </w:rPr>
        <w:t>Finally</w:t>
      </w:r>
      <w:proofErr w:type="gramEnd"/>
      <w:r w:rsidRPr="009658F0">
        <w:rPr>
          <w:rFonts w:ascii="Times New Roman" w:eastAsia="Times New Roman" w:hAnsi="Times New Roman" w:cs="Times New Roman"/>
          <w:sz w:val="24"/>
          <w:szCs w:val="24"/>
        </w:rPr>
        <w:t xml:space="preserve"> we left, with many courtesies. “I shall never forget you” I said to Amne. </w:t>
      </w:r>
    </w:p>
    <w:p w14:paraId="0A78D4EC" w14:textId="7729A6F5" w:rsidR="002A7D3C" w:rsidRPr="009658F0" w:rsidRDefault="00A27847"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Joseph had been closeted with the brother in another room. He told us later that there were undercurrents about the release. We may hear more later. I was talking with one relative</w:t>
      </w:r>
      <w:r w:rsidR="002A7D3C" w:rsidRPr="009658F0">
        <w:rPr>
          <w:rFonts w:ascii="Times New Roman" w:eastAsia="Times New Roman" w:hAnsi="Times New Roman" w:cs="Times New Roman"/>
          <w:sz w:val="24"/>
          <w:szCs w:val="24"/>
        </w:rPr>
        <w:t>, an agricultural engineer who had been in California, who said that in Yama they all had the advanced methods that they had in California, including weedkiller, irrigation, greenhouses etc. Cucumbers are the export crop</w:t>
      </w:r>
    </w:p>
    <w:p w14:paraId="13F7018A" w14:textId="77777777" w:rsidR="002A7D3C" w:rsidRPr="009658F0" w:rsidRDefault="002A7D3C" w:rsidP="006C1960">
      <w:pPr>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br w:type="page"/>
      </w:r>
    </w:p>
    <w:p w14:paraId="17B789AE" w14:textId="4B07494B" w:rsidR="00A27847" w:rsidRPr="009658F0" w:rsidRDefault="002A7D3C" w:rsidP="006C1960">
      <w:pPr>
        <w:tabs>
          <w:tab w:val="left" w:pos="1887"/>
        </w:tabs>
        <w:spacing w:line="360" w:lineRule="auto"/>
        <w:rPr>
          <w:rFonts w:ascii="Times New Roman" w:eastAsia="Times New Roman" w:hAnsi="Times New Roman" w:cs="Times New Roman"/>
          <w:sz w:val="24"/>
          <w:szCs w:val="24"/>
        </w:rPr>
      </w:pPr>
      <w:r w:rsidRPr="00CB1291">
        <w:rPr>
          <w:rFonts w:ascii="Times New Roman" w:eastAsia="Times New Roman" w:hAnsi="Times New Roman" w:cs="Times New Roman"/>
          <w:sz w:val="24"/>
          <w:szCs w:val="24"/>
          <w:highlight w:val="yellow"/>
        </w:rPr>
        <w:lastRenderedPageBreak/>
        <w:t>EDITH PAGE 108</w:t>
      </w:r>
    </w:p>
    <w:p w14:paraId="415C738E" w14:textId="6102740A" w:rsidR="0097167B" w:rsidRPr="009658F0" w:rsidRDefault="0097167B" w:rsidP="006C1960">
      <w:pPr>
        <w:tabs>
          <w:tab w:val="left" w:pos="1887"/>
        </w:tabs>
        <w:spacing w:line="360" w:lineRule="auto"/>
        <w:jc w:val="right"/>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(108)</w:t>
      </w:r>
    </w:p>
    <w:p w14:paraId="458A58AA" w14:textId="1791E58A" w:rsidR="002A7D3C" w:rsidRDefault="0097167B" w:rsidP="006C1960">
      <w:pPr>
        <w:tabs>
          <w:tab w:val="left" w:pos="1887"/>
        </w:tabs>
        <w:spacing w:line="360" w:lineRule="auto"/>
        <w:rPr>
          <w:rFonts w:ascii="Times New Roman" w:eastAsia="Times New Roman" w:hAnsi="Times New Roman" w:cs="Times New Roman"/>
          <w:sz w:val="24"/>
          <w:szCs w:val="24"/>
        </w:rPr>
      </w:pPr>
      <w:r w:rsidRPr="009658F0">
        <w:rPr>
          <w:rFonts w:ascii="Times New Roman" w:eastAsia="Times New Roman" w:hAnsi="Times New Roman" w:cs="Times New Roman"/>
          <w:sz w:val="24"/>
          <w:szCs w:val="24"/>
        </w:rPr>
        <w:t xml:space="preserve">It’s a private system, with a truck for transportation to Tel Aviv, or to the </w:t>
      </w:r>
      <w:r w:rsidR="00E61570" w:rsidRPr="009658F0">
        <w:rPr>
          <w:rFonts w:ascii="Times New Roman" w:eastAsia="Times New Roman" w:hAnsi="Times New Roman" w:cs="Times New Roman"/>
          <w:sz w:val="24"/>
          <w:szCs w:val="24"/>
        </w:rPr>
        <w:t>exporters.</w:t>
      </w:r>
      <w:r w:rsidRPr="009658F0">
        <w:rPr>
          <w:rFonts w:ascii="Times New Roman" w:eastAsia="Times New Roman" w:hAnsi="Times New Roman" w:cs="Times New Roman"/>
          <w:sz w:val="24"/>
          <w:szCs w:val="24"/>
        </w:rPr>
        <w:t xml:space="preserve"> The</w:t>
      </w:r>
      <w:r w:rsidR="00E61570" w:rsidRPr="009658F0">
        <w:rPr>
          <w:rFonts w:ascii="Times New Roman" w:eastAsia="Times New Roman" w:hAnsi="Times New Roman" w:cs="Times New Roman"/>
          <w:sz w:val="24"/>
          <w:szCs w:val="24"/>
        </w:rPr>
        <w:t xml:space="preserve">y </w:t>
      </w:r>
      <w:r w:rsidRPr="009658F0">
        <w:rPr>
          <w:rFonts w:ascii="Times New Roman" w:eastAsia="Times New Roman" w:hAnsi="Times New Roman" w:cs="Times New Roman"/>
          <w:sz w:val="24"/>
          <w:szCs w:val="24"/>
        </w:rPr>
        <w:t>are doing well financially.</w:t>
      </w:r>
    </w:p>
    <w:p w14:paraId="7FC550EB"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52D0DF7C"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3D4D6F17"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7AF85C76"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0CAE9ACF"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3ACB18E4"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75FE34F0"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5EC96ECB"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1CEC3ED8"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0F0511CF"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314CD396"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0E438BC8"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13A215F6"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14C54EFE"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2FF8B8D7"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393768A0"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5C8614E2"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78ECD7C1"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65D81985"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7D16AA54" w14:textId="2CDF565B" w:rsidR="00CB1291" w:rsidRDefault="00CB1291" w:rsidP="006C1960">
      <w:pPr>
        <w:tabs>
          <w:tab w:val="left" w:pos="1887"/>
        </w:tabs>
        <w:spacing w:line="360" w:lineRule="auto"/>
        <w:rPr>
          <w:rFonts w:ascii="Times New Roman" w:eastAsia="Times New Roman" w:hAnsi="Times New Roman" w:cs="Times New Roman"/>
          <w:sz w:val="24"/>
          <w:szCs w:val="24"/>
        </w:rPr>
      </w:pPr>
      <w:r w:rsidRPr="00CB1291">
        <w:rPr>
          <w:rFonts w:ascii="Times New Roman" w:eastAsia="Times New Roman" w:hAnsi="Times New Roman" w:cs="Times New Roman"/>
          <w:sz w:val="24"/>
          <w:szCs w:val="24"/>
          <w:highlight w:val="yellow"/>
        </w:rPr>
        <w:t>EDITH P. 108</w:t>
      </w:r>
    </w:p>
    <w:p w14:paraId="26C4A11F" w14:textId="77777777" w:rsidR="00CB1291" w:rsidRDefault="00CB1291" w:rsidP="006C1960">
      <w:pPr>
        <w:tabs>
          <w:tab w:val="left" w:pos="1887"/>
        </w:tabs>
        <w:spacing w:line="360" w:lineRule="auto"/>
        <w:rPr>
          <w:rFonts w:ascii="Times New Roman" w:eastAsia="Times New Roman" w:hAnsi="Times New Roman" w:cs="Times New Roman"/>
          <w:sz w:val="24"/>
          <w:szCs w:val="24"/>
        </w:rPr>
      </w:pPr>
    </w:p>
    <w:p w14:paraId="406EC6AF" w14:textId="7CCBC23C" w:rsidR="00CB1291" w:rsidRPr="009658F0" w:rsidRDefault="00CB1291" w:rsidP="006C1960">
      <w:pPr>
        <w:tabs>
          <w:tab w:val="left" w:pos="1887"/>
        </w:tabs>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a private system with a truck for transportation to Tel Aviv, on to the exporter’s. They are doing well financially. </w:t>
      </w:r>
    </w:p>
    <w:p w14:paraId="41338A0A" w14:textId="07A60C7E" w:rsidR="00240B1C" w:rsidRPr="009658F0" w:rsidRDefault="00240B1C" w:rsidP="006C1960">
      <w:pPr>
        <w:tabs>
          <w:tab w:val="left" w:pos="1887"/>
        </w:tabs>
        <w:spacing w:line="360" w:lineRule="auto"/>
        <w:rPr>
          <w:rFonts w:ascii="Times New Roman" w:eastAsia="Times New Roman" w:hAnsi="Times New Roman" w:cs="Times New Roman"/>
          <w:sz w:val="24"/>
          <w:szCs w:val="24"/>
        </w:rPr>
      </w:pPr>
    </w:p>
    <w:sectPr w:rsidR="00240B1C" w:rsidRPr="009658F0" w:rsidSect="00034616">
      <w:pgSz w:w="12240" w:h="15840"/>
      <w:pgMar w:top="1440" w:right="1800" w:bottom="1440" w:left="180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0" w:author="JJ" w:date="2024-08-01T13:55:00Z" w:initials="J">
    <w:p w14:paraId="2A74869D" w14:textId="77777777" w:rsidR="00C77D56" w:rsidRDefault="00C77D56" w:rsidP="00C77D56">
      <w:pPr>
        <w:pStyle w:val="CommentText"/>
      </w:pPr>
      <w:r>
        <w:rPr>
          <w:rStyle w:val="CommentReference"/>
        </w:rPr>
        <w:annotationRef/>
      </w:r>
      <w:r>
        <w:rPr>
          <w:lang w:val="en-GB"/>
        </w:rPr>
        <w:t>There must be another notebook or notebooks preceding this one, because it seems that E and V also visited Pesach festivals before the Easter ones.</w:t>
      </w:r>
    </w:p>
  </w:comment>
  <w:comment w:id="2" w:author="JJ" w:date="2024-07-28T19:45:00Z" w:initials="J">
    <w:p w14:paraId="55E586DC" w14:textId="55D54C85" w:rsidR="00C07F9A" w:rsidRDefault="00C07F9A" w:rsidP="00C07F9A">
      <w:pPr>
        <w:pStyle w:val="CommentText"/>
      </w:pPr>
      <w:r>
        <w:rPr>
          <w:rStyle w:val="CommentReference"/>
        </w:rPr>
        <w:annotationRef/>
      </w:r>
      <w:r>
        <w:rPr>
          <w:lang w:val="en-GB"/>
        </w:rPr>
        <w:t>Edith refers to this in her paper (book chapter) on the pilgrimage to Mount Meron:</w:t>
      </w:r>
    </w:p>
    <w:p w14:paraId="61739C88" w14:textId="77777777" w:rsidR="00C07F9A" w:rsidRDefault="00C07F9A" w:rsidP="00C07F9A">
      <w:pPr>
        <w:pStyle w:val="CommentText"/>
      </w:pPr>
    </w:p>
    <w:p w14:paraId="2B48FBDA" w14:textId="77777777" w:rsidR="00C07F9A" w:rsidRDefault="00C07F9A" w:rsidP="00C07F9A">
      <w:pPr>
        <w:pStyle w:val="CommentText"/>
      </w:pPr>
      <w:r>
        <w:rPr>
          <w:lang w:val="en-GB"/>
        </w:rPr>
        <w:t>p.235</w:t>
      </w:r>
    </w:p>
    <w:p w14:paraId="29F2A9FF" w14:textId="77777777" w:rsidR="00C07F9A" w:rsidRDefault="00000000" w:rsidP="00C07F9A">
      <w:pPr>
        <w:pStyle w:val="CommentText"/>
      </w:pPr>
      <w:hyperlink r:id="rId1" w:history="1">
        <w:r w:rsidR="00C07F9A" w:rsidRPr="007A4164">
          <w:rPr>
            <w:rStyle w:val="Hyperlink"/>
            <w:lang w:val="en-GB"/>
          </w:rPr>
          <w:t>https://jewishphilosophyplace.com/wp-content/uploads/2020/05/lag-baomer-edith-turner.pdf</w:t>
        </w:r>
      </w:hyperlink>
    </w:p>
    <w:p w14:paraId="0F4971D7" w14:textId="77777777" w:rsidR="00C07F9A" w:rsidRDefault="00C07F9A" w:rsidP="00C07F9A">
      <w:pPr>
        <w:pStyle w:val="CommentText"/>
      </w:pPr>
    </w:p>
  </w:comment>
  <w:comment w:id="3" w:author="JJ" w:date="2024-08-01T14:03:00Z" w:initials="J">
    <w:p w14:paraId="68BF35B8" w14:textId="77777777" w:rsidR="00BF2EFB" w:rsidRDefault="008D5E2F" w:rsidP="00BF2EFB">
      <w:pPr>
        <w:pStyle w:val="CommentText"/>
      </w:pPr>
      <w:r>
        <w:rPr>
          <w:rStyle w:val="CommentReference"/>
        </w:rPr>
        <w:annotationRef/>
      </w:r>
      <w:r w:rsidR="00BF2EFB">
        <w:rPr>
          <w:lang w:val="en-GB"/>
        </w:rPr>
        <w:t>I think this is Edith, not V</w:t>
      </w:r>
    </w:p>
  </w:comment>
  <w:comment w:id="4" w:author="JJ" w:date="2024-07-27T16:38:00Z" w:initials="J">
    <w:p w14:paraId="77BF7EEF" w14:textId="49D6387D" w:rsidR="00A52434" w:rsidRDefault="00F218D1" w:rsidP="00A52434">
      <w:pPr>
        <w:pStyle w:val="CommentText"/>
      </w:pPr>
      <w:r>
        <w:rPr>
          <w:rStyle w:val="CommentReference"/>
        </w:rPr>
        <w:annotationRef/>
      </w:r>
      <w:r w:rsidR="00A52434">
        <w:rPr>
          <w:lang w:val="en-GB"/>
        </w:rPr>
        <w:t xml:space="preserve">I think this page is written by Edith. </w:t>
      </w:r>
    </w:p>
  </w:comment>
  <w:comment w:id="5" w:author="JJ" w:date="2024-08-01T13:57:00Z" w:initials="J">
    <w:p w14:paraId="02D1A27C" w14:textId="77777777" w:rsidR="00BF2EFB" w:rsidRDefault="00010398" w:rsidP="00BF2EFB">
      <w:pPr>
        <w:pStyle w:val="CommentText"/>
      </w:pPr>
      <w:r>
        <w:rPr>
          <w:rStyle w:val="CommentReference"/>
        </w:rPr>
        <w:annotationRef/>
      </w:r>
      <w:r w:rsidR="00BF2EFB">
        <w:rPr>
          <w:lang w:val="en-GB"/>
        </w:rPr>
        <w:t>Notes on this trip might be recorded in an earlier notebook</w:t>
      </w:r>
    </w:p>
  </w:comment>
  <w:comment w:id="6" w:author="JJ" w:date="2024-07-27T16:26:00Z" w:initials="J">
    <w:p w14:paraId="3DA62337" w14:textId="5A18BB71" w:rsidR="00504248" w:rsidRDefault="001E5946" w:rsidP="00504248">
      <w:pPr>
        <w:pStyle w:val="CommentText"/>
      </w:pPr>
      <w:r>
        <w:rPr>
          <w:rStyle w:val="CommentReference"/>
        </w:rPr>
        <w:annotationRef/>
      </w:r>
      <w:r w:rsidR="00504248">
        <w:rPr>
          <w:lang w:val="en-GB"/>
        </w:rPr>
        <w:t>This is a trip described by Edie later on in her diary. Emanuel Marx took them to Beit Govrim, then to the Desert Station in Sde Boker, where they stayed a few days at the Field School and made trips in the area.</w:t>
      </w:r>
    </w:p>
  </w:comment>
  <w:comment w:id="7" w:author="JJ" w:date="2024-07-26T14:03:00Z" w:initials="J">
    <w:p w14:paraId="16B12684" w14:textId="77777777" w:rsidR="00504248" w:rsidRDefault="00541C3F" w:rsidP="00504248">
      <w:pPr>
        <w:pStyle w:val="CommentText"/>
      </w:pPr>
      <w:r>
        <w:rPr>
          <w:rStyle w:val="CommentReference"/>
        </w:rPr>
        <w:annotationRef/>
      </w:r>
      <w:r w:rsidR="00504248">
        <w:rPr>
          <w:lang w:val="en-GB"/>
        </w:rPr>
        <w:t>Ref is to Emanuel Marx who took Edith and Vic to his desert station on April 11, as recorded by Edith on p. 22 of her diary</w:t>
      </w:r>
    </w:p>
  </w:comment>
  <w:comment w:id="8" w:author="JJ" w:date="2024-07-27T16:29:00Z" w:initials="J">
    <w:p w14:paraId="454FF368" w14:textId="77777777" w:rsidR="00504248" w:rsidRDefault="001E5946" w:rsidP="00504248">
      <w:pPr>
        <w:pStyle w:val="CommentText"/>
      </w:pPr>
      <w:r>
        <w:rPr>
          <w:rStyle w:val="CommentReference"/>
        </w:rPr>
        <w:annotationRef/>
      </w:r>
      <w:r w:rsidR="00504248">
        <w:rPr>
          <w:lang w:val="en-GB"/>
        </w:rPr>
        <w:t>Edith visited a Negev Bedouin tent with Gideon KRESSEL and Lonia JAKUBOWSKA (see notes on Lonia below in comments)</w:t>
      </w:r>
    </w:p>
    <w:p w14:paraId="2739C3D0" w14:textId="77777777" w:rsidR="00504248" w:rsidRDefault="00504248" w:rsidP="00504248">
      <w:pPr>
        <w:pStyle w:val="CommentText"/>
      </w:pPr>
    </w:p>
    <w:p w14:paraId="100F676B" w14:textId="77777777" w:rsidR="00504248" w:rsidRDefault="00504248" w:rsidP="00504248">
      <w:pPr>
        <w:pStyle w:val="CommentText"/>
      </w:pPr>
      <w:r>
        <w:rPr>
          <w:lang w:val="en-GB"/>
        </w:rPr>
        <w:t>This must be either a reminder of what presents they should buy to take to the visit to the Bedouin, or maybe a post visit reminder of what they took. It might be E. who wrote this (she uses the British “present” here and in her diary rather than the more American “gift”</w:t>
      </w:r>
    </w:p>
  </w:comment>
  <w:comment w:id="9" w:author="JJ" w:date="2024-07-27T16:46:00Z" w:initials="J">
    <w:p w14:paraId="2E739D17" w14:textId="6BB9EBAE" w:rsidR="00A52434" w:rsidRDefault="00904718" w:rsidP="00A52434">
      <w:pPr>
        <w:pStyle w:val="CommentText"/>
      </w:pPr>
      <w:r>
        <w:rPr>
          <w:rStyle w:val="CommentReference"/>
        </w:rPr>
        <w:annotationRef/>
      </w:r>
      <w:r w:rsidR="00A52434">
        <w:rPr>
          <w:lang w:val="en-GB"/>
        </w:rPr>
        <w:t>NB I still think this is Edith’s writing even though Edith spells Esther’s name as “Ester” in her diary pages. Esther is a colleague of Emanuel MARX.</w:t>
      </w:r>
    </w:p>
    <w:p w14:paraId="245E4443" w14:textId="77777777" w:rsidR="00A52434" w:rsidRDefault="00A52434" w:rsidP="00A52434">
      <w:pPr>
        <w:pStyle w:val="CommentText"/>
      </w:pPr>
    </w:p>
    <w:p w14:paraId="4F6D8E10" w14:textId="77777777" w:rsidR="00A52434" w:rsidRDefault="00A52434" w:rsidP="00A52434">
      <w:pPr>
        <w:pStyle w:val="CommentText"/>
      </w:pPr>
      <w:r>
        <w:rPr>
          <w:lang w:val="en-GB"/>
        </w:rPr>
        <w:t>She is possibly this Esther Lavie</w:t>
      </w:r>
    </w:p>
    <w:p w14:paraId="38EFDFD8" w14:textId="77777777" w:rsidR="00A52434" w:rsidRDefault="00A52434" w:rsidP="00A52434">
      <w:pPr>
        <w:pStyle w:val="CommentText"/>
      </w:pPr>
    </w:p>
    <w:p w14:paraId="02BE4872" w14:textId="77777777" w:rsidR="00A52434" w:rsidRDefault="00A52434" w:rsidP="00A52434">
      <w:pPr>
        <w:pStyle w:val="CommentText"/>
      </w:pPr>
      <w:r>
        <w:rPr>
          <w:lang w:val="en-GB"/>
        </w:rPr>
        <w:t xml:space="preserve">Esther Lavie, “Age as an Indicator for Reference in the Construction of Social Contexts” (Ph.D. diss., Tel-Aviv University, 1987), </w:t>
      </w:r>
    </w:p>
  </w:comment>
  <w:comment w:id="10" w:author="JJ" w:date="2024-07-27T16:40:00Z" w:initials="J">
    <w:p w14:paraId="1B20FE24" w14:textId="77777777" w:rsidR="00504248" w:rsidRDefault="00F218D1" w:rsidP="00504248">
      <w:pPr>
        <w:pStyle w:val="CommentText"/>
      </w:pPr>
      <w:r>
        <w:rPr>
          <w:rStyle w:val="CommentReference"/>
        </w:rPr>
        <w:annotationRef/>
      </w:r>
      <w:r w:rsidR="00504248">
        <w:rPr>
          <w:lang w:val="en-GB"/>
        </w:rPr>
        <w:t xml:space="preserve">I don’t think these library pages are Vic’s writing. </w:t>
      </w:r>
    </w:p>
    <w:p w14:paraId="5BC26AC4" w14:textId="77777777" w:rsidR="00504248" w:rsidRDefault="00504248" w:rsidP="00504248">
      <w:pPr>
        <w:pStyle w:val="CommentText"/>
      </w:pPr>
    </w:p>
    <w:p w14:paraId="4C86CA2D" w14:textId="77777777" w:rsidR="00504248" w:rsidRDefault="00504248" w:rsidP="00504248">
      <w:pPr>
        <w:pStyle w:val="CommentText"/>
      </w:pPr>
      <w:r>
        <w:rPr>
          <w:lang w:val="en-GB"/>
        </w:rPr>
        <w:t>At least, I don’t think they are written by the same person as wrote the black inked pages at the start of the journal that are attributed to Vic (and which is research that Edith used in her paper on Lag Ba Omer). The handwriting is very different – e.g. if you look at how the author of each forms capital letters. It’s not that the first pages are written neatly and these are scrawled—the letters formed differently. I do not think these are in Edith’s writing, which is consistent over her diary even when she appeared to be writing in a rush.</w:t>
      </w:r>
    </w:p>
    <w:p w14:paraId="6A070C8B" w14:textId="77777777" w:rsidR="00504248" w:rsidRDefault="00504248" w:rsidP="00504248">
      <w:pPr>
        <w:pStyle w:val="CommentText"/>
      </w:pPr>
    </w:p>
    <w:p w14:paraId="113A1115" w14:textId="77777777" w:rsidR="00504248" w:rsidRDefault="00504248" w:rsidP="00504248">
      <w:pPr>
        <w:pStyle w:val="CommentText"/>
      </w:pPr>
      <w:r>
        <w:rPr>
          <w:lang w:val="en-GB"/>
        </w:rPr>
        <w:t>There were other non Israelis with them—e.g Jo (possibly Edith’s sister Jo?) and Edith also mentions a Jane.</w:t>
      </w:r>
    </w:p>
  </w:comment>
  <w:comment w:id="11" w:author="JJ" w:date="2024-07-27T16:42:00Z" w:initials="J">
    <w:p w14:paraId="4924902A" w14:textId="5F37C3C6" w:rsidR="00F218D1" w:rsidRDefault="00F218D1" w:rsidP="00F218D1">
      <w:pPr>
        <w:pStyle w:val="CommentText"/>
      </w:pPr>
      <w:r>
        <w:rPr>
          <w:rStyle w:val="CommentReference"/>
        </w:rPr>
        <w:annotationRef/>
      </w:r>
      <w:r>
        <w:rPr>
          <w:lang w:val="en-GB"/>
        </w:rPr>
        <w:t>The correct name is Steve Kaplan-- I don’t think Vic would have misspelled it?</w:t>
      </w:r>
    </w:p>
  </w:comment>
  <w:comment w:id="12" w:author="JJ" w:date="2024-07-30T21:01:00Z" w:initials="J">
    <w:p w14:paraId="5A4F0B8F" w14:textId="77777777" w:rsidR="004B147A" w:rsidRDefault="004B147A" w:rsidP="004B147A">
      <w:pPr>
        <w:pStyle w:val="CommentText"/>
      </w:pPr>
      <w:r>
        <w:rPr>
          <w:rStyle w:val="CommentReference"/>
        </w:rPr>
        <w:annotationRef/>
      </w:r>
      <w:r>
        <w:rPr>
          <w:lang w:val="en-GB"/>
        </w:rPr>
        <w:t>This is probably a reference to Peter Brown’s biography of Augustine of Hippo (1967)</w:t>
      </w:r>
    </w:p>
  </w:comment>
  <w:comment w:id="13" w:author="JJ" w:date="2024-08-01T10:27:00Z" w:initials="J">
    <w:p w14:paraId="2F66C169" w14:textId="77777777" w:rsidR="00BC6BB8" w:rsidRDefault="00BC6BB8" w:rsidP="00BC6BB8">
      <w:pPr>
        <w:pStyle w:val="CommentText"/>
      </w:pPr>
      <w:r>
        <w:rPr>
          <w:rStyle w:val="CommentReference"/>
        </w:rPr>
        <w:annotationRef/>
      </w:r>
      <w:r>
        <w:rPr>
          <w:lang w:val="en-GB"/>
        </w:rPr>
        <w:t>This is Edith’s writing.</w:t>
      </w:r>
    </w:p>
  </w:comment>
  <w:comment w:id="14" w:author="JJ" w:date="2024-07-26T09:44:00Z" w:initials="J">
    <w:p w14:paraId="48F439C0" w14:textId="31439175" w:rsidR="00A65853" w:rsidRDefault="002D6718" w:rsidP="00A65853">
      <w:pPr>
        <w:pStyle w:val="CommentText"/>
      </w:pPr>
      <w:r>
        <w:rPr>
          <w:rStyle w:val="CommentReference"/>
        </w:rPr>
        <w:annotationRef/>
      </w:r>
      <w:r w:rsidR="00A65853">
        <w:rPr>
          <w:lang w:val="en-GB"/>
        </w:rPr>
        <w:t>I think she means Kavass Guards</w:t>
      </w:r>
    </w:p>
    <w:p w14:paraId="5C585A35" w14:textId="77777777" w:rsidR="00A65853" w:rsidRDefault="00A65853" w:rsidP="00A65853">
      <w:pPr>
        <w:pStyle w:val="CommentText"/>
      </w:pPr>
    </w:p>
    <w:p w14:paraId="5B1712D1" w14:textId="77777777" w:rsidR="00A65853" w:rsidRDefault="00000000" w:rsidP="00A65853">
      <w:pPr>
        <w:pStyle w:val="CommentText"/>
      </w:pPr>
      <w:hyperlink r:id="rId2" w:history="1">
        <w:r w:rsidR="00A65853" w:rsidRPr="001226A4">
          <w:rPr>
            <w:rStyle w:val="Hyperlink"/>
            <w:lang w:val="en-GB"/>
          </w:rPr>
          <w:t>https://blog.nli.org.il/en/hoi_kavass/</w:t>
        </w:r>
      </w:hyperlink>
    </w:p>
  </w:comment>
  <w:comment w:id="15" w:author="JJ" w:date="2024-07-30T13:45:00Z" w:initials="J">
    <w:p w14:paraId="42F06BB1" w14:textId="77777777" w:rsidR="00504248" w:rsidRDefault="00CA7310" w:rsidP="00504248">
      <w:pPr>
        <w:pStyle w:val="CommentText"/>
      </w:pPr>
      <w:r>
        <w:rPr>
          <w:rStyle w:val="CommentReference"/>
        </w:rPr>
        <w:annotationRef/>
      </w:r>
      <w:r w:rsidR="00504248">
        <w:rPr>
          <w:lang w:val="en-GB"/>
        </w:rPr>
        <w:t>Jo does not appear to be an Israeli colleague. She may be Edith’s sister Jo?</w:t>
      </w:r>
    </w:p>
  </w:comment>
  <w:comment w:id="16" w:author="JJ" w:date="2024-07-30T13:46:00Z" w:initials="J">
    <w:p w14:paraId="5A8CBFC4" w14:textId="5CD79F2B" w:rsidR="00CA7310" w:rsidRDefault="00CA7310" w:rsidP="00CA7310">
      <w:pPr>
        <w:pStyle w:val="CommentText"/>
      </w:pPr>
      <w:r>
        <w:rPr>
          <w:rStyle w:val="CommentReference"/>
        </w:rPr>
        <w:annotationRef/>
      </w:r>
      <w:r>
        <w:rPr>
          <w:lang w:val="en-GB"/>
        </w:rPr>
        <w:t xml:space="preserve">Edith uses this abbreviation throughout for Holy Sepulchre. </w:t>
      </w:r>
    </w:p>
  </w:comment>
  <w:comment w:id="17" w:author="JJ" w:date="2024-08-01T09:16:00Z" w:initials="J">
    <w:p w14:paraId="5702167A" w14:textId="77777777" w:rsidR="00504248" w:rsidRDefault="00504248" w:rsidP="00504248">
      <w:pPr>
        <w:pStyle w:val="CommentText"/>
      </w:pPr>
      <w:r>
        <w:rPr>
          <w:rStyle w:val="CommentReference"/>
        </w:rPr>
        <w:annotationRef/>
      </w:r>
      <w:r>
        <w:rPr>
          <w:lang w:val="en-GB"/>
        </w:rPr>
        <w:t>This also makes me think Jo might be E’s sister Jo, since E explains to her things that an Israeli anthropologist or expert would probably know.</w:t>
      </w:r>
    </w:p>
  </w:comment>
  <w:comment w:id="18" w:author="JJ" w:date="2024-07-30T13:48:00Z" w:initials="J">
    <w:p w14:paraId="22153F55" w14:textId="6A2654DA" w:rsidR="00CA7310" w:rsidRDefault="00CA7310" w:rsidP="00CA7310">
      <w:pPr>
        <w:pStyle w:val="CommentText"/>
      </w:pPr>
      <w:r>
        <w:rPr>
          <w:rStyle w:val="CommentReference"/>
        </w:rPr>
        <w:annotationRef/>
      </w:r>
      <w:hyperlink r:id="rId3" w:history="1">
        <w:r w:rsidRPr="00F244A2">
          <w:rPr>
            <w:rStyle w:val="Hyperlink"/>
          </w:rPr>
          <w:t>https://en.wikipedia.org/wiki/Shalva_Weil</w:t>
        </w:r>
      </w:hyperlink>
    </w:p>
  </w:comment>
  <w:comment w:id="19" w:author="JJ" w:date="2024-07-30T13:49:00Z" w:initials="J">
    <w:p w14:paraId="5EBF24C8" w14:textId="77777777" w:rsidR="00CA7310" w:rsidRDefault="00CA7310" w:rsidP="00CA7310">
      <w:pPr>
        <w:pStyle w:val="CommentText"/>
      </w:pPr>
      <w:r>
        <w:rPr>
          <w:rStyle w:val="CommentReference"/>
        </w:rPr>
        <w:annotationRef/>
      </w:r>
      <w:hyperlink r:id="rId4" w:history="1">
        <w:r w:rsidRPr="002B6044">
          <w:rPr>
            <w:rStyle w:val="Hyperlink"/>
          </w:rPr>
          <w:t>https://www.jstor.org/stable/3773281</w:t>
        </w:r>
      </w:hyperlink>
    </w:p>
    <w:p w14:paraId="65F2FDB9" w14:textId="77777777" w:rsidR="00CA7310" w:rsidRDefault="00CA7310" w:rsidP="00CA7310">
      <w:pPr>
        <w:pStyle w:val="CommentText"/>
      </w:pPr>
      <w:r>
        <w:t xml:space="preserve">Goldberg, H. E. (1978). The Mimuna and the Minority Status of Moroccan Jews. </w:t>
      </w:r>
      <w:r>
        <w:rPr>
          <w:i/>
          <w:iCs/>
        </w:rPr>
        <w:t>Ethnology</w:t>
      </w:r>
      <w:r>
        <w:t xml:space="preserve">, </w:t>
      </w:r>
      <w:r>
        <w:rPr>
          <w:i/>
          <w:iCs/>
        </w:rPr>
        <w:t>17</w:t>
      </w:r>
      <w:r>
        <w:t>(1), 75–87. https://doi.org/10.2307/3773281</w:t>
      </w:r>
    </w:p>
    <w:p w14:paraId="35FC7FB8" w14:textId="77777777" w:rsidR="00CA7310" w:rsidRDefault="00CA7310" w:rsidP="00CA7310">
      <w:pPr>
        <w:pStyle w:val="CommentText"/>
      </w:pPr>
    </w:p>
    <w:p w14:paraId="4C6797C0" w14:textId="77777777" w:rsidR="00CA7310" w:rsidRDefault="00CA7310" w:rsidP="00CA7310">
      <w:pPr>
        <w:pStyle w:val="CommentText"/>
      </w:pPr>
    </w:p>
  </w:comment>
  <w:comment w:id="20" w:author="JJ" w:date="2024-07-30T13:51:00Z" w:initials="J">
    <w:p w14:paraId="05133F19" w14:textId="77777777" w:rsidR="00AD522F" w:rsidRDefault="00AD522F" w:rsidP="00AD522F">
      <w:pPr>
        <w:pStyle w:val="CommentText"/>
      </w:pPr>
      <w:r>
        <w:rPr>
          <w:rStyle w:val="CommentReference"/>
        </w:rPr>
        <w:annotationRef/>
      </w:r>
      <w:r>
        <w:rPr>
          <w:lang w:val="en-GB"/>
        </w:rPr>
        <w:t>Again, italics means text added in pencil or different pen, probably later when E was reviewing her notes</w:t>
      </w:r>
    </w:p>
  </w:comment>
  <w:comment w:id="21" w:author="JJ" w:date="2024-07-26T14:08:00Z" w:initials="J">
    <w:p w14:paraId="4F777A05" w14:textId="1A9BA951" w:rsidR="00FC352C" w:rsidRDefault="00FC352C" w:rsidP="00FC352C">
      <w:pPr>
        <w:pStyle w:val="CommentText"/>
      </w:pPr>
      <w:r>
        <w:rPr>
          <w:rStyle w:val="CommentReference"/>
        </w:rPr>
        <w:annotationRef/>
      </w:r>
      <w:hyperlink r:id="rId5" w:history="1">
        <w:r w:rsidRPr="00E418A4">
          <w:rPr>
            <w:rStyle w:val="Hyperlink"/>
          </w:rPr>
          <w:t>https://en.wikipedia.org/wiki/Emanuel_Marx</w:t>
        </w:r>
      </w:hyperlink>
    </w:p>
  </w:comment>
  <w:comment w:id="22" w:author="JJ" w:date="2024-07-26T14:11:00Z" w:initials="J">
    <w:p w14:paraId="46EC03F1" w14:textId="77777777" w:rsidR="003D2CDE" w:rsidRDefault="003D2CDE" w:rsidP="003D2CDE">
      <w:pPr>
        <w:pStyle w:val="CommentText"/>
      </w:pPr>
      <w:r>
        <w:rPr>
          <w:rStyle w:val="CommentReference"/>
        </w:rPr>
        <w:annotationRef/>
      </w:r>
      <w:r>
        <w:rPr>
          <w:lang w:val="en-GB"/>
        </w:rPr>
        <w:t>She means cenotes I think?</w:t>
      </w:r>
    </w:p>
  </w:comment>
  <w:comment w:id="23" w:author="JJ" w:date="2024-07-26T16:09:00Z" w:initials="J">
    <w:p w14:paraId="097BADC3" w14:textId="77777777" w:rsidR="00CC3134" w:rsidRDefault="00CC3134" w:rsidP="00CC3134">
      <w:pPr>
        <w:pStyle w:val="CommentText"/>
      </w:pPr>
      <w:r>
        <w:rPr>
          <w:rStyle w:val="CommentReference"/>
        </w:rPr>
        <w:annotationRef/>
      </w:r>
      <w:r>
        <w:rPr>
          <w:lang w:val="en-GB"/>
        </w:rPr>
        <w:t>I think Lonia is likely Lonia Jakubowska, the anthropologist who published papers. Book chapters on the Negev Bedouin e.g.</w:t>
      </w:r>
    </w:p>
    <w:p w14:paraId="68C5C790" w14:textId="77777777" w:rsidR="00CC3134" w:rsidRDefault="00CC3134" w:rsidP="00CC3134">
      <w:pPr>
        <w:pStyle w:val="CommentText"/>
      </w:pPr>
    </w:p>
    <w:p w14:paraId="0685C239" w14:textId="77777777" w:rsidR="00CC3134" w:rsidRDefault="00000000" w:rsidP="00CC3134">
      <w:pPr>
        <w:pStyle w:val="CommentText"/>
      </w:pPr>
      <w:hyperlink r:id="rId6" w:anchor="bodyftn25" w:history="1">
        <w:r w:rsidR="00CC3134" w:rsidRPr="001550CE">
          <w:rPr>
            <w:rStyle w:val="Hyperlink"/>
            <w:lang w:val="en-GB"/>
          </w:rPr>
          <w:t>25</w:t>
        </w:r>
      </w:hyperlink>
      <w:r w:rsidR="00CC3134">
        <w:rPr>
          <w:lang w:val="en-GB"/>
        </w:rPr>
        <w:t xml:space="preserve"> Jakubowska, L. 1992, Resisting Ethnicity: The Israeli State and Bedouin Ethnicity. In: Nordstrom, C. &amp; Martin J. </w:t>
      </w:r>
      <w:r w:rsidR="00CC3134">
        <w:rPr>
          <w:i/>
          <w:iCs/>
          <w:lang w:val="en-GB"/>
        </w:rPr>
        <w:t>The Paths to Domination and Terror</w:t>
      </w:r>
      <w:r w:rsidR="00CC3134">
        <w:rPr>
          <w:lang w:val="en-GB"/>
        </w:rPr>
        <w:t>, Berkeley, Los Angeles, Oxford: University of California Press: 85-105</w:t>
      </w:r>
    </w:p>
    <w:p w14:paraId="5478AF31" w14:textId="77777777" w:rsidR="00CC3134" w:rsidRDefault="00CC3134" w:rsidP="00CC3134">
      <w:pPr>
        <w:pStyle w:val="CommentText"/>
      </w:pPr>
    </w:p>
    <w:p w14:paraId="34E5C444" w14:textId="77777777" w:rsidR="00CC3134" w:rsidRDefault="00CC3134" w:rsidP="00CC3134">
      <w:pPr>
        <w:pStyle w:val="CommentText"/>
      </w:pPr>
      <w:r>
        <w:rPr>
          <w:lang w:val="en-GB"/>
        </w:rPr>
        <w:t>She is or was in 2017 at the University of Utrecht</w:t>
      </w:r>
    </w:p>
    <w:p w14:paraId="6DA739E5" w14:textId="77777777" w:rsidR="00CC3134" w:rsidRDefault="00CC3134" w:rsidP="00CC3134">
      <w:pPr>
        <w:pStyle w:val="CommentText"/>
      </w:pPr>
    </w:p>
    <w:p w14:paraId="435765AE" w14:textId="77777777" w:rsidR="00CC3134" w:rsidRDefault="00000000" w:rsidP="00CC3134">
      <w:pPr>
        <w:pStyle w:val="CommentText"/>
      </w:pPr>
      <w:hyperlink r:id="rId7" w:history="1">
        <w:r w:rsidR="00CC3134" w:rsidRPr="001550CE">
          <w:rPr>
            <w:rStyle w:val="Hyperlink"/>
            <w:lang w:val="en-GB"/>
          </w:rPr>
          <w:t>https://www.uu.nl/sites/default/files/ucu_homecoming_2017_full_programme_final.pdf</w:t>
        </w:r>
      </w:hyperlink>
    </w:p>
  </w:comment>
  <w:comment w:id="24" w:author="JJ" w:date="2024-07-27T16:58:00Z" w:initials="J">
    <w:p w14:paraId="633A560B" w14:textId="77777777" w:rsidR="00F93E13" w:rsidRDefault="00F93E13" w:rsidP="00F93E13">
      <w:pPr>
        <w:pStyle w:val="CommentText"/>
      </w:pPr>
      <w:r>
        <w:rPr>
          <w:rStyle w:val="CommentReference"/>
        </w:rPr>
        <w:annotationRef/>
      </w:r>
      <w:r>
        <w:rPr>
          <w:lang w:val="en-GB"/>
        </w:rPr>
        <w:t>I haven’t been able to find him in Hebrew or English.</w:t>
      </w:r>
    </w:p>
  </w:comment>
  <w:comment w:id="25" w:author="JJ" w:date="2024-07-26T16:26:00Z" w:initials="J">
    <w:p w14:paraId="36E9CB13" w14:textId="64A9591B" w:rsidR="006E1E7F" w:rsidRDefault="006E1E7F" w:rsidP="006E1E7F">
      <w:pPr>
        <w:pStyle w:val="CommentText"/>
      </w:pPr>
      <w:r>
        <w:rPr>
          <w:rStyle w:val="CommentReference"/>
        </w:rPr>
        <w:annotationRef/>
      </w:r>
      <w:r>
        <w:rPr>
          <w:lang w:val="en-GB"/>
        </w:rPr>
        <w:t>This must be Gideon Kressel, an anthropologist who studied the Bedouin. He is professor emeritus at Ben-Gurion Uni</w:t>
      </w:r>
    </w:p>
    <w:p w14:paraId="42206022" w14:textId="77777777" w:rsidR="006E1E7F" w:rsidRDefault="006E1E7F" w:rsidP="006E1E7F">
      <w:pPr>
        <w:pStyle w:val="CommentText"/>
      </w:pPr>
    </w:p>
    <w:p w14:paraId="6F14D616" w14:textId="77777777" w:rsidR="006E1E7F" w:rsidRDefault="00000000" w:rsidP="006E1E7F">
      <w:pPr>
        <w:pStyle w:val="CommentText"/>
      </w:pPr>
      <w:hyperlink r:id="rId8" w:history="1">
        <w:r w:rsidR="006E1E7F" w:rsidRPr="00C32476">
          <w:rPr>
            <w:rStyle w:val="Hyperlink"/>
            <w:lang w:val="en-GB"/>
          </w:rPr>
          <w:t>https://cris.bgu.ac.il/en/persons/gideon-kressel</w:t>
        </w:r>
      </w:hyperlink>
    </w:p>
    <w:p w14:paraId="0D65ECC0" w14:textId="77777777" w:rsidR="006E1E7F" w:rsidRDefault="006E1E7F" w:rsidP="006E1E7F">
      <w:pPr>
        <w:pStyle w:val="CommentText"/>
      </w:pPr>
    </w:p>
    <w:p w14:paraId="1CD4913F" w14:textId="77777777" w:rsidR="006E1E7F" w:rsidRDefault="00000000" w:rsidP="006E1E7F">
      <w:pPr>
        <w:pStyle w:val="CommentText"/>
      </w:pPr>
      <w:hyperlink r:id="rId9" w:history="1">
        <w:r w:rsidR="006E1E7F" w:rsidRPr="00C32476">
          <w:rPr>
            <w:rStyle w:val="Hyperlink"/>
            <w:lang w:val="en-GB"/>
          </w:rPr>
          <w:t>https://go.gale.com/ps/i.do?id=GALE%7CA148856535&amp;sid=googleScholar&amp;v=2.1&amp;it=r&amp;linkaccess=abs&amp;issn=08227942&amp;p=AONE&amp;sw=w&amp;userGroupName=anon%7E9eb831dd&amp;aty=open-web-entry</w:t>
        </w:r>
      </w:hyperlink>
    </w:p>
  </w:comment>
  <w:comment w:id="26" w:author="JJ" w:date="2024-07-26T15:58:00Z" w:initials="J">
    <w:p w14:paraId="59908A65" w14:textId="77777777" w:rsidR="0045540B" w:rsidRDefault="0045540B" w:rsidP="0045540B">
      <w:pPr>
        <w:pStyle w:val="CommentText"/>
      </w:pPr>
      <w:r>
        <w:rPr>
          <w:rStyle w:val="CommentReference"/>
        </w:rPr>
        <w:annotationRef/>
      </w:r>
      <w:r>
        <w:rPr>
          <w:lang w:val="en-GB"/>
        </w:rPr>
        <w:t>Yael Kahana is/was an anthropologist. This 1985 piece by the Jerusalem Post magazine quotes her and says she lived with Ethiopian Jews in Ethiopia</w:t>
      </w:r>
    </w:p>
    <w:p w14:paraId="191A237A" w14:textId="77777777" w:rsidR="0045540B" w:rsidRDefault="0045540B" w:rsidP="0045540B">
      <w:pPr>
        <w:pStyle w:val="CommentText"/>
      </w:pPr>
    </w:p>
    <w:p w14:paraId="1ACFD08C" w14:textId="77777777" w:rsidR="0045540B" w:rsidRDefault="00000000" w:rsidP="0045540B">
      <w:pPr>
        <w:pStyle w:val="CommentText"/>
      </w:pPr>
      <w:hyperlink r:id="rId10" w:history="1">
        <w:r w:rsidR="0045540B" w:rsidRPr="00642D64">
          <w:rPr>
            <w:rStyle w:val="Hyperlink"/>
            <w:lang w:val="en-GB"/>
          </w:rPr>
          <w:t>https://archive.org/stream/TheJerusalemPost1985IsraelEnglish/Nov%2008%201985%2C%20The%20Jerusalem%20Post%2C%20%2316057%2C%20Israel%20%28en%29_djvu.txt</w:t>
        </w:r>
      </w:hyperlink>
    </w:p>
    <w:p w14:paraId="31803A71" w14:textId="77777777" w:rsidR="0045540B" w:rsidRDefault="0045540B" w:rsidP="0045540B">
      <w:pPr>
        <w:pStyle w:val="CommentText"/>
      </w:pPr>
    </w:p>
    <w:p w14:paraId="1F4EC1A4" w14:textId="77777777" w:rsidR="0045540B" w:rsidRDefault="0045540B" w:rsidP="0045540B">
      <w:pPr>
        <w:pStyle w:val="CommentText"/>
      </w:pPr>
      <w:r>
        <w:rPr>
          <w:lang w:val="en-GB"/>
        </w:rPr>
        <w:t>She has published various papers in English, here is one from 1985 on magic in the mental health care system in Ethiopia</w:t>
      </w:r>
    </w:p>
    <w:p w14:paraId="2B677A16" w14:textId="77777777" w:rsidR="0045540B" w:rsidRDefault="0045540B" w:rsidP="0045540B">
      <w:pPr>
        <w:pStyle w:val="CommentText"/>
      </w:pPr>
    </w:p>
    <w:p w14:paraId="24584E44" w14:textId="77777777" w:rsidR="0045540B" w:rsidRDefault="00000000" w:rsidP="0045540B">
      <w:pPr>
        <w:pStyle w:val="CommentText"/>
      </w:pPr>
      <w:hyperlink r:id="rId11" w:history="1">
        <w:r w:rsidR="0045540B" w:rsidRPr="00642D64">
          <w:rPr>
            <w:rStyle w:val="Hyperlink"/>
            <w:lang w:val="en-GB"/>
          </w:rPr>
          <w:t>https://journals.sagepub.com/doi/abs/10.1177/002076408503100207</w:t>
        </w:r>
      </w:hyperlink>
    </w:p>
  </w:comment>
  <w:comment w:id="27" w:author="JJ" w:date="2024-07-26T16:06:00Z" w:initials="J">
    <w:p w14:paraId="0E112675" w14:textId="77777777" w:rsidR="00CC3134" w:rsidRDefault="00CC3134" w:rsidP="00CC3134">
      <w:pPr>
        <w:pStyle w:val="CommentText"/>
      </w:pPr>
      <w:r>
        <w:rPr>
          <w:rStyle w:val="CommentReference"/>
        </w:rPr>
        <w:annotationRef/>
      </w:r>
      <w:r>
        <w:rPr>
          <w:lang w:val="en-GB"/>
        </w:rPr>
        <w:t>Nevatim seems to be in Edith’s writing but “on Ramon” is in a different ink and might be VIc</w:t>
      </w:r>
    </w:p>
  </w:comment>
  <w:comment w:id="28" w:author="JJ" w:date="2024-07-27T17:00:00Z" w:initials="J">
    <w:p w14:paraId="339969D0" w14:textId="77777777" w:rsidR="00F93E13" w:rsidRDefault="00F93E13" w:rsidP="00F93E13">
      <w:pPr>
        <w:pStyle w:val="CommentText"/>
      </w:pPr>
      <w:r>
        <w:rPr>
          <w:rStyle w:val="CommentReference"/>
        </w:rPr>
        <w:annotationRef/>
      </w:r>
      <w:r>
        <w:rPr>
          <w:lang w:val="en-GB"/>
        </w:rPr>
        <w:t>Sometimes it looks like Edith wrote “Oli” but later she clearly writes “Ori” which is a Hebrew name (she did not always spell names correctly, so it could be Uri)</w:t>
      </w:r>
    </w:p>
  </w:comment>
  <w:comment w:id="29" w:author="JJ" w:date="2024-08-01T14:57:00Z" w:initials="J">
    <w:p w14:paraId="0E75B860" w14:textId="77777777" w:rsidR="0068289A" w:rsidRDefault="009C46A1" w:rsidP="0068289A">
      <w:pPr>
        <w:pStyle w:val="CommentText"/>
      </w:pPr>
      <w:r>
        <w:rPr>
          <w:rStyle w:val="CommentReference"/>
        </w:rPr>
        <w:annotationRef/>
      </w:r>
      <w:r w:rsidR="0068289A">
        <w:rPr>
          <w:lang w:val="en-GB"/>
        </w:rPr>
        <w:t>I am not sure if I read this correctly but I cannot find a “Rachel Kimur” online or any other variation. Krimur?</w:t>
      </w:r>
    </w:p>
    <w:p w14:paraId="552EEB0E" w14:textId="77777777" w:rsidR="0068289A" w:rsidRDefault="0068289A" w:rsidP="0068289A">
      <w:pPr>
        <w:pStyle w:val="CommentText"/>
      </w:pPr>
    </w:p>
    <w:p w14:paraId="47F089A1" w14:textId="77777777" w:rsidR="0068289A" w:rsidRDefault="0068289A" w:rsidP="0068289A">
      <w:pPr>
        <w:pStyle w:val="CommentText"/>
      </w:pPr>
      <w:r>
        <w:rPr>
          <w:lang w:val="en-GB"/>
        </w:rPr>
        <w:t>In Edith’s book chapter essay on Meron/Lag Ba Omer she mentions a Rachel Rosen, but this definitely does not say Rosen.</w:t>
      </w:r>
    </w:p>
  </w:comment>
  <w:comment w:id="30" w:author="JJ" w:date="2024-07-27T16:12:00Z" w:initials="J">
    <w:p w14:paraId="3AEE97D0" w14:textId="00B1F05A" w:rsidR="004570EA" w:rsidRDefault="004570EA" w:rsidP="004570EA">
      <w:pPr>
        <w:pStyle w:val="CommentText"/>
      </w:pPr>
      <w:r>
        <w:rPr>
          <w:rStyle w:val="CommentReference"/>
        </w:rPr>
        <w:annotationRef/>
      </w:r>
      <w:hyperlink r:id="rId12" w:history="1">
        <w:r w:rsidRPr="00F52916">
          <w:rPr>
            <w:rStyle w:val="Hyperlink"/>
          </w:rPr>
          <w:t>https://academic.oup.com/jrs/article-abstract/9/4/351/1546472?redirectedFrom=PDF</w:t>
        </w:r>
      </w:hyperlink>
    </w:p>
    <w:p w14:paraId="6E42DD07" w14:textId="77777777" w:rsidR="004570EA" w:rsidRDefault="004570EA" w:rsidP="004570EA">
      <w:pPr>
        <w:pStyle w:val="CommentText"/>
      </w:pPr>
    </w:p>
    <w:p w14:paraId="667AE2A6" w14:textId="77777777" w:rsidR="004570EA" w:rsidRDefault="004570EA" w:rsidP="004570EA">
      <w:pPr>
        <w:pStyle w:val="CommentText"/>
      </w:pPr>
      <w:r>
        <w:t>I think this must be Lisa Gilad, the social anthropologist who died tragically in 1996. Her work focused on refugee experiences including those from Yemen.</w:t>
      </w:r>
    </w:p>
  </w:comment>
  <w:comment w:id="31" w:author="JJ" w:date="2024-07-27T16:21:00Z" w:initials="J">
    <w:p w14:paraId="309A6057" w14:textId="77777777" w:rsidR="008F7B8D" w:rsidRDefault="008F7B8D" w:rsidP="008F7B8D">
      <w:pPr>
        <w:pStyle w:val="CommentText"/>
      </w:pPr>
      <w:r>
        <w:rPr>
          <w:rStyle w:val="CommentReference"/>
        </w:rPr>
        <w:annotationRef/>
      </w:r>
      <w:r>
        <w:rPr>
          <w:lang w:val="en-GB"/>
        </w:rPr>
        <w:t>A box has been drawn around this later in pencil</w:t>
      </w:r>
    </w:p>
  </w:comment>
  <w:comment w:id="32" w:author="Susan Doron" w:date="2024-08-11T08:48:00Z" w:initials="SD">
    <w:p w14:paraId="0741CC48" w14:textId="77777777" w:rsidR="00000AEE" w:rsidRDefault="00000AEE" w:rsidP="00000AEE">
      <w:pPr>
        <w:pStyle w:val="CommentText"/>
      </w:pPr>
      <w:r>
        <w:rPr>
          <w:rStyle w:val="CommentReference"/>
        </w:rPr>
        <w:annotationRef/>
      </w:r>
      <w:r>
        <w:t>The italicized material looks like it was inserted later. (different color ink/pencil?)</w:t>
      </w:r>
    </w:p>
  </w:comment>
  <w:comment w:id="33" w:author="Susan Doron" w:date="2024-08-11T08:49:00Z" w:initials="SD">
    <w:p w14:paraId="40B5C68B" w14:textId="77777777" w:rsidR="00000AEE" w:rsidRDefault="00000AEE" w:rsidP="00000AEE">
      <w:pPr>
        <w:pStyle w:val="CommentText"/>
      </w:pPr>
      <w:r>
        <w:rPr>
          <w:rStyle w:val="CommentReference"/>
        </w:rPr>
        <w:annotationRef/>
      </w:r>
      <w:r>
        <w:t>Different color ink/pencil? starts here.</w:t>
      </w:r>
    </w:p>
  </w:comment>
  <w:comment w:id="34" w:author="Susan Doron" w:date="2024-08-11T08:50:00Z" w:initials="SD">
    <w:p w14:paraId="33572CBB" w14:textId="77777777" w:rsidR="00000AEE" w:rsidRDefault="00000AEE" w:rsidP="00000AEE">
      <w:pPr>
        <w:pStyle w:val="CommentText"/>
      </w:pPr>
      <w:r>
        <w:rPr>
          <w:rStyle w:val="CommentReference"/>
        </w:rPr>
        <w:annotationRef/>
      </w:r>
      <w:r>
        <w:t>Italicized material written in different ink/pencil?</w:t>
      </w:r>
    </w:p>
  </w:comment>
  <w:comment w:id="35" w:author="JJ" w:date="2024-07-27T19:47:00Z" w:initials="J">
    <w:p w14:paraId="230FD759" w14:textId="5F1AEC8D" w:rsidR="00674246" w:rsidRDefault="00674246" w:rsidP="00674246">
      <w:pPr>
        <w:pStyle w:val="CommentText"/>
      </w:pPr>
      <w:r>
        <w:rPr>
          <w:rStyle w:val="CommentReference"/>
        </w:rPr>
        <w:annotationRef/>
      </w:r>
      <w:r>
        <w:rPr>
          <w:lang w:val="en-GB"/>
        </w:rPr>
        <w:t>This has been circled in pencil</w:t>
      </w:r>
    </w:p>
  </w:comment>
  <w:comment w:id="36" w:author="JJ" w:date="2024-07-27T19:48:00Z" w:initials="J">
    <w:p w14:paraId="0BAD6823" w14:textId="77777777" w:rsidR="00674246" w:rsidRDefault="00674246" w:rsidP="00674246">
      <w:pPr>
        <w:pStyle w:val="CommentText"/>
      </w:pPr>
      <w:r>
        <w:rPr>
          <w:rStyle w:val="CommentReference"/>
        </w:rPr>
        <w:annotationRef/>
      </w:r>
      <w:r>
        <w:rPr>
          <w:lang w:val="en-GB"/>
        </w:rPr>
        <w:t>This page has a post it that is not shown in the photo</w:t>
      </w:r>
    </w:p>
  </w:comment>
  <w:comment w:id="37" w:author="Susan Doron" w:date="2024-08-11T08:53:00Z" w:initials="SD">
    <w:p w14:paraId="5503E23C" w14:textId="77777777" w:rsidR="00661914" w:rsidRDefault="00661914" w:rsidP="00661914">
      <w:pPr>
        <w:pStyle w:val="CommentText"/>
      </w:pPr>
      <w:r>
        <w:rPr>
          <w:rStyle w:val="CommentReference"/>
        </w:rPr>
        <w:annotationRef/>
      </w:r>
      <w:r>
        <w:t>Again, italicized material looks like it was written in a different ink/pencil</w:t>
      </w:r>
    </w:p>
  </w:comment>
  <w:comment w:id="38" w:author="JJ" w:date="2024-07-31T16:45:00Z" w:initials="J">
    <w:p w14:paraId="5E530B0E" w14:textId="7E8AD4CD" w:rsidR="000A05D7" w:rsidRDefault="000A05D7" w:rsidP="000A05D7">
      <w:pPr>
        <w:pStyle w:val="CommentText"/>
      </w:pPr>
      <w:r>
        <w:rPr>
          <w:rStyle w:val="CommentReference"/>
        </w:rPr>
        <w:annotationRef/>
      </w:r>
      <w:r>
        <w:rPr>
          <w:lang w:val="en-GB"/>
        </w:rPr>
        <w:t>See earlier note, this will be Yoram Bilu</w:t>
      </w:r>
    </w:p>
  </w:comment>
  <w:comment w:id="39" w:author="JJ" w:date="2024-07-28T14:34:00Z" w:initials="J">
    <w:p w14:paraId="0ED08B34" w14:textId="7E0014B7" w:rsidR="0064527C" w:rsidRDefault="0064527C" w:rsidP="0064527C">
      <w:pPr>
        <w:pStyle w:val="CommentText"/>
      </w:pPr>
      <w:r>
        <w:rPr>
          <w:rStyle w:val="CommentReference"/>
        </w:rPr>
        <w:annotationRef/>
      </w:r>
      <w:r>
        <w:rPr>
          <w:lang w:val="en-GB"/>
        </w:rPr>
        <w:t>This must be him</w:t>
      </w:r>
    </w:p>
    <w:p w14:paraId="1FF5AC46" w14:textId="77777777" w:rsidR="0064527C" w:rsidRDefault="00000000" w:rsidP="0064527C">
      <w:pPr>
        <w:pStyle w:val="CommentText"/>
      </w:pPr>
      <w:hyperlink r:id="rId13" w:history="1">
        <w:r w:rsidR="0064527C" w:rsidRPr="008D5078">
          <w:rPr>
            <w:rStyle w:val="Hyperlink"/>
            <w:lang w:val="en-GB"/>
          </w:rPr>
          <w:t>https://telaviv.academia.edu/HenryAbramovitch</w:t>
        </w:r>
      </w:hyperlink>
    </w:p>
  </w:comment>
  <w:comment w:id="40" w:author="JJ" w:date="2024-07-29T13:27:00Z" w:initials="J">
    <w:p w14:paraId="228495D8" w14:textId="77777777" w:rsidR="008A0AF6" w:rsidRDefault="008A0AF6" w:rsidP="008A0AF6">
      <w:pPr>
        <w:pStyle w:val="CommentText"/>
      </w:pPr>
      <w:r>
        <w:rPr>
          <w:rStyle w:val="CommentReference"/>
        </w:rPr>
        <w:annotationRef/>
      </w:r>
      <w:r>
        <w:rPr>
          <w:lang w:val="en-GB"/>
        </w:rPr>
        <w:t>This text has been crossed through in penci with a line going to the next page of the notebook</w:t>
      </w:r>
    </w:p>
  </w:comment>
  <w:comment w:id="41" w:author="JJ" w:date="2024-07-31T16:40:00Z" w:initials="J">
    <w:p w14:paraId="4B162202" w14:textId="77777777" w:rsidR="000A05D7" w:rsidRDefault="000A05D7" w:rsidP="000A05D7">
      <w:pPr>
        <w:pStyle w:val="CommentText"/>
      </w:pPr>
      <w:r>
        <w:rPr>
          <w:rStyle w:val="CommentReference"/>
        </w:rPr>
        <w:annotationRef/>
      </w:r>
      <w:r>
        <w:rPr>
          <w:lang w:val="en-GB"/>
        </w:rPr>
        <w:t>This must be Yoram Bilu who was with Edie and Vic and Barbara etc on the Meron trip (the JWA site writes his name incorrectly as Yoran</w:t>
      </w:r>
    </w:p>
    <w:p w14:paraId="2B238C55" w14:textId="77777777" w:rsidR="000A05D7" w:rsidRDefault="000A05D7" w:rsidP="000A05D7">
      <w:pPr>
        <w:pStyle w:val="CommentText"/>
      </w:pPr>
    </w:p>
    <w:p w14:paraId="079DC1D0" w14:textId="77777777" w:rsidR="000A05D7" w:rsidRDefault="00000000" w:rsidP="000A05D7">
      <w:pPr>
        <w:pStyle w:val="CommentText"/>
      </w:pPr>
      <w:hyperlink r:id="rId14" w:history="1">
        <w:r w:rsidR="000A05D7" w:rsidRPr="00637CAC">
          <w:rPr>
            <w:rStyle w:val="Hyperlink"/>
            <w:lang w:val="en-GB"/>
          </w:rPr>
          <w:t>https://jwa.org/media/myerhoff-with-victor-turner-harvey-goldberg-yoran-bilu-and-others-on-pilgrimage-to-meron-israe</w:t>
        </w:r>
      </w:hyperlink>
    </w:p>
  </w:comment>
  <w:comment w:id="42" w:author="JJ" w:date="2024-07-30T13:40:00Z" w:initials="J">
    <w:p w14:paraId="2DF7452B" w14:textId="77777777" w:rsidR="00CE7D92" w:rsidRDefault="00CE7D92" w:rsidP="00CE7D92">
      <w:pPr>
        <w:pStyle w:val="CommentText"/>
      </w:pPr>
      <w:r>
        <w:rPr>
          <w:rStyle w:val="CommentReference"/>
        </w:rPr>
        <w:annotationRef/>
      </w:r>
      <w:r>
        <w:rPr>
          <w:lang w:val="en-GB"/>
        </w:rPr>
        <w:t>NB it is not clear if this is meant to be after “coat”, it could also read “tehillim”</w:t>
      </w:r>
    </w:p>
  </w:comment>
  <w:comment w:id="43" w:author="JJ" w:date="2024-07-30T14:00:00Z" w:initials="J">
    <w:p w14:paraId="059E8BCD" w14:textId="77777777" w:rsidR="00381398" w:rsidRDefault="00381398" w:rsidP="00381398">
      <w:pPr>
        <w:pStyle w:val="CommentText"/>
      </w:pPr>
      <w:r>
        <w:rPr>
          <w:rStyle w:val="CommentReference"/>
        </w:rPr>
        <w:annotationRef/>
      </w:r>
      <w:r>
        <w:rPr>
          <w:lang w:val="en-GB"/>
        </w:rPr>
        <w:t>Circled in pencil</w:t>
      </w:r>
    </w:p>
  </w:comment>
  <w:comment w:id="44" w:author="Susan Doron" w:date="2024-08-11T09:31:00Z" w:initials="SD">
    <w:p w14:paraId="03464EE9" w14:textId="77777777" w:rsidR="006401CB" w:rsidRDefault="006401CB" w:rsidP="006401CB">
      <w:pPr>
        <w:pStyle w:val="CommentText"/>
      </w:pPr>
      <w:r>
        <w:rPr>
          <w:rStyle w:val="CommentReference"/>
        </w:rPr>
        <w:annotationRef/>
      </w:r>
      <w:r>
        <w:t>This is struck out in pencil</w:t>
      </w:r>
    </w:p>
  </w:comment>
  <w:comment w:id="45" w:author="JJ" w:date="2024-07-31T10:34:00Z" w:initials="J">
    <w:p w14:paraId="317DD0BD" w14:textId="563806A2" w:rsidR="00EC571D" w:rsidRDefault="00EC571D" w:rsidP="00EC571D">
      <w:pPr>
        <w:pStyle w:val="CommentText"/>
      </w:pPr>
      <w:r>
        <w:rPr>
          <w:rStyle w:val="CommentReference"/>
        </w:rPr>
        <w:annotationRef/>
      </w:r>
      <w:r>
        <w:rPr>
          <w:lang w:val="en-GB"/>
        </w:rPr>
        <w:t>This section, until the sentence starting “the endless”, is marked KEEP in pencil</w:t>
      </w:r>
    </w:p>
  </w:comment>
  <w:comment w:id="46" w:author="JJ" w:date="2024-07-31T12:59:00Z" w:initials="J">
    <w:p w14:paraId="0398ADAE" w14:textId="77777777" w:rsidR="000A05D7" w:rsidRDefault="00461AF4" w:rsidP="000A05D7">
      <w:pPr>
        <w:pStyle w:val="CommentText"/>
      </w:pPr>
      <w:r>
        <w:rPr>
          <w:rStyle w:val="CommentReference"/>
        </w:rPr>
        <w:annotationRef/>
      </w:r>
      <w:r w:rsidR="000A05D7">
        <w:rPr>
          <w:lang w:val="en-GB"/>
        </w:rPr>
        <w:t xml:space="preserve">This is most likely Barbara who was there with Edie and Vic </w:t>
      </w:r>
    </w:p>
  </w:comment>
  <w:comment w:id="47" w:author="JJ" w:date="2024-07-31T13:01:00Z" w:initials="J">
    <w:p w14:paraId="6DE72AFF" w14:textId="11B9CF34" w:rsidR="0085604A" w:rsidRDefault="0085604A" w:rsidP="0085604A">
      <w:pPr>
        <w:pStyle w:val="CommentText"/>
      </w:pPr>
      <w:r>
        <w:rPr>
          <w:rStyle w:val="CommentReference"/>
        </w:rPr>
        <w:annotationRef/>
      </w:r>
      <w:r>
        <w:rPr>
          <w:lang w:val="en-GB"/>
        </w:rPr>
        <w:t>This is marked “Cut” in pencil</w:t>
      </w:r>
    </w:p>
  </w:comment>
  <w:comment w:id="48" w:author="JJ" w:date="2024-07-31T13:23:00Z" w:initials="J">
    <w:p w14:paraId="1E50E61B" w14:textId="77777777" w:rsidR="00B7212B" w:rsidRDefault="00B7212B" w:rsidP="00B7212B">
      <w:pPr>
        <w:pStyle w:val="CommentText"/>
      </w:pPr>
      <w:r>
        <w:rPr>
          <w:rStyle w:val="CommentReference"/>
        </w:rPr>
        <w:annotationRef/>
      </w:r>
      <w:hyperlink r:id="rId15" w:history="1">
        <w:r w:rsidRPr="00171225">
          <w:rPr>
            <w:rStyle w:val="Hyperlink"/>
          </w:rPr>
          <w:t>https://en.wikipedia.org/wiki/Menachem_Friedman</w:t>
        </w:r>
      </w:hyperlink>
    </w:p>
    <w:p w14:paraId="209864BD" w14:textId="77777777" w:rsidR="00B7212B" w:rsidRDefault="00B7212B" w:rsidP="00B7212B">
      <w:pPr>
        <w:pStyle w:val="CommentText"/>
      </w:pPr>
    </w:p>
    <w:p w14:paraId="7E46E28D" w14:textId="77777777" w:rsidR="00B7212B" w:rsidRDefault="00B7212B" w:rsidP="00B7212B">
      <w:pPr>
        <w:pStyle w:val="CommentText"/>
      </w:pPr>
      <w:r>
        <w:t>I assume this must be him</w:t>
      </w:r>
    </w:p>
  </w:comment>
  <w:comment w:id="49" w:author="JJ" w:date="2024-07-31T13:25:00Z" w:initials="J">
    <w:p w14:paraId="1D00D57F" w14:textId="77777777" w:rsidR="00B7212B" w:rsidRDefault="00B7212B" w:rsidP="00B7212B">
      <w:pPr>
        <w:pStyle w:val="CommentText"/>
      </w:pPr>
      <w:r>
        <w:rPr>
          <w:rStyle w:val="CommentReference"/>
        </w:rPr>
        <w:annotationRef/>
      </w:r>
      <w:hyperlink r:id="rId16" w:history="1">
        <w:r w:rsidRPr="0003448B">
          <w:rPr>
            <w:rStyle w:val="Hyperlink"/>
          </w:rPr>
          <w:t>https://il.linkedin.com/in/sam-cooper-20074725</w:t>
        </w:r>
      </w:hyperlink>
    </w:p>
  </w:comment>
  <w:comment w:id="50" w:author="JJ" w:date="2024-07-31T13:26:00Z" w:initials="J">
    <w:p w14:paraId="25C3E390" w14:textId="77777777" w:rsidR="00B7212B" w:rsidRDefault="00B7212B" w:rsidP="00B7212B">
      <w:pPr>
        <w:pStyle w:val="CommentText"/>
      </w:pPr>
      <w:r>
        <w:rPr>
          <w:rStyle w:val="CommentReference"/>
        </w:rPr>
        <w:annotationRef/>
      </w:r>
      <w:hyperlink r:id="rId17" w:history="1">
        <w:r w:rsidRPr="00176A4B">
          <w:rPr>
            <w:rStyle w:val="Hyperlink"/>
          </w:rPr>
          <w:t>https://thenew.institute/en/people/richard-hecht</w:t>
        </w:r>
      </w:hyperlink>
    </w:p>
  </w:comment>
  <w:comment w:id="51" w:author="JJ" w:date="2024-07-31T13:27:00Z" w:initials="J">
    <w:p w14:paraId="21BFA62C" w14:textId="77777777" w:rsidR="00041736" w:rsidRDefault="00041736" w:rsidP="00041736">
      <w:pPr>
        <w:pStyle w:val="CommentText"/>
      </w:pPr>
      <w:r>
        <w:rPr>
          <w:rStyle w:val="CommentReference"/>
        </w:rPr>
        <w:annotationRef/>
      </w:r>
      <w:hyperlink r:id="rId18" w:history="1">
        <w:r w:rsidRPr="003F59E3">
          <w:rPr>
            <w:rStyle w:val="Hyperlink"/>
          </w:rPr>
          <w:t>https://anthro.rutgers.edu/people/emeritus-faculty/107-myron-aronoff</w:t>
        </w:r>
      </w:hyperlink>
    </w:p>
  </w:comment>
  <w:comment w:id="52" w:author="JJ" w:date="2024-08-01T15:25:00Z" w:initials="J">
    <w:p w14:paraId="510909B3" w14:textId="77777777" w:rsidR="00411B41" w:rsidRDefault="00411B41" w:rsidP="00411B41">
      <w:pPr>
        <w:pStyle w:val="CommentText"/>
      </w:pPr>
      <w:r>
        <w:rPr>
          <w:rStyle w:val="CommentReference"/>
        </w:rPr>
        <w:annotationRef/>
      </w:r>
      <w:r>
        <w:rPr>
          <w:lang w:val="en-GB"/>
        </w:rPr>
        <w:t>Not sure if I have read this correctly but I cannot find a writer with this name online</w:t>
      </w:r>
    </w:p>
  </w:comment>
  <w:comment w:id="53" w:author="JJ" w:date="2024-08-01T08:32:00Z" w:initials="J">
    <w:p w14:paraId="25549FF9" w14:textId="2B806E1B" w:rsidR="004F7473" w:rsidRDefault="004F7473" w:rsidP="004F7473">
      <w:pPr>
        <w:pStyle w:val="CommentText"/>
      </w:pPr>
      <w:r>
        <w:rPr>
          <w:rStyle w:val="CommentReference"/>
        </w:rPr>
        <w:annotationRef/>
      </w:r>
      <w:hyperlink r:id="rId19" w:history="1">
        <w:r w:rsidRPr="00D32116">
          <w:rPr>
            <w:rStyle w:val="Hyperlink"/>
          </w:rPr>
          <w:t>https://en.wikipedia.org/wiki/Joseph_Ginat</w:t>
        </w:r>
      </w:hyperlink>
    </w:p>
  </w:comment>
  <w:comment w:id="54" w:author="JJ" w:date="2024-08-01T08:53:00Z" w:initials="J">
    <w:p w14:paraId="2A5FE2DA" w14:textId="77777777" w:rsidR="00D3525D" w:rsidRDefault="00D3525D" w:rsidP="00D3525D">
      <w:pPr>
        <w:pStyle w:val="CommentText"/>
      </w:pPr>
      <w:r>
        <w:rPr>
          <w:rStyle w:val="CommentReference"/>
        </w:rPr>
        <w:annotationRef/>
      </w:r>
      <w:r>
        <w:rPr>
          <w:lang w:val="en-GB"/>
        </w:rPr>
        <w:t>It seems this was a tajweed class.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2A74869D" w15:done="0"/>
  <w15:commentEx w15:paraId="0F4971D7" w15:done="0"/>
  <w15:commentEx w15:paraId="68BF35B8" w15:done="0"/>
  <w15:commentEx w15:paraId="77BF7EEF" w15:done="0"/>
  <w15:commentEx w15:paraId="02D1A27C" w15:done="0"/>
  <w15:commentEx w15:paraId="3DA62337" w15:done="0"/>
  <w15:commentEx w15:paraId="16B12684" w15:done="0"/>
  <w15:commentEx w15:paraId="100F676B" w15:done="0"/>
  <w15:commentEx w15:paraId="02BE4872" w15:done="0"/>
  <w15:commentEx w15:paraId="113A1115" w15:done="0"/>
  <w15:commentEx w15:paraId="4924902A" w15:done="0"/>
  <w15:commentEx w15:paraId="5A4F0B8F" w15:done="0"/>
  <w15:commentEx w15:paraId="2F66C169" w15:done="0"/>
  <w15:commentEx w15:paraId="5B1712D1" w15:done="0"/>
  <w15:commentEx w15:paraId="42F06BB1" w15:done="0"/>
  <w15:commentEx w15:paraId="5A8CBFC4" w15:done="0"/>
  <w15:commentEx w15:paraId="5702167A" w15:done="0"/>
  <w15:commentEx w15:paraId="22153F55" w15:done="0"/>
  <w15:commentEx w15:paraId="4C6797C0" w15:done="0"/>
  <w15:commentEx w15:paraId="05133F19" w15:done="0"/>
  <w15:commentEx w15:paraId="4F777A05" w15:done="0"/>
  <w15:commentEx w15:paraId="46EC03F1" w15:done="0"/>
  <w15:commentEx w15:paraId="435765AE" w15:done="0"/>
  <w15:commentEx w15:paraId="633A560B" w15:done="0"/>
  <w15:commentEx w15:paraId="1CD4913F" w15:done="0"/>
  <w15:commentEx w15:paraId="24584E44" w15:done="0"/>
  <w15:commentEx w15:paraId="0E112675" w15:done="0"/>
  <w15:commentEx w15:paraId="339969D0" w15:done="0"/>
  <w15:commentEx w15:paraId="47F089A1" w15:done="0"/>
  <w15:commentEx w15:paraId="667AE2A6" w15:done="0"/>
  <w15:commentEx w15:paraId="309A6057" w15:done="0"/>
  <w15:commentEx w15:paraId="0741CC48" w15:done="0"/>
  <w15:commentEx w15:paraId="40B5C68B" w15:done="0"/>
  <w15:commentEx w15:paraId="33572CBB" w15:done="0"/>
  <w15:commentEx w15:paraId="230FD759" w15:done="0"/>
  <w15:commentEx w15:paraId="0BAD6823" w15:done="0"/>
  <w15:commentEx w15:paraId="5503E23C" w15:done="0"/>
  <w15:commentEx w15:paraId="5E530B0E" w15:done="0"/>
  <w15:commentEx w15:paraId="1FF5AC46" w15:done="0"/>
  <w15:commentEx w15:paraId="228495D8" w15:done="0"/>
  <w15:commentEx w15:paraId="079DC1D0" w15:done="0"/>
  <w15:commentEx w15:paraId="2DF7452B" w15:done="0"/>
  <w15:commentEx w15:paraId="059E8BCD" w15:done="0"/>
  <w15:commentEx w15:paraId="03464EE9" w15:done="0"/>
  <w15:commentEx w15:paraId="317DD0BD" w15:done="0"/>
  <w15:commentEx w15:paraId="0398ADAE" w15:done="0"/>
  <w15:commentEx w15:paraId="6DE72AFF" w15:done="0"/>
  <w15:commentEx w15:paraId="7E46E28D" w15:done="0"/>
  <w15:commentEx w15:paraId="1D00D57F" w15:done="0"/>
  <w15:commentEx w15:paraId="25C3E390" w15:done="0"/>
  <w15:commentEx w15:paraId="21BFA62C" w15:done="0"/>
  <w15:commentEx w15:paraId="510909B3" w15:done="0"/>
  <w15:commentEx w15:paraId="25549FF9" w15:done="0"/>
  <w15:commentEx w15:paraId="2A5FE2D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03D09F4C" w16cex:dateUtc="2024-08-01T12:55:00Z"/>
  <w16cex:commentExtensible w16cex:durableId="6AA90311" w16cex:dateUtc="2024-07-28T18:45:00Z"/>
  <w16cex:commentExtensible w16cex:durableId="5042AFC5" w16cex:dateUtc="2024-08-01T13:03:00Z"/>
  <w16cex:commentExtensible w16cex:durableId="67ABC3B1" w16cex:dateUtc="2024-07-27T15:38:00Z"/>
  <w16cex:commentExtensible w16cex:durableId="768620C8" w16cex:dateUtc="2024-08-01T12:57:00Z"/>
  <w16cex:commentExtensible w16cex:durableId="6790B712" w16cex:dateUtc="2024-07-27T15:26:00Z"/>
  <w16cex:commentExtensible w16cex:durableId="355A22AE" w16cex:dateUtc="2024-07-26T13:03:00Z"/>
  <w16cex:commentExtensible w16cex:durableId="3929B2C3" w16cex:dateUtc="2024-07-27T15:29:00Z"/>
  <w16cex:commentExtensible w16cex:durableId="558C6BCD" w16cex:dateUtc="2024-07-27T15:46:00Z"/>
  <w16cex:commentExtensible w16cex:durableId="44214B9B" w16cex:dateUtc="2024-07-27T15:40:00Z"/>
  <w16cex:commentExtensible w16cex:durableId="26C5821F" w16cex:dateUtc="2024-07-27T15:42:00Z"/>
  <w16cex:commentExtensible w16cex:durableId="0680C165" w16cex:dateUtc="2024-07-30T20:01:00Z"/>
  <w16cex:commentExtensible w16cex:durableId="5CADCF0F" w16cex:dateUtc="2024-08-01T09:27:00Z"/>
  <w16cex:commentExtensible w16cex:durableId="5968CEA8" w16cex:dateUtc="2024-07-26T08:44:00Z"/>
  <w16cex:commentExtensible w16cex:durableId="777D9B3D" w16cex:dateUtc="2024-07-30T12:45:00Z"/>
  <w16cex:commentExtensible w16cex:durableId="4F64B54D" w16cex:dateUtc="2024-07-30T12:46:00Z"/>
  <w16cex:commentExtensible w16cex:durableId="256F5F30" w16cex:dateUtc="2024-08-01T08:16:00Z"/>
  <w16cex:commentExtensible w16cex:durableId="52FC6B7F" w16cex:dateUtc="2024-07-30T12:48:00Z"/>
  <w16cex:commentExtensible w16cex:durableId="757CC5FA" w16cex:dateUtc="2024-07-30T12:49:00Z"/>
  <w16cex:commentExtensible w16cex:durableId="473A289C" w16cex:dateUtc="2024-07-30T12:51:00Z"/>
  <w16cex:commentExtensible w16cex:durableId="618417A6" w16cex:dateUtc="2024-07-26T13:08:00Z"/>
  <w16cex:commentExtensible w16cex:durableId="25E91B27" w16cex:dateUtc="2024-07-26T13:11:00Z"/>
  <w16cex:commentExtensible w16cex:durableId="40BB18BB" w16cex:dateUtc="2024-07-26T15:09:00Z"/>
  <w16cex:commentExtensible w16cex:durableId="206D6AA1" w16cex:dateUtc="2024-07-27T15:58:00Z"/>
  <w16cex:commentExtensible w16cex:durableId="5D73D062" w16cex:dateUtc="2024-07-26T15:26:00Z"/>
  <w16cex:commentExtensible w16cex:durableId="1AB8F882" w16cex:dateUtc="2024-07-26T14:58:00Z"/>
  <w16cex:commentExtensible w16cex:durableId="2C26FA85" w16cex:dateUtc="2024-07-26T15:06:00Z"/>
  <w16cex:commentExtensible w16cex:durableId="6CCBC2C9" w16cex:dateUtc="2024-07-27T16:00:00Z"/>
  <w16cex:commentExtensible w16cex:durableId="1ACC3B74" w16cex:dateUtc="2024-08-01T13:57:00Z"/>
  <w16cex:commentExtensible w16cex:durableId="0885B82F" w16cex:dateUtc="2024-07-27T15:12:00Z"/>
  <w16cex:commentExtensible w16cex:durableId="59CDBABF" w16cex:dateUtc="2024-07-27T15:21:00Z"/>
  <w16cex:commentExtensible w16cex:durableId="16EA1167" w16cex:dateUtc="2024-08-11T05:48:00Z"/>
  <w16cex:commentExtensible w16cex:durableId="6BD33BA4" w16cex:dateUtc="2024-08-11T05:49:00Z"/>
  <w16cex:commentExtensible w16cex:durableId="6D37CA88" w16cex:dateUtc="2024-08-11T05:50:00Z"/>
  <w16cex:commentExtensible w16cex:durableId="19511F6C" w16cex:dateUtc="2024-07-27T18:47:00Z"/>
  <w16cex:commentExtensible w16cex:durableId="4BCEFE73" w16cex:dateUtc="2024-07-27T18:48:00Z"/>
  <w16cex:commentExtensible w16cex:durableId="127EDDB8" w16cex:dateUtc="2024-08-11T05:53:00Z"/>
  <w16cex:commentExtensible w16cex:durableId="62EEC8E8" w16cex:dateUtc="2024-07-31T15:45:00Z"/>
  <w16cex:commentExtensible w16cex:durableId="103227E4" w16cex:dateUtc="2024-07-28T13:34:00Z"/>
  <w16cex:commentExtensible w16cex:durableId="05709095" w16cex:dateUtc="2024-07-29T12:27:00Z"/>
  <w16cex:commentExtensible w16cex:durableId="0F15523F" w16cex:dateUtc="2024-07-31T15:40:00Z"/>
  <w16cex:commentExtensible w16cex:durableId="502B368C" w16cex:dateUtc="2024-07-30T12:40:00Z"/>
  <w16cex:commentExtensible w16cex:durableId="232EF11C" w16cex:dateUtc="2024-07-30T13:00:00Z"/>
  <w16cex:commentExtensible w16cex:durableId="4A99F356" w16cex:dateUtc="2024-08-11T06:31:00Z"/>
  <w16cex:commentExtensible w16cex:durableId="3A38E061" w16cex:dateUtc="2024-07-31T09:34:00Z"/>
  <w16cex:commentExtensible w16cex:durableId="1112B0A0" w16cex:dateUtc="2024-07-31T11:59:00Z"/>
  <w16cex:commentExtensible w16cex:durableId="0E877302" w16cex:dateUtc="2024-07-31T12:01:00Z"/>
  <w16cex:commentExtensible w16cex:durableId="5298A0C6" w16cex:dateUtc="2024-07-31T12:23:00Z"/>
  <w16cex:commentExtensible w16cex:durableId="4175E2BA" w16cex:dateUtc="2024-07-31T12:25:00Z"/>
  <w16cex:commentExtensible w16cex:durableId="1CA1D402" w16cex:dateUtc="2024-07-31T12:26:00Z"/>
  <w16cex:commentExtensible w16cex:durableId="2BFF1AE6" w16cex:dateUtc="2024-07-31T12:27:00Z"/>
  <w16cex:commentExtensible w16cex:durableId="1A880C68" w16cex:dateUtc="2024-08-01T14:25:00Z"/>
  <w16cex:commentExtensible w16cex:durableId="3CB668F1" w16cex:dateUtc="2024-08-01T07:32:00Z"/>
  <w16cex:commentExtensible w16cex:durableId="2A05AC13" w16cex:dateUtc="2024-08-01T07:5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2A74869D" w16cid:durableId="03D09F4C"/>
  <w16cid:commentId w16cid:paraId="0F4971D7" w16cid:durableId="6AA90311"/>
  <w16cid:commentId w16cid:paraId="68BF35B8" w16cid:durableId="5042AFC5"/>
  <w16cid:commentId w16cid:paraId="77BF7EEF" w16cid:durableId="67ABC3B1"/>
  <w16cid:commentId w16cid:paraId="02D1A27C" w16cid:durableId="768620C8"/>
  <w16cid:commentId w16cid:paraId="3DA62337" w16cid:durableId="6790B712"/>
  <w16cid:commentId w16cid:paraId="16B12684" w16cid:durableId="355A22AE"/>
  <w16cid:commentId w16cid:paraId="100F676B" w16cid:durableId="3929B2C3"/>
  <w16cid:commentId w16cid:paraId="02BE4872" w16cid:durableId="558C6BCD"/>
  <w16cid:commentId w16cid:paraId="113A1115" w16cid:durableId="44214B9B"/>
  <w16cid:commentId w16cid:paraId="4924902A" w16cid:durableId="26C5821F"/>
  <w16cid:commentId w16cid:paraId="5A4F0B8F" w16cid:durableId="0680C165"/>
  <w16cid:commentId w16cid:paraId="2F66C169" w16cid:durableId="5CADCF0F"/>
  <w16cid:commentId w16cid:paraId="5B1712D1" w16cid:durableId="5968CEA8"/>
  <w16cid:commentId w16cid:paraId="42F06BB1" w16cid:durableId="777D9B3D"/>
  <w16cid:commentId w16cid:paraId="5A8CBFC4" w16cid:durableId="4F64B54D"/>
  <w16cid:commentId w16cid:paraId="5702167A" w16cid:durableId="256F5F30"/>
  <w16cid:commentId w16cid:paraId="22153F55" w16cid:durableId="52FC6B7F"/>
  <w16cid:commentId w16cid:paraId="4C6797C0" w16cid:durableId="757CC5FA"/>
  <w16cid:commentId w16cid:paraId="05133F19" w16cid:durableId="473A289C"/>
  <w16cid:commentId w16cid:paraId="4F777A05" w16cid:durableId="618417A6"/>
  <w16cid:commentId w16cid:paraId="46EC03F1" w16cid:durableId="25E91B27"/>
  <w16cid:commentId w16cid:paraId="435765AE" w16cid:durableId="40BB18BB"/>
  <w16cid:commentId w16cid:paraId="633A560B" w16cid:durableId="206D6AA1"/>
  <w16cid:commentId w16cid:paraId="1CD4913F" w16cid:durableId="5D73D062"/>
  <w16cid:commentId w16cid:paraId="24584E44" w16cid:durableId="1AB8F882"/>
  <w16cid:commentId w16cid:paraId="0E112675" w16cid:durableId="2C26FA85"/>
  <w16cid:commentId w16cid:paraId="339969D0" w16cid:durableId="6CCBC2C9"/>
  <w16cid:commentId w16cid:paraId="47F089A1" w16cid:durableId="1ACC3B74"/>
  <w16cid:commentId w16cid:paraId="667AE2A6" w16cid:durableId="0885B82F"/>
  <w16cid:commentId w16cid:paraId="309A6057" w16cid:durableId="59CDBABF"/>
  <w16cid:commentId w16cid:paraId="0741CC48" w16cid:durableId="16EA1167"/>
  <w16cid:commentId w16cid:paraId="40B5C68B" w16cid:durableId="6BD33BA4"/>
  <w16cid:commentId w16cid:paraId="33572CBB" w16cid:durableId="6D37CA88"/>
  <w16cid:commentId w16cid:paraId="230FD759" w16cid:durableId="19511F6C"/>
  <w16cid:commentId w16cid:paraId="0BAD6823" w16cid:durableId="4BCEFE73"/>
  <w16cid:commentId w16cid:paraId="5503E23C" w16cid:durableId="127EDDB8"/>
  <w16cid:commentId w16cid:paraId="5E530B0E" w16cid:durableId="62EEC8E8"/>
  <w16cid:commentId w16cid:paraId="1FF5AC46" w16cid:durableId="103227E4"/>
  <w16cid:commentId w16cid:paraId="228495D8" w16cid:durableId="05709095"/>
  <w16cid:commentId w16cid:paraId="079DC1D0" w16cid:durableId="0F15523F"/>
  <w16cid:commentId w16cid:paraId="2DF7452B" w16cid:durableId="502B368C"/>
  <w16cid:commentId w16cid:paraId="059E8BCD" w16cid:durableId="232EF11C"/>
  <w16cid:commentId w16cid:paraId="03464EE9" w16cid:durableId="4A99F356"/>
  <w16cid:commentId w16cid:paraId="317DD0BD" w16cid:durableId="3A38E061"/>
  <w16cid:commentId w16cid:paraId="0398ADAE" w16cid:durableId="1112B0A0"/>
  <w16cid:commentId w16cid:paraId="6DE72AFF" w16cid:durableId="0E877302"/>
  <w16cid:commentId w16cid:paraId="7E46E28D" w16cid:durableId="5298A0C6"/>
  <w16cid:commentId w16cid:paraId="1D00D57F" w16cid:durableId="4175E2BA"/>
  <w16cid:commentId w16cid:paraId="25C3E390" w16cid:durableId="1CA1D402"/>
  <w16cid:commentId w16cid:paraId="21BFA62C" w16cid:durableId="2BFF1AE6"/>
  <w16cid:commentId w16cid:paraId="510909B3" w16cid:durableId="1A880C68"/>
  <w16cid:commentId w16cid:paraId="25549FF9" w16cid:durableId="3CB668F1"/>
  <w16cid:commentId w16cid:paraId="2A5FE2DA" w16cid:durableId="2A05AC1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27244B" w14:textId="77777777" w:rsidR="00E0230D" w:rsidRDefault="00E0230D" w:rsidP="00B14378">
      <w:pPr>
        <w:spacing w:after="0" w:line="240" w:lineRule="auto"/>
      </w:pPr>
      <w:r>
        <w:separator/>
      </w:r>
    </w:p>
  </w:endnote>
  <w:endnote w:type="continuationSeparator" w:id="0">
    <w:p w14:paraId="59D95F7E" w14:textId="77777777" w:rsidR="00E0230D" w:rsidRDefault="00E0230D" w:rsidP="00B143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899E28" w14:textId="77777777" w:rsidR="00E0230D" w:rsidRDefault="00E0230D" w:rsidP="00B14378">
      <w:pPr>
        <w:spacing w:after="0" w:line="240" w:lineRule="auto"/>
      </w:pPr>
      <w:r>
        <w:separator/>
      </w:r>
    </w:p>
  </w:footnote>
  <w:footnote w:type="continuationSeparator" w:id="0">
    <w:p w14:paraId="718B4AB0" w14:textId="77777777" w:rsidR="00E0230D" w:rsidRDefault="00E0230D" w:rsidP="00B143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1" type="#_x0000_t75" style="width:31.65pt;height:22.55pt;visibility:visible;mso-wrap-style:square" o:bullet="t">
        <v:imagedata r:id="rId1" o:title=""/>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15285E19"/>
    <w:multiLevelType w:val="hybridMultilevel"/>
    <w:tmpl w:val="8F925B62"/>
    <w:lvl w:ilvl="0" w:tplc="08090001">
      <w:start w:val="5"/>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F752912"/>
    <w:multiLevelType w:val="hybridMultilevel"/>
    <w:tmpl w:val="7292BF70"/>
    <w:lvl w:ilvl="0" w:tplc="08090001">
      <w:start w:val="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FD3250D"/>
    <w:multiLevelType w:val="hybridMultilevel"/>
    <w:tmpl w:val="11AC6988"/>
    <w:lvl w:ilvl="0" w:tplc="08090001">
      <w:start w:val="4"/>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791221C"/>
    <w:multiLevelType w:val="hybridMultilevel"/>
    <w:tmpl w:val="4CBEA75E"/>
    <w:lvl w:ilvl="0" w:tplc="59D013E2">
      <w:start w:val="48"/>
      <w:numFmt w:val="bullet"/>
      <w:lvlText w:val=""/>
      <w:lvlJc w:val="left"/>
      <w:pPr>
        <w:ind w:left="720" w:hanging="360"/>
      </w:pPr>
      <w:rPr>
        <w:rFonts w:ascii="Symbol" w:eastAsiaTheme="minorEastAsia" w:hAnsi="Symbol" w:cstheme="minorBidi" w:hint="default"/>
        <w:sz w:val="1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31B2DEE"/>
    <w:multiLevelType w:val="hybridMultilevel"/>
    <w:tmpl w:val="47226A06"/>
    <w:lvl w:ilvl="0" w:tplc="08090001">
      <w:start w:val="4"/>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04080879">
    <w:abstractNumId w:val="8"/>
  </w:num>
  <w:num w:numId="2" w16cid:durableId="1186865211">
    <w:abstractNumId w:val="6"/>
  </w:num>
  <w:num w:numId="3" w16cid:durableId="125271698">
    <w:abstractNumId w:val="5"/>
  </w:num>
  <w:num w:numId="4" w16cid:durableId="2020037187">
    <w:abstractNumId w:val="4"/>
  </w:num>
  <w:num w:numId="5" w16cid:durableId="35934903">
    <w:abstractNumId w:val="7"/>
  </w:num>
  <w:num w:numId="6" w16cid:durableId="751971975">
    <w:abstractNumId w:val="3"/>
  </w:num>
  <w:num w:numId="7" w16cid:durableId="1307861354">
    <w:abstractNumId w:val="2"/>
  </w:num>
  <w:num w:numId="8" w16cid:durableId="1913615214">
    <w:abstractNumId w:val="1"/>
  </w:num>
  <w:num w:numId="9" w16cid:durableId="2036492852">
    <w:abstractNumId w:val="0"/>
  </w:num>
  <w:num w:numId="10" w16cid:durableId="1160080368">
    <w:abstractNumId w:val="12"/>
  </w:num>
  <w:num w:numId="11" w16cid:durableId="1261913834">
    <w:abstractNumId w:val="10"/>
  </w:num>
  <w:num w:numId="12" w16cid:durableId="669867331">
    <w:abstractNumId w:val="13"/>
  </w:num>
  <w:num w:numId="13" w16cid:durableId="1840851677">
    <w:abstractNumId w:val="11"/>
  </w:num>
  <w:num w:numId="14" w16cid:durableId="872226248">
    <w:abstractNumId w:val="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JJ">
    <w15:presenceInfo w15:providerId="None" w15:userId="JJ"/>
  </w15:person>
  <w15:person w15:author="Susan Doron">
    <w15:presenceInfo w15:providerId="Windows Live" w15:userId="24c3da875b95a5e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zO0MDU1sLQ0N7c0MjNU0lEKTi0uzszPAykwqgUA8PJE0ywAAAA="/>
  </w:docVars>
  <w:rsids>
    <w:rsidRoot w:val="00B47730"/>
    <w:rsid w:val="00000AEE"/>
    <w:rsid w:val="00001341"/>
    <w:rsid w:val="0000173F"/>
    <w:rsid w:val="00005514"/>
    <w:rsid w:val="00010398"/>
    <w:rsid w:val="00016307"/>
    <w:rsid w:val="00031404"/>
    <w:rsid w:val="00032C0C"/>
    <w:rsid w:val="00034616"/>
    <w:rsid w:val="00036E35"/>
    <w:rsid w:val="00041736"/>
    <w:rsid w:val="000446DE"/>
    <w:rsid w:val="0006063C"/>
    <w:rsid w:val="00060A47"/>
    <w:rsid w:val="00070477"/>
    <w:rsid w:val="00072D11"/>
    <w:rsid w:val="00074037"/>
    <w:rsid w:val="000840A7"/>
    <w:rsid w:val="00097618"/>
    <w:rsid w:val="000A05D7"/>
    <w:rsid w:val="000A1E7A"/>
    <w:rsid w:val="000A5C70"/>
    <w:rsid w:val="000B510F"/>
    <w:rsid w:val="000C5E9E"/>
    <w:rsid w:val="000E53CE"/>
    <w:rsid w:val="000F1391"/>
    <w:rsid w:val="00106536"/>
    <w:rsid w:val="00117F2A"/>
    <w:rsid w:val="00132423"/>
    <w:rsid w:val="00136979"/>
    <w:rsid w:val="001501AC"/>
    <w:rsid w:val="0015074B"/>
    <w:rsid w:val="00155345"/>
    <w:rsid w:val="00171AFF"/>
    <w:rsid w:val="00175D38"/>
    <w:rsid w:val="001766C6"/>
    <w:rsid w:val="00184CB2"/>
    <w:rsid w:val="00192068"/>
    <w:rsid w:val="00193669"/>
    <w:rsid w:val="001A04CD"/>
    <w:rsid w:val="001B2882"/>
    <w:rsid w:val="001C406E"/>
    <w:rsid w:val="001E1307"/>
    <w:rsid w:val="001E36CE"/>
    <w:rsid w:val="001E5946"/>
    <w:rsid w:val="001E62DC"/>
    <w:rsid w:val="001E7429"/>
    <w:rsid w:val="00200BA5"/>
    <w:rsid w:val="00210C28"/>
    <w:rsid w:val="00214CE9"/>
    <w:rsid w:val="00217562"/>
    <w:rsid w:val="00230EE2"/>
    <w:rsid w:val="002346FC"/>
    <w:rsid w:val="0024087E"/>
    <w:rsid w:val="00240B1C"/>
    <w:rsid w:val="0024431A"/>
    <w:rsid w:val="00246E98"/>
    <w:rsid w:val="002504EA"/>
    <w:rsid w:val="002669AA"/>
    <w:rsid w:val="00270D67"/>
    <w:rsid w:val="00281BAC"/>
    <w:rsid w:val="002831AA"/>
    <w:rsid w:val="00291708"/>
    <w:rsid w:val="0029639D"/>
    <w:rsid w:val="002A527D"/>
    <w:rsid w:val="002A5E4E"/>
    <w:rsid w:val="002A6964"/>
    <w:rsid w:val="002A7D3C"/>
    <w:rsid w:val="002B0296"/>
    <w:rsid w:val="002B15F4"/>
    <w:rsid w:val="002B63C0"/>
    <w:rsid w:val="002C187B"/>
    <w:rsid w:val="002C70B1"/>
    <w:rsid w:val="002D6718"/>
    <w:rsid w:val="002E78A9"/>
    <w:rsid w:val="002F1BC8"/>
    <w:rsid w:val="00302E0B"/>
    <w:rsid w:val="00303962"/>
    <w:rsid w:val="00326F90"/>
    <w:rsid w:val="003322DF"/>
    <w:rsid w:val="00337242"/>
    <w:rsid w:val="0033752F"/>
    <w:rsid w:val="00345D9F"/>
    <w:rsid w:val="00354C3E"/>
    <w:rsid w:val="00361ED6"/>
    <w:rsid w:val="00370C11"/>
    <w:rsid w:val="0038102D"/>
    <w:rsid w:val="00381398"/>
    <w:rsid w:val="003928AC"/>
    <w:rsid w:val="003A0825"/>
    <w:rsid w:val="003A15D9"/>
    <w:rsid w:val="003B0F72"/>
    <w:rsid w:val="003C2682"/>
    <w:rsid w:val="003D2CDE"/>
    <w:rsid w:val="003F09AC"/>
    <w:rsid w:val="003F0DE8"/>
    <w:rsid w:val="003F3A80"/>
    <w:rsid w:val="00400DBA"/>
    <w:rsid w:val="00403857"/>
    <w:rsid w:val="00411B41"/>
    <w:rsid w:val="004223B2"/>
    <w:rsid w:val="004231EC"/>
    <w:rsid w:val="00440CBE"/>
    <w:rsid w:val="00441C06"/>
    <w:rsid w:val="00447EAF"/>
    <w:rsid w:val="0045540B"/>
    <w:rsid w:val="004570EA"/>
    <w:rsid w:val="00461AF4"/>
    <w:rsid w:val="0046709D"/>
    <w:rsid w:val="004836A9"/>
    <w:rsid w:val="00484DED"/>
    <w:rsid w:val="00484F4D"/>
    <w:rsid w:val="0049142A"/>
    <w:rsid w:val="004A04EE"/>
    <w:rsid w:val="004A4993"/>
    <w:rsid w:val="004A7544"/>
    <w:rsid w:val="004B147A"/>
    <w:rsid w:val="004B3EA3"/>
    <w:rsid w:val="004B69D3"/>
    <w:rsid w:val="004C34D2"/>
    <w:rsid w:val="004C5000"/>
    <w:rsid w:val="004D4CC3"/>
    <w:rsid w:val="004E7AF6"/>
    <w:rsid w:val="004F0C79"/>
    <w:rsid w:val="004F3CC3"/>
    <w:rsid w:val="004F7458"/>
    <w:rsid w:val="004F7473"/>
    <w:rsid w:val="00502657"/>
    <w:rsid w:val="00504248"/>
    <w:rsid w:val="00505B78"/>
    <w:rsid w:val="00510E58"/>
    <w:rsid w:val="005110E2"/>
    <w:rsid w:val="00520468"/>
    <w:rsid w:val="00527722"/>
    <w:rsid w:val="00527FAB"/>
    <w:rsid w:val="00532ECD"/>
    <w:rsid w:val="00533F4D"/>
    <w:rsid w:val="00533FB9"/>
    <w:rsid w:val="00541C3F"/>
    <w:rsid w:val="00542A3B"/>
    <w:rsid w:val="00554D86"/>
    <w:rsid w:val="0056619D"/>
    <w:rsid w:val="00570476"/>
    <w:rsid w:val="00570EF1"/>
    <w:rsid w:val="005908F7"/>
    <w:rsid w:val="00593570"/>
    <w:rsid w:val="00594ED1"/>
    <w:rsid w:val="00596359"/>
    <w:rsid w:val="005B3CAA"/>
    <w:rsid w:val="005B5DD4"/>
    <w:rsid w:val="005B67C5"/>
    <w:rsid w:val="005C0972"/>
    <w:rsid w:val="005C372D"/>
    <w:rsid w:val="005D1E27"/>
    <w:rsid w:val="005F7CF0"/>
    <w:rsid w:val="00606290"/>
    <w:rsid w:val="00634A26"/>
    <w:rsid w:val="0063623E"/>
    <w:rsid w:val="006401CB"/>
    <w:rsid w:val="0064379D"/>
    <w:rsid w:val="0064527C"/>
    <w:rsid w:val="00646B13"/>
    <w:rsid w:val="006546F8"/>
    <w:rsid w:val="0065563C"/>
    <w:rsid w:val="006615AC"/>
    <w:rsid w:val="00661914"/>
    <w:rsid w:val="006735FD"/>
    <w:rsid w:val="00674246"/>
    <w:rsid w:val="00674E4F"/>
    <w:rsid w:val="0068289A"/>
    <w:rsid w:val="00693E1D"/>
    <w:rsid w:val="00697D4E"/>
    <w:rsid w:val="006A2D0B"/>
    <w:rsid w:val="006A2FF0"/>
    <w:rsid w:val="006B11D1"/>
    <w:rsid w:val="006B558C"/>
    <w:rsid w:val="006C1960"/>
    <w:rsid w:val="006E1E7F"/>
    <w:rsid w:val="006E1FC7"/>
    <w:rsid w:val="006E4328"/>
    <w:rsid w:val="006E51C6"/>
    <w:rsid w:val="006F2DAB"/>
    <w:rsid w:val="007044DC"/>
    <w:rsid w:val="00717880"/>
    <w:rsid w:val="00721705"/>
    <w:rsid w:val="00721F26"/>
    <w:rsid w:val="0072413A"/>
    <w:rsid w:val="00733333"/>
    <w:rsid w:val="00734FBB"/>
    <w:rsid w:val="00737919"/>
    <w:rsid w:val="007403FF"/>
    <w:rsid w:val="00750981"/>
    <w:rsid w:val="00752AE5"/>
    <w:rsid w:val="007560A2"/>
    <w:rsid w:val="00760AAE"/>
    <w:rsid w:val="00787379"/>
    <w:rsid w:val="00794A10"/>
    <w:rsid w:val="007A1FCB"/>
    <w:rsid w:val="007B1958"/>
    <w:rsid w:val="007B7533"/>
    <w:rsid w:val="007D36E3"/>
    <w:rsid w:val="007D3F26"/>
    <w:rsid w:val="007D4B92"/>
    <w:rsid w:val="007E149E"/>
    <w:rsid w:val="007F2082"/>
    <w:rsid w:val="008007A9"/>
    <w:rsid w:val="00800F6E"/>
    <w:rsid w:val="00816BD3"/>
    <w:rsid w:val="0083504A"/>
    <w:rsid w:val="00840EF9"/>
    <w:rsid w:val="00841720"/>
    <w:rsid w:val="00843808"/>
    <w:rsid w:val="00847A5F"/>
    <w:rsid w:val="00847B2F"/>
    <w:rsid w:val="0085604A"/>
    <w:rsid w:val="00857A85"/>
    <w:rsid w:val="0086222C"/>
    <w:rsid w:val="00862843"/>
    <w:rsid w:val="00862F6F"/>
    <w:rsid w:val="0087331B"/>
    <w:rsid w:val="008736D4"/>
    <w:rsid w:val="0087459E"/>
    <w:rsid w:val="00886367"/>
    <w:rsid w:val="008A0AF6"/>
    <w:rsid w:val="008B6B31"/>
    <w:rsid w:val="008D1DDD"/>
    <w:rsid w:val="008D206F"/>
    <w:rsid w:val="008D5E2F"/>
    <w:rsid w:val="008E15B9"/>
    <w:rsid w:val="008E658B"/>
    <w:rsid w:val="008F7B8D"/>
    <w:rsid w:val="00900F63"/>
    <w:rsid w:val="00904718"/>
    <w:rsid w:val="00906F29"/>
    <w:rsid w:val="00914082"/>
    <w:rsid w:val="00914523"/>
    <w:rsid w:val="00917F32"/>
    <w:rsid w:val="00926462"/>
    <w:rsid w:val="0093000D"/>
    <w:rsid w:val="00933DAC"/>
    <w:rsid w:val="0094210F"/>
    <w:rsid w:val="00946C5F"/>
    <w:rsid w:val="0095355F"/>
    <w:rsid w:val="009601FE"/>
    <w:rsid w:val="009630A7"/>
    <w:rsid w:val="009658F0"/>
    <w:rsid w:val="0096643F"/>
    <w:rsid w:val="0097167B"/>
    <w:rsid w:val="00980FF3"/>
    <w:rsid w:val="00995781"/>
    <w:rsid w:val="009979E2"/>
    <w:rsid w:val="009A6309"/>
    <w:rsid w:val="009A6E76"/>
    <w:rsid w:val="009B20BA"/>
    <w:rsid w:val="009C4082"/>
    <w:rsid w:val="009C46A1"/>
    <w:rsid w:val="009C72B5"/>
    <w:rsid w:val="009E038A"/>
    <w:rsid w:val="009E0D2E"/>
    <w:rsid w:val="009E16DF"/>
    <w:rsid w:val="009F0081"/>
    <w:rsid w:val="009F092C"/>
    <w:rsid w:val="009F6C76"/>
    <w:rsid w:val="00A02E5A"/>
    <w:rsid w:val="00A25B59"/>
    <w:rsid w:val="00A2682C"/>
    <w:rsid w:val="00A27847"/>
    <w:rsid w:val="00A42F90"/>
    <w:rsid w:val="00A47CC9"/>
    <w:rsid w:val="00A50F37"/>
    <w:rsid w:val="00A52434"/>
    <w:rsid w:val="00A533E0"/>
    <w:rsid w:val="00A64FAA"/>
    <w:rsid w:val="00A6506A"/>
    <w:rsid w:val="00A65853"/>
    <w:rsid w:val="00A669B7"/>
    <w:rsid w:val="00A72A34"/>
    <w:rsid w:val="00A73AC7"/>
    <w:rsid w:val="00A747EE"/>
    <w:rsid w:val="00A74C72"/>
    <w:rsid w:val="00A754A1"/>
    <w:rsid w:val="00A7552B"/>
    <w:rsid w:val="00A802FD"/>
    <w:rsid w:val="00A80936"/>
    <w:rsid w:val="00A8266A"/>
    <w:rsid w:val="00A85A7E"/>
    <w:rsid w:val="00A865D1"/>
    <w:rsid w:val="00AA1D8D"/>
    <w:rsid w:val="00AA2557"/>
    <w:rsid w:val="00AB56E2"/>
    <w:rsid w:val="00AC1759"/>
    <w:rsid w:val="00AC2A64"/>
    <w:rsid w:val="00AC5FFB"/>
    <w:rsid w:val="00AD522F"/>
    <w:rsid w:val="00AE010B"/>
    <w:rsid w:val="00AE1F95"/>
    <w:rsid w:val="00AF0C1A"/>
    <w:rsid w:val="00B04C95"/>
    <w:rsid w:val="00B10BA9"/>
    <w:rsid w:val="00B11354"/>
    <w:rsid w:val="00B14378"/>
    <w:rsid w:val="00B30A11"/>
    <w:rsid w:val="00B324C1"/>
    <w:rsid w:val="00B34F36"/>
    <w:rsid w:val="00B356BA"/>
    <w:rsid w:val="00B401E8"/>
    <w:rsid w:val="00B404D6"/>
    <w:rsid w:val="00B43853"/>
    <w:rsid w:val="00B47730"/>
    <w:rsid w:val="00B50602"/>
    <w:rsid w:val="00B6638C"/>
    <w:rsid w:val="00B7212B"/>
    <w:rsid w:val="00B8201F"/>
    <w:rsid w:val="00B83D25"/>
    <w:rsid w:val="00B90B71"/>
    <w:rsid w:val="00BA10F4"/>
    <w:rsid w:val="00BA79EC"/>
    <w:rsid w:val="00BB12AC"/>
    <w:rsid w:val="00BB1CAD"/>
    <w:rsid w:val="00BB2E6B"/>
    <w:rsid w:val="00BB76A5"/>
    <w:rsid w:val="00BC3E3D"/>
    <w:rsid w:val="00BC6BB8"/>
    <w:rsid w:val="00BD4BBF"/>
    <w:rsid w:val="00BE11A8"/>
    <w:rsid w:val="00BF2EFB"/>
    <w:rsid w:val="00C07F9A"/>
    <w:rsid w:val="00C1001D"/>
    <w:rsid w:val="00C15AA5"/>
    <w:rsid w:val="00C457CA"/>
    <w:rsid w:val="00C474E2"/>
    <w:rsid w:val="00C55EE1"/>
    <w:rsid w:val="00C638B3"/>
    <w:rsid w:val="00C716C6"/>
    <w:rsid w:val="00C73D4B"/>
    <w:rsid w:val="00C77D56"/>
    <w:rsid w:val="00C800DD"/>
    <w:rsid w:val="00C83592"/>
    <w:rsid w:val="00C8525B"/>
    <w:rsid w:val="00C9579B"/>
    <w:rsid w:val="00C97362"/>
    <w:rsid w:val="00CA7310"/>
    <w:rsid w:val="00CB0664"/>
    <w:rsid w:val="00CB1291"/>
    <w:rsid w:val="00CB1CEC"/>
    <w:rsid w:val="00CC24B0"/>
    <w:rsid w:val="00CC3134"/>
    <w:rsid w:val="00CD03DF"/>
    <w:rsid w:val="00CE0DA4"/>
    <w:rsid w:val="00CE7982"/>
    <w:rsid w:val="00CE7D92"/>
    <w:rsid w:val="00CF4B9A"/>
    <w:rsid w:val="00D021D2"/>
    <w:rsid w:val="00D075BE"/>
    <w:rsid w:val="00D209E2"/>
    <w:rsid w:val="00D23961"/>
    <w:rsid w:val="00D27308"/>
    <w:rsid w:val="00D3525D"/>
    <w:rsid w:val="00D41691"/>
    <w:rsid w:val="00D463B3"/>
    <w:rsid w:val="00D50DF8"/>
    <w:rsid w:val="00D6024B"/>
    <w:rsid w:val="00D65F32"/>
    <w:rsid w:val="00D719E5"/>
    <w:rsid w:val="00D71EFD"/>
    <w:rsid w:val="00D80548"/>
    <w:rsid w:val="00D841DB"/>
    <w:rsid w:val="00D86A4A"/>
    <w:rsid w:val="00D90A71"/>
    <w:rsid w:val="00D93C4C"/>
    <w:rsid w:val="00D97BB3"/>
    <w:rsid w:val="00DA2EFE"/>
    <w:rsid w:val="00DA5492"/>
    <w:rsid w:val="00DB24DC"/>
    <w:rsid w:val="00DB3001"/>
    <w:rsid w:val="00DC2F03"/>
    <w:rsid w:val="00DC491F"/>
    <w:rsid w:val="00DD25BE"/>
    <w:rsid w:val="00DE0E82"/>
    <w:rsid w:val="00DE3368"/>
    <w:rsid w:val="00DF0D69"/>
    <w:rsid w:val="00DF27B4"/>
    <w:rsid w:val="00DF2A8B"/>
    <w:rsid w:val="00DF67C9"/>
    <w:rsid w:val="00E00CE2"/>
    <w:rsid w:val="00E01E56"/>
    <w:rsid w:val="00E0230D"/>
    <w:rsid w:val="00E02B24"/>
    <w:rsid w:val="00E16D49"/>
    <w:rsid w:val="00E229A6"/>
    <w:rsid w:val="00E26B9B"/>
    <w:rsid w:val="00E26FC3"/>
    <w:rsid w:val="00E367F3"/>
    <w:rsid w:val="00E36D77"/>
    <w:rsid w:val="00E41BB7"/>
    <w:rsid w:val="00E4234D"/>
    <w:rsid w:val="00E561D5"/>
    <w:rsid w:val="00E57ACE"/>
    <w:rsid w:val="00E61570"/>
    <w:rsid w:val="00E61BCE"/>
    <w:rsid w:val="00E6610C"/>
    <w:rsid w:val="00E7526D"/>
    <w:rsid w:val="00E8038A"/>
    <w:rsid w:val="00E87BF6"/>
    <w:rsid w:val="00E9203A"/>
    <w:rsid w:val="00E959ED"/>
    <w:rsid w:val="00EA2544"/>
    <w:rsid w:val="00EA501D"/>
    <w:rsid w:val="00EB0B98"/>
    <w:rsid w:val="00EB37D3"/>
    <w:rsid w:val="00EB4A19"/>
    <w:rsid w:val="00EC11C0"/>
    <w:rsid w:val="00EC571D"/>
    <w:rsid w:val="00ED2735"/>
    <w:rsid w:val="00EE0437"/>
    <w:rsid w:val="00EE12C2"/>
    <w:rsid w:val="00EE2C59"/>
    <w:rsid w:val="00EE694C"/>
    <w:rsid w:val="00EF2F2F"/>
    <w:rsid w:val="00F05C37"/>
    <w:rsid w:val="00F13472"/>
    <w:rsid w:val="00F15AE0"/>
    <w:rsid w:val="00F20006"/>
    <w:rsid w:val="00F218D1"/>
    <w:rsid w:val="00F21DE9"/>
    <w:rsid w:val="00F2675A"/>
    <w:rsid w:val="00F27C67"/>
    <w:rsid w:val="00F30B29"/>
    <w:rsid w:val="00F30BC6"/>
    <w:rsid w:val="00F34697"/>
    <w:rsid w:val="00F36856"/>
    <w:rsid w:val="00F53F68"/>
    <w:rsid w:val="00F84907"/>
    <w:rsid w:val="00F85D82"/>
    <w:rsid w:val="00F93E13"/>
    <w:rsid w:val="00F942B9"/>
    <w:rsid w:val="00F9644B"/>
    <w:rsid w:val="00FA7597"/>
    <w:rsid w:val="00FA7DAA"/>
    <w:rsid w:val="00FB3753"/>
    <w:rsid w:val="00FC0D3C"/>
    <w:rsid w:val="00FC2051"/>
    <w:rsid w:val="00FC352C"/>
    <w:rsid w:val="00FC5DCE"/>
    <w:rsid w:val="00FC693F"/>
    <w:rsid w:val="00FD00D4"/>
    <w:rsid w:val="00FD27D4"/>
    <w:rsid w:val="00FD52AC"/>
    <w:rsid w:val="00FE1206"/>
    <w:rsid w:val="00FF1911"/>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BEF672F"/>
  <w14:defaultImageDpi w14:val="300"/>
  <w15:docId w15:val="{48CA6359-8346-43FE-A534-23713F314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CommentReference">
    <w:name w:val="annotation reference"/>
    <w:basedOn w:val="DefaultParagraphFont"/>
    <w:uiPriority w:val="99"/>
    <w:semiHidden/>
    <w:unhideWhenUsed/>
    <w:rsid w:val="000E53CE"/>
    <w:rPr>
      <w:sz w:val="16"/>
      <w:szCs w:val="16"/>
    </w:rPr>
  </w:style>
  <w:style w:type="paragraph" w:styleId="CommentText">
    <w:name w:val="annotation text"/>
    <w:basedOn w:val="Normal"/>
    <w:link w:val="CommentTextChar"/>
    <w:uiPriority w:val="99"/>
    <w:unhideWhenUsed/>
    <w:rsid w:val="000E53CE"/>
    <w:pPr>
      <w:spacing w:line="240" w:lineRule="auto"/>
    </w:pPr>
    <w:rPr>
      <w:sz w:val="20"/>
      <w:szCs w:val="20"/>
    </w:rPr>
  </w:style>
  <w:style w:type="character" w:customStyle="1" w:styleId="CommentTextChar">
    <w:name w:val="Comment Text Char"/>
    <w:basedOn w:val="DefaultParagraphFont"/>
    <w:link w:val="CommentText"/>
    <w:uiPriority w:val="99"/>
    <w:rsid w:val="000E53CE"/>
    <w:rPr>
      <w:sz w:val="20"/>
      <w:szCs w:val="20"/>
    </w:rPr>
  </w:style>
  <w:style w:type="paragraph" w:styleId="CommentSubject">
    <w:name w:val="annotation subject"/>
    <w:basedOn w:val="CommentText"/>
    <w:next w:val="CommentText"/>
    <w:link w:val="CommentSubjectChar"/>
    <w:uiPriority w:val="99"/>
    <w:semiHidden/>
    <w:unhideWhenUsed/>
    <w:rsid w:val="000E53CE"/>
    <w:rPr>
      <w:b/>
      <w:bCs/>
    </w:rPr>
  </w:style>
  <w:style w:type="character" w:customStyle="1" w:styleId="CommentSubjectChar">
    <w:name w:val="Comment Subject Char"/>
    <w:basedOn w:val="CommentTextChar"/>
    <w:link w:val="CommentSubject"/>
    <w:uiPriority w:val="99"/>
    <w:semiHidden/>
    <w:rsid w:val="000E53CE"/>
    <w:rPr>
      <w:b/>
      <w:bCs/>
      <w:sz w:val="20"/>
      <w:szCs w:val="20"/>
    </w:rPr>
  </w:style>
  <w:style w:type="character" w:styleId="Hyperlink">
    <w:name w:val="Hyperlink"/>
    <w:basedOn w:val="DefaultParagraphFont"/>
    <w:uiPriority w:val="99"/>
    <w:unhideWhenUsed/>
    <w:rsid w:val="000E53CE"/>
    <w:rPr>
      <w:color w:val="0000FF" w:themeColor="hyperlink"/>
      <w:u w:val="single"/>
    </w:rPr>
  </w:style>
  <w:style w:type="character" w:styleId="UnresolvedMention">
    <w:name w:val="Unresolved Mention"/>
    <w:basedOn w:val="DefaultParagraphFont"/>
    <w:uiPriority w:val="99"/>
    <w:semiHidden/>
    <w:unhideWhenUsed/>
    <w:rsid w:val="000E53CE"/>
    <w:rPr>
      <w:color w:val="605E5C"/>
      <w:shd w:val="clear" w:color="auto" w:fill="E1DFDD"/>
    </w:rPr>
  </w:style>
  <w:style w:type="paragraph" w:styleId="Revision">
    <w:name w:val="Revision"/>
    <w:hidden/>
    <w:uiPriority w:val="99"/>
    <w:semiHidden/>
    <w:rsid w:val="000E53C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283811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comments.xml.rels><?xml version="1.0" encoding="UTF-8" standalone="yes"?>
<Relationships xmlns="http://schemas.openxmlformats.org/package/2006/relationships"><Relationship Id="rId8" Type="http://schemas.openxmlformats.org/officeDocument/2006/relationships/hyperlink" Target="https://cris.bgu.ac.il/en/persons/gideon-kressel" TargetMode="External"/><Relationship Id="rId13" Type="http://schemas.openxmlformats.org/officeDocument/2006/relationships/hyperlink" Target="https://telaviv.academia.edu/HenryAbramovitch" TargetMode="External"/><Relationship Id="rId18" Type="http://schemas.openxmlformats.org/officeDocument/2006/relationships/hyperlink" Target="https://anthro.rutgers.edu/people/emeritus-faculty/107-myron-aronoff" TargetMode="External"/><Relationship Id="rId3" Type="http://schemas.openxmlformats.org/officeDocument/2006/relationships/hyperlink" Target="https://en.wikipedia.org/wiki/Shalva_Weil" TargetMode="External"/><Relationship Id="rId7" Type="http://schemas.openxmlformats.org/officeDocument/2006/relationships/hyperlink" Target="https://www.uu.nl/sites/default/files/ucu_homecoming_2017_full_programme_final.pdf" TargetMode="External"/><Relationship Id="rId12" Type="http://schemas.openxmlformats.org/officeDocument/2006/relationships/hyperlink" Target="https://academic.oup.com/jrs/article-abstract/9/4/351/1546472?redirectedFrom=PDF" TargetMode="External"/><Relationship Id="rId17" Type="http://schemas.openxmlformats.org/officeDocument/2006/relationships/hyperlink" Target="https://thenew.institute/en/people/richard-hecht" TargetMode="External"/><Relationship Id="rId2" Type="http://schemas.openxmlformats.org/officeDocument/2006/relationships/hyperlink" Target="https://blog.nli.org.il/en/hoi_kavass/" TargetMode="External"/><Relationship Id="rId16" Type="http://schemas.openxmlformats.org/officeDocument/2006/relationships/hyperlink" Target="https://il.linkedin.com/in/sam-cooper-20074725" TargetMode="External"/><Relationship Id="rId1" Type="http://schemas.openxmlformats.org/officeDocument/2006/relationships/hyperlink" Target="https://jewishphilosophyplace.com/wp-content/uploads/2020/05/lag-baomer-edith-turner.pdf" TargetMode="External"/><Relationship Id="rId6" Type="http://schemas.openxmlformats.org/officeDocument/2006/relationships/hyperlink" Target="https://journals.openedition.org/bcrfj/1742?amp%3Bid=1742&amp;lang=en" TargetMode="External"/><Relationship Id="rId11" Type="http://schemas.openxmlformats.org/officeDocument/2006/relationships/hyperlink" Target="https://journals.sagepub.com/doi/abs/10.1177/002076408503100207" TargetMode="External"/><Relationship Id="rId5" Type="http://schemas.openxmlformats.org/officeDocument/2006/relationships/hyperlink" Target="https://en.wikipedia.org/wiki/Emanuel_Marx" TargetMode="External"/><Relationship Id="rId15" Type="http://schemas.openxmlformats.org/officeDocument/2006/relationships/hyperlink" Target="https://en.wikipedia.org/wiki/Menachem_Friedman" TargetMode="External"/><Relationship Id="rId10" Type="http://schemas.openxmlformats.org/officeDocument/2006/relationships/hyperlink" Target="https://archive.org/stream/TheJerusalemPost1985IsraelEnglish/Nov%2008%201985%2C%20The%20Jerusalem%20Post%2C%20%2316057%2C%20Israel%20%28en%29_djvu.txt" TargetMode="External"/><Relationship Id="rId19" Type="http://schemas.openxmlformats.org/officeDocument/2006/relationships/hyperlink" Target="https://en.wikipedia.org/wiki/Joseph_Ginat" TargetMode="External"/><Relationship Id="rId4" Type="http://schemas.openxmlformats.org/officeDocument/2006/relationships/hyperlink" Target="https://www.jstor.org/stable/3773281" TargetMode="External"/><Relationship Id="rId9" Type="http://schemas.openxmlformats.org/officeDocument/2006/relationships/hyperlink" Target="https://go.gale.com/ps/i.do?id=GALE%7CA148856535&amp;sid=googleScholar&amp;v=2.1&amp;it=r&amp;linkaccess=abs&amp;issn=08227942&amp;p=AONE&amp;sw=w&amp;userGroupName=anon%7E9eb831dd&amp;aty=open-web-entry" TargetMode="External"/><Relationship Id="rId14" Type="http://schemas.openxmlformats.org/officeDocument/2006/relationships/hyperlink" Target="https://jwa.org/media/myerhoff-with-victor-turner-harvey-goldberg-yoran-bilu-and-others-on-pilgrimage-to-meron-israe" TargetMode="External"/></Relationship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theme" Target="theme/theme1.xml"/><Relationship Id="rId21" Type="http://schemas.openxmlformats.org/officeDocument/2006/relationships/image" Target="media/image10.emf"/><Relationship Id="rId34" Type="http://schemas.openxmlformats.org/officeDocument/2006/relationships/image" Target="media/image20.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19.png"/><Relationship Id="rId38"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50.emf"/><Relationship Id="rId20" Type="http://schemas.openxmlformats.org/officeDocument/2006/relationships/image" Target="media/image9.png"/><Relationship Id="rId29" Type="http://schemas.openxmlformats.org/officeDocument/2006/relationships/image" Target="media/image160.emf"/><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image" Target="media/image12.png"/><Relationship Id="rId32" Type="http://schemas.openxmlformats.org/officeDocument/2006/relationships/image" Target="media/image180.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1.png"/><Relationship Id="rId28" Type="http://schemas.openxmlformats.org/officeDocument/2006/relationships/image" Target="media/image16.emf"/><Relationship Id="rId36" Type="http://schemas.openxmlformats.org/officeDocument/2006/relationships/image" Target="media/image22.png"/><Relationship Id="rId10" Type="http://schemas.microsoft.com/office/2016/09/relationships/commentsIds" Target="commentsIds.xml"/><Relationship Id="rId19" Type="http://schemas.openxmlformats.org/officeDocument/2006/relationships/image" Target="media/image8.png"/><Relationship Id="rId31" Type="http://schemas.openxmlformats.org/officeDocument/2006/relationships/image" Target="media/image18.emf"/><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png"/><Relationship Id="rId22" Type="http://schemas.openxmlformats.org/officeDocument/2006/relationships/image" Target="media/image100.emf"/><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image" Target="media/image21.png"/><Relationship Id="rId8" Type="http://schemas.openxmlformats.org/officeDocument/2006/relationships/comments" Target="comments.xml"/><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158</Pages>
  <Words>19086</Words>
  <Characters>108791</Characters>
  <Application>Microsoft Office Word</Application>
  <DocSecurity>0</DocSecurity>
  <Lines>906</Lines>
  <Paragraphs>255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127622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
  <cp:lastModifiedBy>Susan Doron</cp:lastModifiedBy>
  <cp:revision>3</cp:revision>
  <dcterms:created xsi:type="dcterms:W3CDTF">2024-08-11T07:12:00Z</dcterms:created>
  <dcterms:modified xsi:type="dcterms:W3CDTF">2024-08-11T07:19:00Z</dcterms:modified>
  <cp:category/>
</cp:coreProperties>
</file>